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ink/ink100.xml" ContentType="application/inkml+xml"/>
  <Override PartName="/word/ink/ink101.xml" ContentType="application/inkml+xml"/>
  <Override PartName="/word/ink/ink102.xml" ContentType="application/inkml+xml"/>
  <Override PartName="/word/ink/ink103.xml" ContentType="application/inkml+xml"/>
  <Override PartName="/word/ink/ink104.xml" ContentType="application/inkml+xml"/>
  <Override PartName="/word/ink/ink105.xml" ContentType="application/inkml+xml"/>
  <Override PartName="/word/ink/ink106.xml" ContentType="application/inkml+xml"/>
  <Override PartName="/word/ink/ink107.xml" ContentType="application/inkml+xml"/>
  <Override PartName="/word/ink/ink108.xml" ContentType="application/inkml+xml"/>
  <Override PartName="/word/ink/ink109.xml" ContentType="application/inkml+xml"/>
  <Override PartName="/word/ink/ink110.xml" ContentType="application/inkml+xml"/>
  <Override PartName="/word/ink/ink111.xml" ContentType="application/inkml+xml"/>
  <Override PartName="/word/ink/ink112.xml" ContentType="application/inkml+xml"/>
  <Override PartName="/word/ink/ink113.xml" ContentType="application/inkml+xml"/>
  <Override PartName="/word/ink/ink114.xml" ContentType="application/inkml+xml"/>
  <Override PartName="/word/ink/ink115.xml" ContentType="application/inkml+xml"/>
  <Override PartName="/word/ink/ink116.xml" ContentType="application/inkml+xml"/>
  <Override PartName="/word/ink/ink117.xml" ContentType="application/inkml+xml"/>
  <Override PartName="/word/ink/ink118.xml" ContentType="application/inkml+xml"/>
  <Override PartName="/word/ink/ink119.xml" ContentType="application/inkml+xml"/>
  <Override PartName="/word/ink/ink120.xml" ContentType="application/inkml+xml"/>
  <Override PartName="/word/ink/ink121.xml" ContentType="application/inkml+xml"/>
  <Override PartName="/word/ink/ink122.xml" ContentType="application/inkml+xml"/>
  <Override PartName="/word/ink/ink123.xml" ContentType="application/inkml+xml"/>
  <Override PartName="/word/ink/ink124.xml" ContentType="application/inkml+xml"/>
  <Override PartName="/word/ink/ink125.xml" ContentType="application/inkml+xml"/>
  <Override PartName="/word/ink/ink126.xml" ContentType="application/inkml+xml"/>
  <Override PartName="/word/ink/ink127.xml" ContentType="application/inkml+xml"/>
  <Override PartName="/word/ink/ink128.xml" ContentType="application/inkml+xml"/>
  <Override PartName="/word/ink/ink129.xml" ContentType="application/inkml+xml"/>
  <Override PartName="/word/ink/ink130.xml" ContentType="application/inkml+xml"/>
  <Override PartName="/word/ink/ink131.xml" ContentType="application/inkml+xml"/>
  <Override PartName="/word/ink/ink132.xml" ContentType="application/inkml+xml"/>
  <Override PartName="/word/ink/ink133.xml" ContentType="application/inkml+xml"/>
  <Override PartName="/word/ink/ink134.xml" ContentType="application/inkml+xml"/>
  <Override PartName="/word/ink/ink135.xml" ContentType="application/inkml+xml"/>
  <Override PartName="/word/ink/ink136.xml" ContentType="application/inkml+xml"/>
  <Override PartName="/word/ink/ink137.xml" ContentType="application/inkml+xml"/>
  <Override PartName="/word/ink/ink138.xml" ContentType="application/inkml+xml"/>
  <Override PartName="/word/ink/ink139.xml" ContentType="application/inkml+xml"/>
  <Override PartName="/word/ink/ink140.xml" ContentType="application/inkml+xml"/>
  <Override PartName="/word/ink/ink141.xml" ContentType="application/inkml+xml"/>
  <Override PartName="/word/ink/ink142.xml" ContentType="application/inkml+xml"/>
  <Override PartName="/word/ink/ink143.xml" ContentType="application/inkml+xml"/>
  <Override PartName="/word/ink/ink144.xml" ContentType="application/inkml+xml"/>
  <Override PartName="/word/ink/ink145.xml" ContentType="application/inkml+xml"/>
  <Override PartName="/word/ink/ink146.xml" ContentType="application/inkml+xml"/>
  <Override PartName="/word/ink/ink147.xml" ContentType="application/inkml+xml"/>
  <Override PartName="/word/ink/ink148.xml" ContentType="application/inkml+xml"/>
  <Override PartName="/word/ink/ink149.xml" ContentType="application/inkml+xml"/>
  <Override PartName="/word/ink/ink150.xml" ContentType="application/inkml+xml"/>
  <Override PartName="/word/ink/ink151.xml" ContentType="application/inkml+xml"/>
  <Override PartName="/word/ink/ink152.xml" ContentType="application/inkml+xml"/>
  <Override PartName="/word/ink/ink153.xml" ContentType="application/inkml+xml"/>
  <Override PartName="/word/ink/ink154.xml" ContentType="application/inkml+xml"/>
  <Override PartName="/word/ink/ink155.xml" ContentType="application/inkml+xml"/>
  <Override PartName="/word/ink/ink156.xml" ContentType="application/inkml+xml"/>
  <Override PartName="/word/ink/ink157.xml" ContentType="application/inkml+xml"/>
  <Override PartName="/word/ink/ink158.xml" ContentType="application/inkml+xml"/>
  <Override PartName="/word/ink/ink159.xml" ContentType="application/inkml+xml"/>
  <Override PartName="/word/ink/ink160.xml" ContentType="application/inkml+xml"/>
  <Override PartName="/word/ink/ink161.xml" ContentType="application/inkml+xml"/>
  <Override PartName="/word/ink/ink162.xml" ContentType="application/inkml+xml"/>
  <Override PartName="/word/ink/ink163.xml" ContentType="application/inkml+xml"/>
  <Override PartName="/word/ink/ink164.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DE9D9" w:themeColor="accent6" w:themeTint="33"/>
  <w:body>
    <w:p w14:paraId="284ED202" w14:textId="77777777" w:rsidR="002232BB" w:rsidRDefault="001969AE">
      <w:pPr>
        <w:rPr>
          <w:rFonts w:ascii="Georgia" w:hAnsi="Georgia"/>
          <w:b/>
          <w:bCs/>
        </w:rPr>
      </w:pPr>
      <w:r>
        <w:rPr>
          <w:noProof/>
        </w:rPr>
        <w:drawing>
          <wp:anchor distT="0" distB="0" distL="114300" distR="114300" simplePos="0" relativeHeight="251658240" behindDoc="1" locked="0" layoutInCell="1" allowOverlap="1" wp14:anchorId="1EC922AE" wp14:editId="031F0BF9">
            <wp:simplePos x="0" y="0"/>
            <wp:positionH relativeFrom="column">
              <wp:posOffset>5024</wp:posOffset>
            </wp:positionH>
            <wp:positionV relativeFrom="paragraph">
              <wp:posOffset>252674</wp:posOffset>
            </wp:positionV>
            <wp:extent cx="4314825" cy="7864475"/>
            <wp:effectExtent l="0" t="247650" r="0" b="0"/>
            <wp:wrapNone/>
            <wp:docPr id="390609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14825" cy="7864475"/>
                    </a:xfrm>
                    <a:prstGeom prst="rect">
                      <a:avLst/>
                    </a:prstGeom>
                    <a:noFill/>
                    <a:scene3d>
                      <a:camera prst="perspectiveContrastingRightFacing"/>
                      <a:lightRig rig="threePt" dir="t"/>
                    </a:scene3d>
                  </pic:spPr>
                </pic:pic>
              </a:graphicData>
            </a:graphic>
            <wp14:sizeRelH relativeFrom="page">
              <wp14:pctWidth>0</wp14:pctWidth>
            </wp14:sizeRelH>
            <wp14:sizeRelV relativeFrom="page">
              <wp14:pctHeight>0</wp14:pctHeight>
            </wp14:sizeRelV>
          </wp:anchor>
        </w:drawing>
      </w:r>
    </w:p>
    <w:p w14:paraId="67633D61" w14:textId="30551526" w:rsidR="002232BB" w:rsidRPr="002232BB" w:rsidRDefault="002232BB" w:rsidP="002232BB">
      <w:pPr>
        <w:rPr>
          <w:rFonts w:ascii="Georgia" w:hAnsi="Georgia"/>
        </w:rPr>
      </w:pPr>
    </w:p>
    <w:p w14:paraId="7D8DF48C" w14:textId="3B373E30" w:rsidR="002232BB" w:rsidRPr="002232BB" w:rsidRDefault="00287A72" w:rsidP="002232BB">
      <w:pPr>
        <w:rPr>
          <w:rFonts w:ascii="Georgia" w:hAnsi="Georgia"/>
        </w:rPr>
      </w:pPr>
      <w:r>
        <w:rPr>
          <w:rFonts w:ascii="Georgia" w:hAnsi="Georgia"/>
          <w:noProof/>
        </w:rPr>
        <mc:AlternateContent>
          <mc:Choice Requires="wps">
            <w:drawing>
              <wp:anchor distT="0" distB="0" distL="114300" distR="114300" simplePos="0" relativeHeight="251662336" behindDoc="0" locked="0" layoutInCell="1" allowOverlap="1" wp14:anchorId="46DC039E" wp14:editId="5C323935">
                <wp:simplePos x="0" y="0"/>
                <wp:positionH relativeFrom="column">
                  <wp:posOffset>3840354</wp:posOffset>
                </wp:positionH>
                <wp:positionV relativeFrom="paragraph">
                  <wp:posOffset>188720</wp:posOffset>
                </wp:positionV>
                <wp:extent cx="2545721" cy="2643763"/>
                <wp:effectExtent l="57150" t="38100" r="64135" b="99695"/>
                <wp:wrapNone/>
                <wp:docPr id="846469260" name="Star: 6 Points 23"/>
                <wp:cNvGraphicFramePr/>
                <a:graphic xmlns:a="http://schemas.openxmlformats.org/drawingml/2006/main">
                  <a:graphicData uri="http://schemas.microsoft.com/office/word/2010/wordprocessingShape">
                    <wps:wsp>
                      <wps:cNvSpPr/>
                      <wps:spPr>
                        <a:xfrm>
                          <a:off x="0" y="0"/>
                          <a:ext cx="2545721" cy="2643763"/>
                        </a:xfrm>
                        <a:prstGeom prst="star6">
                          <a:avLst/>
                        </a:prstGeom>
                      </wps:spPr>
                      <wps:style>
                        <a:lnRef idx="1">
                          <a:schemeClr val="accent6"/>
                        </a:lnRef>
                        <a:fillRef idx="2">
                          <a:schemeClr val="accent6"/>
                        </a:fillRef>
                        <a:effectRef idx="1">
                          <a:schemeClr val="accent6"/>
                        </a:effectRef>
                        <a:fontRef idx="minor">
                          <a:schemeClr val="dk1"/>
                        </a:fontRef>
                      </wps:style>
                      <wps:txbx>
                        <w:txbxContent>
                          <w:p w14:paraId="1B41C691" w14:textId="6F2C0754" w:rsidR="00B77091" w:rsidRDefault="0018471A" w:rsidP="00B77091">
                            <w:pPr>
                              <w:jc w:val="center"/>
                            </w:pPr>
                            <w:r>
                              <w:t>THE STARS OF OUR FUTURE IS THE CHILDREN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C039E" id="Star: 6 Points 23" o:spid="_x0000_s1026" style="position:absolute;margin-left:302.4pt;margin-top:14.85pt;width:200.45pt;height:208.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45721,264376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" adj="-11796480,,5400" path="m1,660941r848566,-11l1272861,r424293,660930l2545720,660941r-424272,660941l2545720,1982822r-848566,11l1272861,2643763,848567,1982833,1,1982822,424273,1321882,1,660941xe" fillcolor="#fbcaa2 [1625]" strokecolor="#f68c36 [3049]">
                <v:fill color2="#fdefe3 [505]" rotate="t" angle="180" colors="0 #ffbe86;22938f #ffd0aa;1 #ffebdb" focus="100%" type="gradient"/>
                <v:stroke joinstyle="miter"/>
                <v:shadow on="t" color="black" opacity="24903f" origin=",.5" offset="0,.55556mm"/>
                <v:formulas/>
                <v:path arrowok="t" o:connecttype="custom" o:connectlocs="1,660941;848567,660930;1272861,0;1697154,660930;2545720,660941;2121448,1321882;2545720,1982822;1697154,1982833;1272861,2643763;848567,1982833;1,1982822;424273,1321882;1,660941" o:connectangles="0,0,0,0,0,0,0,0,0,0,0,0,0" textboxrect="0,0,2545721,2643763"/>
                <v:textbox>
                  <w:txbxContent>
                    <w:p w14:paraId="1B41C691" w14:textId="6F2C0754" w:rsidR="00B77091" w:rsidRDefault="0018471A" w:rsidP="00B77091">
                      <w:pPr>
                        <w:jc w:val="center"/>
                      </w:pPr>
                      <w:r>
                        <w:t>THE STARS OF OUR FUTURE IS THE CHILDREN</w:t>
                      </w:r>
                    </w:p>
                  </w:txbxContent>
                </v:textbox>
              </v:shape>
            </w:pict>
          </mc:Fallback>
        </mc:AlternateContent>
      </w:r>
    </w:p>
    <w:p w14:paraId="70223078" w14:textId="73EF37A9" w:rsidR="002232BB" w:rsidRPr="002232BB" w:rsidRDefault="002232BB" w:rsidP="002232BB">
      <w:pPr>
        <w:rPr>
          <w:rFonts w:ascii="Georgia" w:hAnsi="Georgia"/>
        </w:rPr>
      </w:pPr>
    </w:p>
    <w:p w14:paraId="25C2B09F" w14:textId="77777777" w:rsidR="002232BB" w:rsidRPr="002232BB" w:rsidRDefault="002232BB" w:rsidP="002232BB">
      <w:pPr>
        <w:rPr>
          <w:rFonts w:ascii="Georgia" w:hAnsi="Georgia"/>
        </w:rPr>
      </w:pPr>
    </w:p>
    <w:p w14:paraId="17F730E4" w14:textId="77777777" w:rsidR="002232BB" w:rsidRPr="002232BB" w:rsidRDefault="002232BB" w:rsidP="002232BB">
      <w:pPr>
        <w:rPr>
          <w:rFonts w:ascii="Georgia" w:hAnsi="Georgia"/>
        </w:rPr>
      </w:pPr>
    </w:p>
    <w:p w14:paraId="123599E1" w14:textId="77777777" w:rsidR="002232BB" w:rsidRPr="002232BB" w:rsidRDefault="002232BB" w:rsidP="002232BB">
      <w:pPr>
        <w:rPr>
          <w:rFonts w:ascii="Georgia" w:hAnsi="Georgia"/>
        </w:rPr>
      </w:pPr>
    </w:p>
    <w:p w14:paraId="63A1BDDE" w14:textId="77777777" w:rsidR="002232BB" w:rsidRPr="002232BB" w:rsidRDefault="002232BB" w:rsidP="002232BB">
      <w:pPr>
        <w:rPr>
          <w:rFonts w:ascii="Georgia" w:hAnsi="Georgia"/>
        </w:rPr>
      </w:pPr>
    </w:p>
    <w:p w14:paraId="7C741E98" w14:textId="77777777" w:rsidR="002232BB" w:rsidRPr="002232BB" w:rsidRDefault="002232BB" w:rsidP="002232BB">
      <w:pPr>
        <w:rPr>
          <w:rFonts w:ascii="Georgia" w:hAnsi="Georgia"/>
        </w:rPr>
      </w:pPr>
    </w:p>
    <w:p w14:paraId="16E9FD29" w14:textId="77777777" w:rsidR="002232BB" w:rsidRPr="002232BB" w:rsidRDefault="002232BB" w:rsidP="002232BB">
      <w:pPr>
        <w:rPr>
          <w:rFonts w:ascii="Georgia" w:hAnsi="Georgia"/>
        </w:rPr>
      </w:pPr>
    </w:p>
    <w:p w14:paraId="3FC03173" w14:textId="77777777" w:rsidR="002232BB" w:rsidRPr="002232BB" w:rsidRDefault="002232BB" w:rsidP="002232BB">
      <w:pPr>
        <w:rPr>
          <w:rFonts w:ascii="Georgia" w:hAnsi="Georgia"/>
        </w:rPr>
      </w:pPr>
    </w:p>
    <w:p w14:paraId="6B0792CE" w14:textId="77777777" w:rsidR="002232BB" w:rsidRDefault="002232BB">
      <w:pPr>
        <w:rPr>
          <w:rFonts w:ascii="Georgia" w:hAnsi="Georgia"/>
          <w:b/>
          <w:bCs/>
        </w:rPr>
      </w:pPr>
    </w:p>
    <w:p w14:paraId="072DC07D" w14:textId="77777777" w:rsidR="002232BB" w:rsidRDefault="002232BB">
      <w:pPr>
        <w:rPr>
          <w:rFonts w:ascii="Georgia" w:hAnsi="Georgia"/>
          <w:b/>
          <w:bCs/>
        </w:rPr>
      </w:pPr>
    </w:p>
    <w:p w14:paraId="45F29546" w14:textId="77777777" w:rsidR="002232BB" w:rsidRPr="00F02C6E" w:rsidRDefault="002232BB" w:rsidP="002232BB">
      <w:pPr>
        <w:tabs>
          <w:tab w:val="left" w:pos="6235"/>
        </w:tabs>
        <w:rPr>
          <w:rFonts w:ascii="Georgia" w:hAnsi="Georgia"/>
          <w:b/>
          <w:bCs/>
          <w:color w:val="002060"/>
        </w:rPr>
      </w:pPr>
      <w:r>
        <w:rPr>
          <w:rFonts w:ascii="Georgia" w:hAnsi="Georgia"/>
          <w:b/>
          <w:bCs/>
        </w:rPr>
        <w:tab/>
      </w:r>
      <w:r w:rsidRPr="00F02C6E">
        <w:rPr>
          <w:rFonts w:ascii="Georgia" w:hAnsi="Georgia"/>
          <w:b/>
          <w:bCs/>
          <w:color w:val="002060"/>
        </w:rPr>
        <w:t>Organized by: The Rejoyce Foundation</w:t>
      </w:r>
    </w:p>
    <w:p w14:paraId="065578B9" w14:textId="77777777" w:rsidR="002232BB" w:rsidRPr="00113928" w:rsidRDefault="002232BB" w:rsidP="002232BB">
      <w:pPr>
        <w:tabs>
          <w:tab w:val="left" w:pos="6235"/>
        </w:tabs>
        <w:rPr>
          <w:rFonts w:ascii="Georgia" w:hAnsi="Georgia"/>
          <w:b/>
          <w:bCs/>
          <w:color w:val="E36C0A" w:themeColor="accent6" w:themeShade="BF"/>
        </w:rPr>
      </w:pPr>
      <w:r w:rsidRPr="00113928">
        <w:rPr>
          <w:rFonts w:ascii="Georgia" w:hAnsi="Georgia"/>
          <w:b/>
          <w:bCs/>
          <w:color w:val="E36C0A" w:themeColor="accent6" w:themeShade="BF"/>
        </w:rPr>
        <w:t>Founder: Rickye Henderson</w:t>
      </w:r>
    </w:p>
    <w:p w14:paraId="1804FFF7" w14:textId="77777777" w:rsidR="002232BB" w:rsidRPr="00F02C6E" w:rsidRDefault="002232BB" w:rsidP="002232BB">
      <w:pPr>
        <w:tabs>
          <w:tab w:val="left" w:pos="6235"/>
        </w:tabs>
        <w:rPr>
          <w:rFonts w:ascii="Georgia" w:hAnsi="Georgia"/>
          <w:b/>
          <w:bCs/>
          <w:color w:val="002060"/>
        </w:rPr>
      </w:pPr>
      <w:r w:rsidRPr="00F02C6E">
        <w:rPr>
          <w:rFonts w:ascii="Segoe UI Emoji" w:hAnsi="Segoe UI Emoji" w:cs="Segoe UI Emoji"/>
          <w:b/>
          <w:bCs/>
          <w:color w:val="002060"/>
        </w:rPr>
        <w:t>📍</w:t>
      </w:r>
      <w:r w:rsidRPr="00F02C6E">
        <w:rPr>
          <w:rFonts w:ascii="Georgia" w:hAnsi="Georgia"/>
          <w:b/>
          <w:bCs/>
          <w:color w:val="002060"/>
        </w:rPr>
        <w:t xml:space="preserve"> Location: Hyder’s Food Park, 10800 FM 969, Austin, TX 78724</w:t>
      </w:r>
    </w:p>
    <w:p w14:paraId="12DC6766" w14:textId="77777777" w:rsidR="002232BB" w:rsidRPr="00F02C6E" w:rsidRDefault="002232BB" w:rsidP="002232BB">
      <w:pPr>
        <w:tabs>
          <w:tab w:val="left" w:pos="6235"/>
        </w:tabs>
        <w:rPr>
          <w:rFonts w:ascii="Georgia" w:hAnsi="Georgia"/>
          <w:b/>
          <w:bCs/>
          <w:color w:val="002060"/>
        </w:rPr>
      </w:pPr>
      <w:r w:rsidRPr="00F02C6E">
        <w:rPr>
          <w:rFonts w:ascii="Segoe UI Emoji" w:hAnsi="Segoe UI Emoji" w:cs="Segoe UI Emoji"/>
          <w:b/>
          <w:bCs/>
          <w:color w:val="002060"/>
        </w:rPr>
        <w:t>🗓️</w:t>
      </w:r>
      <w:r w:rsidRPr="00F02C6E">
        <w:rPr>
          <w:rFonts w:ascii="Georgia" w:hAnsi="Georgia"/>
          <w:b/>
          <w:bCs/>
          <w:color w:val="002060"/>
        </w:rPr>
        <w:t xml:space="preserve"> Date: September 20th 2025 | </w:t>
      </w:r>
      <w:r w:rsidRPr="00F02C6E">
        <w:rPr>
          <w:rFonts w:ascii="Segoe UI Emoji" w:hAnsi="Segoe UI Emoji" w:cs="Segoe UI Emoji"/>
          <w:b/>
          <w:bCs/>
          <w:color w:val="002060"/>
        </w:rPr>
        <w:t>🕑</w:t>
      </w:r>
      <w:r w:rsidRPr="00F02C6E">
        <w:rPr>
          <w:rFonts w:ascii="Georgia" w:hAnsi="Georgia"/>
          <w:b/>
          <w:bCs/>
          <w:color w:val="002060"/>
        </w:rPr>
        <w:t xml:space="preserve"> Time: 12pm- 8pm</w:t>
      </w:r>
    </w:p>
    <w:p w14:paraId="2C775E2A" w14:textId="77777777" w:rsidR="002232BB" w:rsidRPr="00F02C6E" w:rsidRDefault="002232BB" w:rsidP="002232BB">
      <w:pPr>
        <w:tabs>
          <w:tab w:val="left" w:pos="6235"/>
        </w:tabs>
        <w:rPr>
          <w:rFonts w:ascii="Georgia" w:hAnsi="Georgia"/>
          <w:b/>
          <w:bCs/>
          <w:color w:val="002060"/>
        </w:rPr>
      </w:pPr>
      <w:r w:rsidRPr="00F02C6E">
        <w:rPr>
          <w:rFonts w:ascii="Segoe UI Emoji" w:hAnsi="Segoe UI Emoji" w:cs="Segoe UI Emoji"/>
          <w:b/>
          <w:bCs/>
          <w:color w:val="002060"/>
        </w:rPr>
        <w:t>🎯</w:t>
      </w:r>
      <w:r w:rsidRPr="00F02C6E">
        <w:rPr>
          <w:rFonts w:ascii="Georgia" w:hAnsi="Georgia"/>
          <w:b/>
          <w:bCs/>
          <w:color w:val="002060"/>
        </w:rPr>
        <w:t xml:space="preserve"> Fundraising Goal: $50,000</w:t>
      </w:r>
    </w:p>
    <w:p w14:paraId="7A644E3E" w14:textId="77777777" w:rsidR="002232BB" w:rsidRPr="00F02C6E" w:rsidRDefault="002232BB" w:rsidP="002232BB">
      <w:pPr>
        <w:tabs>
          <w:tab w:val="left" w:pos="6235"/>
        </w:tabs>
        <w:rPr>
          <w:rFonts w:ascii="Georgia" w:hAnsi="Georgia"/>
          <w:b/>
          <w:bCs/>
          <w:color w:val="002060"/>
        </w:rPr>
      </w:pPr>
      <w:r w:rsidRPr="00F02C6E">
        <w:rPr>
          <w:rFonts w:ascii="Georgia" w:hAnsi="Georgia"/>
          <w:b/>
          <w:bCs/>
          <w:color w:val="002060"/>
        </w:rPr>
        <w:t>________________________________________</w:t>
      </w:r>
    </w:p>
    <w:p w14:paraId="751A8A52" w14:textId="5798EBD1" w:rsidR="002232BB" w:rsidRPr="00F02C6E" w:rsidRDefault="00840025" w:rsidP="00840025">
      <w:pPr>
        <w:tabs>
          <w:tab w:val="left" w:pos="6235"/>
        </w:tabs>
        <w:jc w:val="center"/>
        <w:rPr>
          <w:rFonts w:ascii="Georgia" w:hAnsi="Georgia"/>
          <w:b/>
          <w:bCs/>
          <w:color w:val="002060"/>
        </w:rPr>
      </w:pPr>
      <w:r>
        <w:rPr>
          <w:rFonts w:ascii="Segoe UI Emoji" w:hAnsi="Segoe UI Emoji" w:cs="Segoe UI Emoji"/>
          <w:b/>
          <w:bCs/>
          <w:color w:val="002060"/>
        </w:rPr>
        <w:t xml:space="preserve"> </w:t>
      </w:r>
      <w:r w:rsidR="002232BB" w:rsidRPr="00F02C6E">
        <w:rPr>
          <w:rFonts w:ascii="Georgia" w:hAnsi="Georgia"/>
          <w:b/>
          <w:bCs/>
          <w:color w:val="002060"/>
        </w:rPr>
        <w:t xml:space="preserve"> One Community. One Mission. Every Child Protected.</w:t>
      </w:r>
    </w:p>
    <w:p w14:paraId="163957EA" w14:textId="77777777" w:rsidR="002232BB" w:rsidRPr="00F02C6E" w:rsidRDefault="002232BB" w:rsidP="002232BB">
      <w:pPr>
        <w:tabs>
          <w:tab w:val="left" w:pos="6235"/>
        </w:tabs>
        <w:rPr>
          <w:rFonts w:ascii="Georgia" w:hAnsi="Georgia"/>
          <w:b/>
          <w:bCs/>
          <w:color w:val="002060"/>
        </w:rPr>
      </w:pPr>
      <w:r w:rsidRPr="00F02C6E">
        <w:rPr>
          <w:rFonts w:ascii="Georgia" w:hAnsi="Georgia"/>
          <w:b/>
          <w:bCs/>
          <w:color w:val="002060"/>
        </w:rPr>
        <w:t xml:space="preserve">Join us for an inspiring outdoor event filled with family fun, live music, guest speakers, food, and a powerful cause — protecting and empowering children in Austin’s most vulnerable communities. </w:t>
      </w:r>
    </w:p>
    <w:p w14:paraId="432878B0" w14:textId="54A6F68A" w:rsidR="00ED021D" w:rsidRPr="00F02C6E" w:rsidRDefault="00C30038" w:rsidP="002232BB">
      <w:pPr>
        <w:tabs>
          <w:tab w:val="left" w:pos="6235"/>
        </w:tabs>
        <w:rPr>
          <w:rFonts w:ascii="Georgia" w:hAnsi="Georgia"/>
          <w:b/>
          <w:bCs/>
          <w:color w:val="002060"/>
        </w:rPr>
      </w:pPr>
      <w:r w:rsidRPr="00F02C6E">
        <w:rPr>
          <w:rFonts w:ascii="Georgia" w:hAnsi="Georgia"/>
          <w:b/>
          <w:bCs/>
          <w:color w:val="002060"/>
        </w:rPr>
        <w:t xml:space="preserve">       </w:t>
      </w:r>
      <w:r w:rsidR="00ED021D" w:rsidRPr="00F02C6E">
        <w:rPr>
          <w:rFonts w:ascii="Georgia" w:eastAsia="Times New Roman" w:hAnsi="Georgia" w:cs="Times New Roman"/>
          <w:b/>
          <w:bCs/>
          <w:noProof/>
          <w:color w:val="002060"/>
          <w:sz w:val="28"/>
          <w:szCs w:val="28"/>
        </w:rPr>
        <mc:AlternateContent>
          <mc:Choice Requires="wpg">
            <w:drawing>
              <wp:inline distT="0" distB="0" distL="0" distR="0" wp14:anchorId="722EFE9A" wp14:editId="74C4BCCF">
                <wp:extent cx="1724025" cy="1333500"/>
                <wp:effectExtent l="152400" t="0" r="180975" b="38100"/>
                <wp:docPr id="293988533" name="Group 139"/>
                <wp:cNvGraphicFramePr/>
                <a:graphic xmlns:a="http://schemas.openxmlformats.org/drawingml/2006/main">
                  <a:graphicData uri="http://schemas.microsoft.com/office/word/2010/wordprocessingGroup">
                    <wpg:wgp>
                      <wpg:cNvGrpSpPr/>
                      <wpg:grpSpPr>
                        <a:xfrm>
                          <a:off x="0" y="0"/>
                          <a:ext cx="1724025" cy="1333500"/>
                          <a:chOff x="0" y="0"/>
                          <a:chExt cx="5943600" cy="5067677"/>
                        </a:xfrm>
                        <a:solidFill>
                          <a:srgbClr val="002060"/>
                        </a:solidFill>
                      </wpg:grpSpPr>
                      <pic:pic xmlns:pic14="http://schemas.microsoft.com/office/drawing/2010/picture" xmlns:pic="http://schemas.openxmlformats.org/drawingml/2006/picture" mc:Ignorable="pic14">
                        <pic:nvPicPr>
                          <pic:cNvPr id="51907482" name="Picture 137"/>
                          <pic:cNvPicPr>
                            <a:picLocks noChangeAspect="1"/>
                          </pic:cNvPicPr>
                        </pic:nvPicPr>
                        <pic:blipFill>
                          <a:blip r:embed="rId7"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5943600" cy="4983876"/>
                          </a:xfrm>
                          <a:prstGeom prst="rect">
                            <a:avLst/>
                          </a:prstGeom>
                          <a:solidFill>
                            <a:srgbClr val="FFFFFF">
                              <a:shade val="85000"/>
                            </a:srgbClr>
                          </a:solidFill>
                          <a:ln w="101600" cap="sq">
                            <a:solidFill>
                              <a:schemeClr val="accent6">
                                <a:lumMod val="60000"/>
                                <a:lumOff val="40000"/>
                              </a:schemeClr>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14:style>
                          <a:lnRef idx="2">
                            <a:schemeClr val="accent6">
                              <a:shade val="15000"/>
                            </a:schemeClr>
                          </a:lnRef>
                          <a:fillRef idx="1001">
                            <a:schemeClr val="dk1"/>
                          </a:fillRef>
                          <a:effectRef idx="0">
                            <a:schemeClr val="accent6"/>
                          </a:effectRef>
                          <a:fontRef idx="minor">
                            <a:schemeClr val="lt1"/>
                          </a:fontRef>
                        </pic14:style>
                      </pic:pic>
                      <wps:wsp>
                        <wps:cNvPr id="401493752" name="Text Box 138"/>
                        <wps:cNvSpPr txBox="1"/>
                        <wps:spPr>
                          <a:xfrm>
                            <a:off x="0" y="4983877"/>
                            <a:ext cx="5943600" cy="83800"/>
                          </a:xfrm>
                          <a:prstGeom prst="rect">
                            <a:avLst/>
                          </a:prstGeom>
                          <a:ln>
                            <a:solidFill>
                              <a:schemeClr val="accent6">
                                <a:lumMod val="60000"/>
                                <a:lumOff val="40000"/>
                              </a:schemeClr>
                            </a:solidFill>
                          </a:ln>
                        </wps:spPr>
                        <wps:style>
                          <a:lnRef idx="2">
                            <a:schemeClr val="accent6">
                              <a:shade val="15000"/>
                            </a:schemeClr>
                          </a:lnRef>
                          <a:fillRef idx="1001">
                            <a:schemeClr val="dk1"/>
                          </a:fillRef>
                          <a:effectRef idx="0">
                            <a:schemeClr val="accent6"/>
                          </a:effectRef>
                          <a:fontRef idx="minor">
                            <a:schemeClr val="lt1"/>
                          </a:fontRef>
                        </wps:style>
                        <wps:txbx>
                          <w:txbxContent>
                            <w:p w14:paraId="2C9F7113" w14:textId="77777777" w:rsidR="00ED021D" w:rsidRPr="00B57A9F" w:rsidRDefault="00ED021D" w:rsidP="00ED021D">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22EFE9A" id="Group 139" o:spid="_x0000_s1027" style="width:135.75pt;height:105pt;mso-position-horizontal-relative:char;mso-position-vertical-relative:line" coordsize="59436,506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7" o:spid="_x0000_s1028" type="#_x0000_t75" style="position:absolute;width:59436;height:49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" filled="t" fillcolor="#ededed" stroked="t" strokecolor="#fabf8f [1945]" strokeweight="8pt">
                  <v:stroke endcap="square"/>
                  <v:imagedata r:id="rId9" o:title=""/>
                  <v:shadow on="t" type="perspective" color="black" opacity="13107f" origin="-.5,-.5" offset="-.61228mm,.84272mm" matrix=",2098f,3741f,64225f"/>
                  <o:extrusion v:ext="view" rotationangle="44" viewpoint="0,100pt" viewpointorigin="0,.5" skewangle="45" type="perspective"/>
                  <v:path arrowok="t"/>
                </v:shape>
                <v:shapetype id="_x0000_t202" coordsize="21600,21600" o:spt="202" path="m,l,21600r21600,l21600,xe">
                  <v:stroke joinstyle="miter"/>
                  <v:path gradientshapeok="t" o:connecttype="rect"/>
                </v:shapetype>
                <v:shape id="Text Box 138" o:spid="_x0000_s1029" type="#_x0000_t202" style="position:absolute;top:49838;width:59436;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" fillcolor="black [3200]" strokecolor="#fabf8f [1945]" strokeweight="2pt">
                  <v:textbox>
                    <w:txbxContent>
                      <w:p w14:paraId="2C9F7113" w14:textId="77777777" w:rsidR="00ED021D" w:rsidRPr="00B57A9F" w:rsidRDefault="00ED021D" w:rsidP="00ED021D">
                        <w:pPr>
                          <w:rPr>
                            <w:sz w:val="18"/>
                            <w:szCs w:val="18"/>
                          </w:rPr>
                        </w:pPr>
                      </w:p>
                    </w:txbxContent>
                  </v:textbox>
                </v:shape>
                <w10:anchorlock/>
              </v:group>
            </w:pict>
          </mc:Fallback>
        </mc:AlternateContent>
      </w:r>
      <w:r w:rsidR="00ED021D" w:rsidRPr="00F02C6E">
        <w:rPr>
          <w:rFonts w:ascii="Georgia" w:hAnsi="Georgia"/>
          <w:b/>
          <w:bCs/>
          <w:color w:val="002060"/>
        </w:rPr>
        <w:t xml:space="preserve">    </w:t>
      </w:r>
      <w:r w:rsidRPr="00F02C6E">
        <w:rPr>
          <w:rFonts w:ascii="Georgia" w:hAnsi="Georgia"/>
          <w:b/>
          <w:bCs/>
          <w:color w:val="002060"/>
        </w:rPr>
        <w:t xml:space="preserve">                                                             </w:t>
      </w:r>
      <w:r w:rsidRPr="00F02C6E">
        <w:rPr>
          <w:rFonts w:ascii="Georgia" w:eastAsia="Times New Roman" w:hAnsi="Georgia" w:cs="Times New Roman"/>
          <w:b/>
          <w:bCs/>
          <w:noProof/>
          <w:color w:val="002060"/>
          <w:sz w:val="28"/>
          <w:szCs w:val="28"/>
        </w:rPr>
        <w:drawing>
          <wp:inline distT="0" distB="0" distL="0" distR="0" wp14:anchorId="5D3AC6F6" wp14:editId="0E5C3B26">
            <wp:extent cx="1408770" cy="942975"/>
            <wp:effectExtent l="76200" t="133350" r="58420" b="142875"/>
            <wp:docPr id="828295214"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295214" name="Picture 828295214"/>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rot="20857084">
                      <a:off x="0" y="0"/>
                      <a:ext cx="1495151" cy="1000795"/>
                    </a:xfrm>
                    <a:prstGeom prst="rect">
                      <a:avLst/>
                    </a:prstGeom>
                    <a:ln>
                      <a:noFill/>
                    </a:ln>
                    <a:effectLst>
                      <a:softEdge rad="112500"/>
                    </a:effectLst>
                  </pic:spPr>
                </pic:pic>
              </a:graphicData>
            </a:graphic>
          </wp:inline>
        </w:drawing>
      </w:r>
    </w:p>
    <w:p w14:paraId="4472E27A" w14:textId="4E570E26" w:rsidR="002232BB" w:rsidRPr="00E67965" w:rsidRDefault="002232BB" w:rsidP="00E67965">
      <w:pPr>
        <w:tabs>
          <w:tab w:val="left" w:pos="6235"/>
        </w:tabs>
        <w:jc w:val="center"/>
        <w:rPr>
          <w:rFonts w:ascii="Georgia" w:hAnsi="Georgia"/>
          <w:b/>
          <w:bCs/>
          <w:i/>
          <w:iCs/>
          <w:color w:val="002060"/>
          <w:u w:val="single"/>
        </w:rPr>
      </w:pPr>
      <w:r w:rsidRPr="00E67965">
        <w:rPr>
          <w:rFonts w:ascii="Georgia" w:hAnsi="Georgia"/>
          <w:b/>
          <w:bCs/>
          <w:i/>
          <w:iCs/>
          <w:color w:val="002060"/>
          <w:u w:val="single"/>
        </w:rPr>
        <w:t>Free meals and festivities for all children</w:t>
      </w:r>
      <w:r w:rsidR="000F59FC" w:rsidRPr="00E67965">
        <w:rPr>
          <w:rFonts w:ascii="Georgia" w:hAnsi="Georgia"/>
          <w:b/>
          <w:bCs/>
          <w:i/>
          <w:iCs/>
          <w:color w:val="002060"/>
          <w:u w:val="single"/>
        </w:rPr>
        <w:t xml:space="preserve"> now and forever</w:t>
      </w:r>
      <w:r w:rsidRPr="00E67965">
        <w:rPr>
          <w:rFonts w:ascii="Georgia" w:hAnsi="Georgia"/>
          <w:b/>
          <w:bCs/>
          <w:i/>
          <w:iCs/>
          <w:color w:val="002060"/>
          <w:u w:val="single"/>
        </w:rPr>
        <w:t xml:space="preserve"> — with transportation provided for qualified youth.</w:t>
      </w:r>
    </w:p>
    <w:p w14:paraId="06673B1D" w14:textId="77777777" w:rsidR="002232BB" w:rsidRDefault="002232BB" w:rsidP="00E67965">
      <w:pPr>
        <w:tabs>
          <w:tab w:val="left" w:pos="6235"/>
        </w:tabs>
        <w:jc w:val="center"/>
        <w:rPr>
          <w:rFonts w:ascii="Georgia" w:hAnsi="Georgia"/>
          <w:b/>
          <w:bCs/>
          <w:color w:val="002060"/>
        </w:rPr>
      </w:pPr>
      <w:r w:rsidRPr="00F02C6E">
        <w:rPr>
          <w:rFonts w:ascii="Segoe UI Emoji" w:hAnsi="Segoe UI Emoji" w:cs="Segoe UI Emoji"/>
          <w:b/>
          <w:bCs/>
          <w:color w:val="002060"/>
        </w:rPr>
        <w:lastRenderedPageBreak/>
        <w:t>🎤</w:t>
      </w:r>
      <w:r w:rsidRPr="00F02C6E">
        <w:rPr>
          <w:rFonts w:ascii="Georgia" w:hAnsi="Georgia"/>
          <w:b/>
          <w:bCs/>
          <w:color w:val="002060"/>
        </w:rPr>
        <w:t xml:space="preserve"> Live Music &amp; Guest Speakers </w:t>
      </w:r>
      <w:r w:rsidRPr="00F02C6E">
        <w:rPr>
          <w:rFonts w:ascii="Segoe UI Emoji" w:hAnsi="Segoe UI Emoji" w:cs="Segoe UI Emoji"/>
          <w:b/>
          <w:bCs/>
          <w:color w:val="002060"/>
        </w:rPr>
        <w:t>🎮</w:t>
      </w:r>
      <w:r w:rsidRPr="00F02C6E">
        <w:rPr>
          <w:rFonts w:ascii="Georgia" w:hAnsi="Georgia"/>
          <w:b/>
          <w:bCs/>
          <w:color w:val="002060"/>
        </w:rPr>
        <w:t xml:space="preserve"> Games, Activities &amp; Prizes for all ages!</w:t>
      </w:r>
    </w:p>
    <w:p w14:paraId="47CD7BC9" w14:textId="244CF243" w:rsidR="00B427D7" w:rsidRPr="00F02C6E" w:rsidRDefault="007454F0" w:rsidP="00E67965">
      <w:pPr>
        <w:tabs>
          <w:tab w:val="left" w:pos="6235"/>
        </w:tabs>
        <w:jc w:val="center"/>
        <w:rPr>
          <w:rFonts w:ascii="Georgia" w:hAnsi="Georgia"/>
          <w:b/>
          <w:bCs/>
          <w:color w:val="002060"/>
        </w:rPr>
      </w:pPr>
      <w:r>
        <w:rPr>
          <w:rFonts w:ascii="Georgia" w:hAnsi="Georgia"/>
          <w:b/>
          <w:bCs/>
          <w:noProof/>
          <w:color w:val="002060"/>
        </w:rPr>
        <mc:AlternateContent>
          <mc:Choice Requires="wpi">
            <w:drawing>
              <wp:anchor distT="0" distB="0" distL="114300" distR="114300" simplePos="0" relativeHeight="251663360" behindDoc="0" locked="0" layoutInCell="1" allowOverlap="1" wp14:anchorId="0887E4A0" wp14:editId="428D4133">
                <wp:simplePos x="0" y="0"/>
                <wp:positionH relativeFrom="column">
                  <wp:posOffset>-25085</wp:posOffset>
                </wp:positionH>
                <wp:positionV relativeFrom="paragraph">
                  <wp:posOffset>268829</wp:posOffset>
                </wp:positionV>
                <wp:extent cx="6896880" cy="360"/>
                <wp:effectExtent l="76200" t="114300" r="75565" b="114300"/>
                <wp:wrapNone/>
                <wp:docPr id="140545760" name="Ink 26"/>
                <wp:cNvGraphicFramePr/>
                <a:graphic xmlns:a="http://schemas.openxmlformats.org/drawingml/2006/main">
                  <a:graphicData uri="http://schemas.microsoft.com/office/word/2010/wordprocessingInk">
                    <w14:contentPart bwMode="auto" r:id="rId12">
                      <w14:nvContentPartPr>
                        <w14:cNvContentPartPr/>
                      </w14:nvContentPartPr>
                      <w14:xfrm>
                        <a:off x="0" y="0"/>
                        <a:ext cx="6896880" cy="360"/>
                      </w14:xfrm>
                    </w14:contentPart>
                  </a:graphicData>
                </a:graphic>
              </wp:anchor>
            </w:drawing>
          </mc:Choice>
          <mc:Fallback>
            <w:pict>
              <v:shape w14:anchorId="78A0EC49" id="Ink 26" o:spid="_x0000_s1026" type="#_x0000_t75" style="position:absolute;margin-left:-4.85pt;margin-top:15.5pt;width:548.7pt;height:11.4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">
                <v:imagedata r:id="rId13" o:title=""/>
              </v:shape>
            </w:pict>
          </mc:Fallback>
        </mc:AlternateContent>
      </w:r>
      <w:r w:rsidR="00B427D7">
        <w:rPr>
          <w:rFonts w:ascii="Georgia" w:hAnsi="Georgia"/>
          <w:b/>
          <w:bCs/>
          <w:color w:val="002060"/>
        </w:rPr>
        <w:t xml:space="preserve">Line up TBA </w:t>
      </w:r>
      <w:r w:rsidR="00E2666A">
        <w:rPr>
          <w:rFonts w:ascii="Georgia" w:hAnsi="Georgia"/>
          <w:b/>
          <w:bCs/>
          <w:color w:val="002060"/>
        </w:rPr>
        <w:t>July 18</w:t>
      </w:r>
      <w:r w:rsidR="00E2666A" w:rsidRPr="00E2666A">
        <w:rPr>
          <w:rFonts w:ascii="Georgia" w:hAnsi="Georgia"/>
          <w:b/>
          <w:bCs/>
          <w:color w:val="002060"/>
          <w:vertAlign w:val="superscript"/>
        </w:rPr>
        <w:t>th</w:t>
      </w:r>
      <w:r w:rsidR="00E2666A">
        <w:rPr>
          <w:rFonts w:ascii="Georgia" w:hAnsi="Georgia"/>
          <w:b/>
          <w:bCs/>
          <w:color w:val="002060"/>
        </w:rPr>
        <w:t xml:space="preserve"> 2025</w:t>
      </w:r>
    </w:p>
    <w:p w14:paraId="41538461" w14:textId="43004353" w:rsidR="002232BB" w:rsidRPr="00474387" w:rsidRDefault="00104345" w:rsidP="00A9232C">
      <w:pPr>
        <w:tabs>
          <w:tab w:val="left" w:pos="6235"/>
        </w:tabs>
        <w:jc w:val="center"/>
        <w:rPr>
          <w:rFonts w:ascii="Georgia" w:hAnsi="Georgia"/>
          <w:b/>
          <w:bCs/>
          <w:color w:val="31849B" w:themeColor="accent5" w:themeShade="BF"/>
          <w:sz w:val="36"/>
          <w:szCs w:val="36"/>
        </w:rPr>
      </w:pPr>
      <w:r>
        <w:rPr>
          <w:rFonts w:ascii="Georgia" w:hAnsi="Georgia"/>
          <w:b/>
          <w:bCs/>
          <w:noProof/>
          <w:color w:val="4BACC6" w:themeColor="accent5"/>
          <w:sz w:val="36"/>
          <w:szCs w:val="36"/>
        </w:rPr>
        <mc:AlternateContent>
          <mc:Choice Requires="wpi">
            <w:drawing>
              <wp:anchor distT="0" distB="0" distL="114300" distR="114300" simplePos="0" relativeHeight="251669504" behindDoc="0" locked="0" layoutInCell="1" allowOverlap="1" wp14:anchorId="7C238EA1" wp14:editId="544C1C6C">
                <wp:simplePos x="0" y="0"/>
                <wp:positionH relativeFrom="column">
                  <wp:posOffset>6908155</wp:posOffset>
                </wp:positionH>
                <wp:positionV relativeFrom="paragraph">
                  <wp:posOffset>37069</wp:posOffset>
                </wp:positionV>
                <wp:extent cx="360" cy="849600"/>
                <wp:effectExtent l="114300" t="190500" r="114300" b="198755"/>
                <wp:wrapNone/>
                <wp:docPr id="1419676630" name="Ink 37"/>
                <wp:cNvGraphicFramePr/>
                <a:graphic xmlns:a="http://schemas.openxmlformats.org/drawingml/2006/main">
                  <a:graphicData uri="http://schemas.microsoft.com/office/word/2010/wordprocessingInk">
                    <w14:contentPart bwMode="auto" r:id="rId14">
                      <w14:nvContentPartPr>
                        <w14:cNvContentPartPr/>
                      </w14:nvContentPartPr>
                      <w14:xfrm>
                        <a:off x="0" y="0"/>
                        <a:ext cx="360" cy="849600"/>
                      </w14:xfrm>
                    </w14:contentPart>
                  </a:graphicData>
                </a:graphic>
              </wp:anchor>
            </w:drawing>
          </mc:Choice>
          <mc:Fallback>
            <w:pict>
              <v:shape w14:anchorId="62A4E7DB" id="Ink 37" o:spid="_x0000_s1026" type="#_x0000_t75" style="position:absolute;margin-left:538.3pt;margin-top:-8.45pt;width:11.4pt;height:89.6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">
                <v:imagedata r:id="rId15" o:title=""/>
              </v:shape>
            </w:pict>
          </mc:Fallback>
        </mc:AlternateContent>
      </w:r>
      <w:r w:rsidR="009951EE">
        <w:rPr>
          <w:rFonts w:ascii="Georgia" w:hAnsi="Georgia"/>
          <w:b/>
          <w:bCs/>
          <w:noProof/>
          <w:color w:val="4BACC6" w:themeColor="accent5"/>
          <w:sz w:val="36"/>
          <w:szCs w:val="36"/>
        </w:rPr>
        <mc:AlternateContent>
          <mc:Choice Requires="wpi">
            <w:drawing>
              <wp:anchor distT="0" distB="0" distL="114300" distR="114300" simplePos="0" relativeHeight="251665408" behindDoc="0" locked="0" layoutInCell="1" allowOverlap="1" wp14:anchorId="4E4F83BA" wp14:editId="33CFDDCD">
                <wp:simplePos x="0" y="0"/>
                <wp:positionH relativeFrom="column">
                  <wp:posOffset>15235</wp:posOffset>
                </wp:positionH>
                <wp:positionV relativeFrom="paragraph">
                  <wp:posOffset>227869</wp:posOffset>
                </wp:positionV>
                <wp:extent cx="6826680" cy="360"/>
                <wp:effectExtent l="114300" t="190500" r="127000" b="190500"/>
                <wp:wrapNone/>
                <wp:docPr id="2011920710" name="Ink 28"/>
                <wp:cNvGraphicFramePr/>
                <a:graphic xmlns:a="http://schemas.openxmlformats.org/drawingml/2006/main">
                  <a:graphicData uri="http://schemas.microsoft.com/office/word/2010/wordprocessingInk">
                    <w14:contentPart bwMode="auto" r:id="rId16">
                      <w14:nvContentPartPr>
                        <w14:cNvContentPartPr/>
                      </w14:nvContentPartPr>
                      <w14:xfrm>
                        <a:off x="0" y="0"/>
                        <a:ext cx="6826680" cy="360"/>
                      </w14:xfrm>
                    </w14:contentPart>
                  </a:graphicData>
                </a:graphic>
              </wp:anchor>
            </w:drawing>
          </mc:Choice>
          <mc:Fallback>
            <w:pict>
              <v:shape w14:anchorId="2BCA1577" id="Ink 28" o:spid="_x0000_s1026" type="#_x0000_t75" style="position:absolute;margin-left:-4.45pt;margin-top:6.6pt;width:548.9pt;height:22.7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">
                <v:imagedata r:id="rId17" o:title=""/>
              </v:shape>
            </w:pict>
          </mc:Fallback>
        </mc:AlternateContent>
      </w:r>
      <w:r w:rsidR="009951EE">
        <w:rPr>
          <w:rFonts w:ascii="Georgia" w:hAnsi="Georgia"/>
          <w:b/>
          <w:bCs/>
          <w:noProof/>
          <w:color w:val="4BACC6" w:themeColor="accent5"/>
          <w:sz w:val="36"/>
          <w:szCs w:val="36"/>
        </w:rPr>
        <mc:AlternateContent>
          <mc:Choice Requires="wpi">
            <w:drawing>
              <wp:anchor distT="0" distB="0" distL="114300" distR="114300" simplePos="0" relativeHeight="251664384" behindDoc="0" locked="0" layoutInCell="1" allowOverlap="1" wp14:anchorId="6A98823A" wp14:editId="6B955DA9">
                <wp:simplePos x="0" y="0"/>
                <wp:positionH relativeFrom="column">
                  <wp:posOffset>-25085</wp:posOffset>
                </wp:positionH>
                <wp:positionV relativeFrom="paragraph">
                  <wp:posOffset>92509</wp:posOffset>
                </wp:positionV>
                <wp:extent cx="6901920" cy="360"/>
                <wp:effectExtent l="76200" t="114300" r="89535" b="114300"/>
                <wp:wrapNone/>
                <wp:docPr id="1568165357" name="Ink 27"/>
                <wp:cNvGraphicFramePr/>
                <a:graphic xmlns:a="http://schemas.openxmlformats.org/drawingml/2006/main">
                  <a:graphicData uri="http://schemas.microsoft.com/office/word/2010/wordprocessingInk">
                    <w14:contentPart bwMode="auto" r:id="rId18">
                      <w14:nvContentPartPr>
                        <w14:cNvContentPartPr/>
                      </w14:nvContentPartPr>
                      <w14:xfrm>
                        <a:off x="0" y="0"/>
                        <a:ext cx="6901920" cy="360"/>
                      </w14:xfrm>
                    </w14:contentPart>
                  </a:graphicData>
                </a:graphic>
              </wp:anchor>
            </w:drawing>
          </mc:Choice>
          <mc:Fallback>
            <w:pict>
              <v:shape w14:anchorId="2FB82825" id="Ink 27" o:spid="_x0000_s1026" type="#_x0000_t75" style="position:absolute;margin-left:-4.85pt;margin-top:1.65pt;width:549.1pt;height:11.4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">
                <v:imagedata r:id="rId19" o:title=""/>
              </v:shape>
            </w:pict>
          </mc:Fallback>
        </mc:AlternateContent>
      </w:r>
      <w:r w:rsidR="002232BB" w:rsidRPr="00474387">
        <w:rPr>
          <w:rFonts w:ascii="Georgia" w:hAnsi="Georgia"/>
          <w:b/>
          <w:bCs/>
          <w:color w:val="31849B" w:themeColor="accent5" w:themeShade="BF"/>
          <w:sz w:val="36"/>
          <w:szCs w:val="36"/>
        </w:rPr>
        <w:t>Our Mission</w:t>
      </w:r>
    </w:p>
    <w:p w14:paraId="3C0A4399" w14:textId="092362C9" w:rsidR="002232BB" w:rsidRPr="00474387" w:rsidRDefault="00104345" w:rsidP="002232BB">
      <w:pPr>
        <w:tabs>
          <w:tab w:val="left" w:pos="6235"/>
        </w:tabs>
        <w:rPr>
          <w:rFonts w:ascii="Georgia" w:hAnsi="Georgia"/>
          <w:b/>
          <w:bCs/>
          <w:color w:val="31849B" w:themeColor="accent5" w:themeShade="BF"/>
        </w:rPr>
      </w:pPr>
      <w:r>
        <w:rPr>
          <w:rFonts w:ascii="Georgia" w:hAnsi="Georgia"/>
          <w:b/>
          <w:bCs/>
          <w:noProof/>
          <w:color w:val="4BACC6" w:themeColor="accent5"/>
        </w:rPr>
        <mc:AlternateContent>
          <mc:Choice Requires="wpi">
            <w:drawing>
              <wp:anchor distT="0" distB="0" distL="114300" distR="114300" simplePos="0" relativeHeight="251670528" behindDoc="0" locked="0" layoutInCell="1" allowOverlap="1" wp14:anchorId="2D91605C" wp14:editId="5C4CB19A">
                <wp:simplePos x="0" y="0"/>
                <wp:positionH relativeFrom="column">
                  <wp:posOffset>24955</wp:posOffset>
                </wp:positionH>
                <wp:positionV relativeFrom="paragraph">
                  <wp:posOffset>574979</wp:posOffset>
                </wp:positionV>
                <wp:extent cx="6858360" cy="360"/>
                <wp:effectExtent l="114300" t="190500" r="114300" b="190500"/>
                <wp:wrapNone/>
                <wp:docPr id="10049191" name="Ink 38"/>
                <wp:cNvGraphicFramePr/>
                <a:graphic xmlns:a="http://schemas.openxmlformats.org/drawingml/2006/main">
                  <a:graphicData uri="http://schemas.microsoft.com/office/word/2010/wordprocessingInk">
                    <w14:contentPart bwMode="auto" r:id="rId20">
                      <w14:nvContentPartPr>
                        <w14:cNvContentPartPr/>
                      </w14:nvContentPartPr>
                      <w14:xfrm>
                        <a:off x="0" y="0"/>
                        <a:ext cx="6858360" cy="360"/>
                      </w14:xfrm>
                    </w14:contentPart>
                  </a:graphicData>
                </a:graphic>
              </wp:anchor>
            </w:drawing>
          </mc:Choice>
          <mc:Fallback>
            <w:pict>
              <v:shape w14:anchorId="1CD0D1F9" id="Ink 38" o:spid="_x0000_s1026" type="#_x0000_t75" style="position:absolute;margin-left:-3.7pt;margin-top:33.95pt;width:551.4pt;height:22.7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">
                <v:imagedata r:id="rId21" o:title=""/>
              </v:shape>
            </w:pict>
          </mc:Fallback>
        </mc:AlternateContent>
      </w:r>
      <w:r w:rsidR="009951EE">
        <w:rPr>
          <w:rFonts w:ascii="Georgia" w:hAnsi="Georgia"/>
          <w:b/>
          <w:bCs/>
          <w:noProof/>
          <w:color w:val="4BACC6" w:themeColor="accent5"/>
        </w:rPr>
        <mc:AlternateContent>
          <mc:Choice Requires="wpi">
            <w:drawing>
              <wp:anchor distT="0" distB="0" distL="114300" distR="114300" simplePos="0" relativeHeight="251668480" behindDoc="0" locked="0" layoutInCell="1" allowOverlap="1" wp14:anchorId="4E0AEEBF" wp14:editId="44A336FA">
                <wp:simplePos x="0" y="0"/>
                <wp:positionH relativeFrom="column">
                  <wp:posOffset>15235</wp:posOffset>
                </wp:positionH>
                <wp:positionV relativeFrom="paragraph">
                  <wp:posOffset>482099</wp:posOffset>
                </wp:positionV>
                <wp:extent cx="6831360" cy="360"/>
                <wp:effectExtent l="114300" t="190500" r="121920" b="190500"/>
                <wp:wrapNone/>
                <wp:docPr id="666997492" name="Ink 31"/>
                <wp:cNvGraphicFramePr/>
                <a:graphic xmlns:a="http://schemas.openxmlformats.org/drawingml/2006/main">
                  <a:graphicData uri="http://schemas.microsoft.com/office/word/2010/wordprocessingInk">
                    <w14:contentPart bwMode="auto" r:id="rId22">
                      <w14:nvContentPartPr>
                        <w14:cNvContentPartPr/>
                      </w14:nvContentPartPr>
                      <w14:xfrm>
                        <a:off x="0" y="0"/>
                        <a:ext cx="6831360" cy="360"/>
                      </w14:xfrm>
                    </w14:contentPart>
                  </a:graphicData>
                </a:graphic>
              </wp:anchor>
            </w:drawing>
          </mc:Choice>
          <mc:Fallback>
            <w:pict>
              <v:shape w14:anchorId="7F4E9C40" id="Ink 31" o:spid="_x0000_s1026" type="#_x0000_t75" style="position:absolute;margin-left:-4.45pt;margin-top:26.6pt;width:549.2pt;height:22.7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">
                <v:imagedata r:id="rId23" o:title=""/>
              </v:shape>
            </w:pict>
          </mc:Fallback>
        </mc:AlternateContent>
      </w:r>
      <w:r w:rsidR="009951EE">
        <w:rPr>
          <w:rFonts w:ascii="Georgia" w:hAnsi="Georgia"/>
          <w:b/>
          <w:bCs/>
          <w:noProof/>
          <w:color w:val="4BACC6" w:themeColor="accent5"/>
        </w:rPr>
        <mc:AlternateContent>
          <mc:Choice Requires="wpi">
            <w:drawing>
              <wp:anchor distT="0" distB="0" distL="114300" distR="114300" simplePos="0" relativeHeight="251667456" behindDoc="0" locked="0" layoutInCell="1" allowOverlap="1" wp14:anchorId="23E357A2" wp14:editId="1AB1DCF4">
                <wp:simplePos x="0" y="0"/>
                <wp:positionH relativeFrom="column">
                  <wp:posOffset>4795</wp:posOffset>
                </wp:positionH>
                <wp:positionV relativeFrom="paragraph">
                  <wp:posOffset>276539</wp:posOffset>
                </wp:positionV>
                <wp:extent cx="6818400" cy="360"/>
                <wp:effectExtent l="114300" t="190500" r="116205" b="190500"/>
                <wp:wrapNone/>
                <wp:docPr id="531367892" name="Ink 30"/>
                <wp:cNvGraphicFramePr/>
                <a:graphic xmlns:a="http://schemas.openxmlformats.org/drawingml/2006/main">
                  <a:graphicData uri="http://schemas.microsoft.com/office/word/2010/wordprocessingInk">
                    <w14:contentPart bwMode="auto" r:id="rId24">
                      <w14:nvContentPartPr>
                        <w14:cNvContentPartPr/>
                      </w14:nvContentPartPr>
                      <w14:xfrm>
                        <a:off x="0" y="0"/>
                        <a:ext cx="6818400" cy="360"/>
                      </w14:xfrm>
                    </w14:contentPart>
                  </a:graphicData>
                </a:graphic>
              </wp:anchor>
            </w:drawing>
          </mc:Choice>
          <mc:Fallback>
            <w:pict>
              <v:shape w14:anchorId="25325BCE" id="Ink 30" o:spid="_x0000_s1026" type="#_x0000_t75" style="position:absolute;margin-left:-5.25pt;margin-top:10.45pt;width:548.25pt;height:22.7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">
                <v:imagedata r:id="rId25" o:title=""/>
              </v:shape>
            </w:pict>
          </mc:Fallback>
        </mc:AlternateContent>
      </w:r>
      <w:r w:rsidR="009951EE">
        <w:rPr>
          <w:rFonts w:ascii="Georgia" w:hAnsi="Georgia"/>
          <w:b/>
          <w:bCs/>
          <w:noProof/>
          <w:color w:val="4BACC6" w:themeColor="accent5"/>
        </w:rPr>
        <mc:AlternateContent>
          <mc:Choice Requires="wpi">
            <w:drawing>
              <wp:anchor distT="0" distB="0" distL="114300" distR="114300" simplePos="0" relativeHeight="251666432" behindDoc="0" locked="0" layoutInCell="1" allowOverlap="1" wp14:anchorId="26ADF07A" wp14:editId="5D1F56EB">
                <wp:simplePos x="0" y="0"/>
                <wp:positionH relativeFrom="column">
                  <wp:posOffset>15235</wp:posOffset>
                </wp:positionH>
                <wp:positionV relativeFrom="paragraph">
                  <wp:posOffset>54059</wp:posOffset>
                </wp:positionV>
                <wp:extent cx="6817680" cy="360"/>
                <wp:effectExtent l="114300" t="190500" r="116840" b="190500"/>
                <wp:wrapNone/>
                <wp:docPr id="401446799" name="Ink 29"/>
                <wp:cNvGraphicFramePr/>
                <a:graphic xmlns:a="http://schemas.openxmlformats.org/drawingml/2006/main">
                  <a:graphicData uri="http://schemas.microsoft.com/office/word/2010/wordprocessingInk">
                    <w14:contentPart bwMode="auto" r:id="rId26">
                      <w14:nvContentPartPr>
                        <w14:cNvContentPartPr/>
                      </w14:nvContentPartPr>
                      <w14:xfrm>
                        <a:off x="0" y="0"/>
                        <a:ext cx="6817680" cy="360"/>
                      </w14:xfrm>
                    </w14:contentPart>
                  </a:graphicData>
                </a:graphic>
              </wp:anchor>
            </w:drawing>
          </mc:Choice>
          <mc:Fallback>
            <w:pict>
              <v:shape w14:anchorId="002B9E78" id="Ink 29" o:spid="_x0000_s1026" type="#_x0000_t75" style="position:absolute;margin-left:-4.45pt;margin-top:-7.05pt;width:548.2pt;height:22.7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">
                <v:imagedata r:id="rId27" o:title=""/>
              </v:shape>
            </w:pict>
          </mc:Fallback>
        </mc:AlternateContent>
      </w:r>
      <w:r w:rsidR="002232BB" w:rsidRPr="00474387">
        <w:rPr>
          <w:rFonts w:ascii="Georgia" w:hAnsi="Georgia"/>
          <w:b/>
          <w:bCs/>
          <w:color w:val="31849B" w:themeColor="accent5" w:themeShade="BF"/>
        </w:rPr>
        <w:t xml:space="preserve">The Rejoyce Foundation proudly presents Operation Child Outreach, an urgent community response to children trapped in Austin’s and its surrounding areas most drug-infested, violent, gang-controlled, and poverty-stricken areas. A long-term goal to extend throughout the United States of America. </w:t>
      </w:r>
    </w:p>
    <w:p w14:paraId="70D00D8F" w14:textId="42B6FF57" w:rsidR="002232BB" w:rsidRPr="00104345" w:rsidRDefault="00104345" w:rsidP="00A9232C">
      <w:pPr>
        <w:tabs>
          <w:tab w:val="left" w:pos="6235"/>
        </w:tabs>
        <w:jc w:val="center"/>
        <w:rPr>
          <w:rFonts w:ascii="Georgia" w:hAnsi="Georgia"/>
          <w:b/>
          <w:bCs/>
          <w:color w:val="404040" w:themeColor="text1" w:themeTint="BF"/>
          <w:sz w:val="36"/>
          <w:szCs w:val="36"/>
        </w:rPr>
      </w:pPr>
      <w:r>
        <w:rPr>
          <w:rFonts w:ascii="Georgia" w:hAnsi="Georgia"/>
          <w:b/>
          <w:bCs/>
          <w:noProof/>
          <w:color w:val="000000" w:themeColor="text1"/>
          <w:sz w:val="36"/>
          <w:szCs w:val="36"/>
        </w:rPr>
        <mc:AlternateContent>
          <mc:Choice Requires="wpi">
            <w:drawing>
              <wp:anchor distT="0" distB="0" distL="114300" distR="114300" simplePos="0" relativeHeight="251672576" behindDoc="0" locked="0" layoutInCell="1" allowOverlap="1" wp14:anchorId="016E82C7" wp14:editId="37D7F2F3">
                <wp:simplePos x="0" y="0"/>
                <wp:positionH relativeFrom="column">
                  <wp:posOffset>15235</wp:posOffset>
                </wp:positionH>
                <wp:positionV relativeFrom="paragraph">
                  <wp:posOffset>343022</wp:posOffset>
                </wp:positionV>
                <wp:extent cx="6872040" cy="360"/>
                <wp:effectExtent l="114300" t="190500" r="119380" b="190500"/>
                <wp:wrapNone/>
                <wp:docPr id="1304484764" name="Ink 41"/>
                <wp:cNvGraphicFramePr/>
                <a:graphic xmlns:a="http://schemas.openxmlformats.org/drawingml/2006/main">
                  <a:graphicData uri="http://schemas.microsoft.com/office/word/2010/wordprocessingInk">
                    <w14:contentPart bwMode="auto" r:id="rId28">
                      <w14:nvContentPartPr>
                        <w14:cNvContentPartPr/>
                      </w14:nvContentPartPr>
                      <w14:xfrm>
                        <a:off x="0" y="0"/>
                        <a:ext cx="6872040" cy="360"/>
                      </w14:xfrm>
                    </w14:contentPart>
                  </a:graphicData>
                </a:graphic>
              </wp:anchor>
            </w:drawing>
          </mc:Choice>
          <mc:Fallback>
            <w:pict>
              <v:shape w14:anchorId="67C09582" id="Ink 41" o:spid="_x0000_s1026" type="#_x0000_t75" style="position:absolute;margin-left:-4.45pt;margin-top:15.65pt;width:552.4pt;height:22.7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">
                <v:imagedata r:id="rId29" o:title=""/>
              </v:shape>
            </w:pict>
          </mc:Fallback>
        </mc:AlternateContent>
      </w:r>
      <w:r>
        <w:rPr>
          <w:rFonts w:ascii="Georgia" w:hAnsi="Georgia"/>
          <w:b/>
          <w:bCs/>
          <w:noProof/>
          <w:color w:val="000000" w:themeColor="text1"/>
          <w:sz w:val="36"/>
          <w:szCs w:val="36"/>
        </w:rPr>
        <mc:AlternateContent>
          <mc:Choice Requires="wpi">
            <w:drawing>
              <wp:anchor distT="0" distB="0" distL="114300" distR="114300" simplePos="0" relativeHeight="251671552" behindDoc="0" locked="0" layoutInCell="1" allowOverlap="1" wp14:anchorId="00CE50A7" wp14:editId="72DC6133">
                <wp:simplePos x="0" y="0"/>
                <wp:positionH relativeFrom="column">
                  <wp:posOffset>4795</wp:posOffset>
                </wp:positionH>
                <wp:positionV relativeFrom="paragraph">
                  <wp:posOffset>81662</wp:posOffset>
                </wp:positionV>
                <wp:extent cx="6875280" cy="360"/>
                <wp:effectExtent l="114300" t="190500" r="116205" b="190500"/>
                <wp:wrapNone/>
                <wp:docPr id="67662973" name="Ink 40"/>
                <wp:cNvGraphicFramePr/>
                <a:graphic xmlns:a="http://schemas.openxmlformats.org/drawingml/2006/main">
                  <a:graphicData uri="http://schemas.microsoft.com/office/word/2010/wordprocessingInk">
                    <w14:contentPart bwMode="auto" r:id="rId30">
                      <w14:nvContentPartPr>
                        <w14:cNvContentPartPr/>
                      </w14:nvContentPartPr>
                      <w14:xfrm>
                        <a:off x="0" y="0"/>
                        <a:ext cx="6875280" cy="360"/>
                      </w14:xfrm>
                    </w14:contentPart>
                  </a:graphicData>
                </a:graphic>
              </wp:anchor>
            </w:drawing>
          </mc:Choice>
          <mc:Fallback>
            <w:pict>
              <v:shape w14:anchorId="536BEF58" id="Ink 40" o:spid="_x0000_s1026" type="#_x0000_t75" style="position:absolute;margin-left:-5.25pt;margin-top:-4.85pt;width:552.65pt;height:22.7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">
                <v:imagedata r:id="rId31" o:title=""/>
              </v:shape>
            </w:pict>
          </mc:Fallback>
        </mc:AlternateContent>
      </w:r>
      <w:r w:rsidR="002232BB" w:rsidRPr="00104345">
        <w:rPr>
          <w:rFonts w:ascii="Georgia" w:hAnsi="Georgia"/>
          <w:b/>
          <w:bCs/>
          <w:color w:val="404040" w:themeColor="text1" w:themeTint="BF"/>
          <w:sz w:val="36"/>
          <w:szCs w:val="36"/>
        </w:rPr>
        <w:t>Our Skill-Set</w:t>
      </w:r>
    </w:p>
    <w:p w14:paraId="78A52400" w14:textId="222CC29D" w:rsidR="002232BB" w:rsidRPr="00104345" w:rsidRDefault="00104345" w:rsidP="002232BB">
      <w:pPr>
        <w:tabs>
          <w:tab w:val="left" w:pos="6235"/>
        </w:tabs>
        <w:rPr>
          <w:rFonts w:ascii="Georgia" w:hAnsi="Georgia"/>
          <w:b/>
          <w:bCs/>
          <w:color w:val="404040" w:themeColor="text1" w:themeTint="BF"/>
        </w:rPr>
      </w:pPr>
      <w:r>
        <w:rPr>
          <w:rFonts w:ascii="Georgia" w:hAnsi="Georgia"/>
          <w:b/>
          <w:bCs/>
          <w:noProof/>
          <w:color w:val="000000" w:themeColor="text1"/>
        </w:rPr>
        <mc:AlternateContent>
          <mc:Choice Requires="wpi">
            <w:drawing>
              <wp:anchor distT="0" distB="0" distL="114300" distR="114300" simplePos="0" relativeHeight="251674624" behindDoc="0" locked="0" layoutInCell="1" allowOverlap="1" wp14:anchorId="2A32D242" wp14:editId="5BAE1FE1">
                <wp:simplePos x="0" y="0"/>
                <wp:positionH relativeFrom="column">
                  <wp:posOffset>4795</wp:posOffset>
                </wp:positionH>
                <wp:positionV relativeFrom="paragraph">
                  <wp:posOffset>459457</wp:posOffset>
                </wp:positionV>
                <wp:extent cx="6874920" cy="360"/>
                <wp:effectExtent l="114300" t="190500" r="116840" b="190500"/>
                <wp:wrapNone/>
                <wp:docPr id="697320181" name="Ink 43"/>
                <wp:cNvGraphicFramePr/>
                <a:graphic xmlns:a="http://schemas.openxmlformats.org/drawingml/2006/main">
                  <a:graphicData uri="http://schemas.microsoft.com/office/word/2010/wordprocessingInk">
                    <w14:contentPart bwMode="auto" r:id="rId32">
                      <w14:nvContentPartPr>
                        <w14:cNvContentPartPr/>
                      </w14:nvContentPartPr>
                      <w14:xfrm>
                        <a:off x="0" y="0"/>
                        <a:ext cx="6874920" cy="360"/>
                      </w14:xfrm>
                    </w14:contentPart>
                  </a:graphicData>
                </a:graphic>
              </wp:anchor>
            </w:drawing>
          </mc:Choice>
          <mc:Fallback>
            <w:pict>
              <v:shape w14:anchorId="47D70629" id="Ink 43" o:spid="_x0000_s1026" type="#_x0000_t75" style="position:absolute;margin-left:-5.25pt;margin-top:24.9pt;width:552.7pt;height:22.7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">
                <v:imagedata r:id="rId33" o:title=""/>
              </v:shape>
            </w:pict>
          </mc:Fallback>
        </mc:AlternateContent>
      </w:r>
      <w:r>
        <w:rPr>
          <w:rFonts w:ascii="Georgia" w:hAnsi="Georgia"/>
          <w:b/>
          <w:bCs/>
          <w:noProof/>
          <w:color w:val="000000" w:themeColor="text1"/>
        </w:rPr>
        <mc:AlternateContent>
          <mc:Choice Requires="wpi">
            <w:drawing>
              <wp:anchor distT="0" distB="0" distL="114300" distR="114300" simplePos="0" relativeHeight="251673600" behindDoc="0" locked="0" layoutInCell="1" allowOverlap="1" wp14:anchorId="6EE1E50B" wp14:editId="73D1CBDF">
                <wp:simplePos x="0" y="0"/>
                <wp:positionH relativeFrom="column">
                  <wp:posOffset>15235</wp:posOffset>
                </wp:positionH>
                <wp:positionV relativeFrom="paragraph">
                  <wp:posOffset>178297</wp:posOffset>
                </wp:positionV>
                <wp:extent cx="6859440" cy="360"/>
                <wp:effectExtent l="114300" t="190500" r="113030" b="190500"/>
                <wp:wrapNone/>
                <wp:docPr id="1793137090" name="Ink 42"/>
                <wp:cNvGraphicFramePr/>
                <a:graphic xmlns:a="http://schemas.openxmlformats.org/drawingml/2006/main">
                  <a:graphicData uri="http://schemas.microsoft.com/office/word/2010/wordprocessingInk">
                    <w14:contentPart bwMode="auto" r:id="rId34">
                      <w14:nvContentPartPr>
                        <w14:cNvContentPartPr/>
                      </w14:nvContentPartPr>
                      <w14:xfrm>
                        <a:off x="0" y="0"/>
                        <a:ext cx="6859440" cy="360"/>
                      </w14:xfrm>
                    </w14:contentPart>
                  </a:graphicData>
                </a:graphic>
              </wp:anchor>
            </w:drawing>
          </mc:Choice>
          <mc:Fallback>
            <w:pict>
              <v:shape w14:anchorId="7D76EB42" id="Ink 42" o:spid="_x0000_s1026" type="#_x0000_t75" style="position:absolute;margin-left:-4.45pt;margin-top:2.7pt;width:551.4pt;height:22.7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">
                <v:imagedata r:id="rId35" o:title=""/>
              </v:shape>
            </w:pict>
          </mc:Fallback>
        </mc:AlternateContent>
      </w:r>
      <w:r w:rsidR="002232BB" w:rsidRPr="00104345">
        <w:rPr>
          <w:rFonts w:ascii="Georgia" w:hAnsi="Georgia"/>
          <w:b/>
          <w:bCs/>
          <w:color w:val="404040" w:themeColor="text1" w:themeTint="BF"/>
        </w:rPr>
        <w:t>Unlike any governmental agency or traditional child protection advocacy, The Rejoyce Foundation possesses an unparalleled and irreplicable skill set — one that no public agency, caseworker, or nonprofit can match without the leverage of criminal prosecution.</w:t>
      </w:r>
    </w:p>
    <w:p w14:paraId="72631A58" w14:textId="19941CD4" w:rsidR="002232BB" w:rsidRPr="00104345" w:rsidRDefault="00104345" w:rsidP="002232BB">
      <w:pPr>
        <w:tabs>
          <w:tab w:val="left" w:pos="6235"/>
        </w:tabs>
        <w:rPr>
          <w:rFonts w:ascii="Georgia" w:hAnsi="Georgia"/>
          <w:b/>
          <w:bCs/>
          <w:color w:val="404040" w:themeColor="text1" w:themeTint="BF"/>
        </w:rPr>
      </w:pPr>
      <w:r>
        <w:rPr>
          <w:rFonts w:ascii="Georgia" w:hAnsi="Georgia"/>
          <w:b/>
          <w:bCs/>
          <w:noProof/>
          <w:color w:val="000000" w:themeColor="text1"/>
        </w:rPr>
        <mc:AlternateContent>
          <mc:Choice Requires="wpi">
            <w:drawing>
              <wp:anchor distT="0" distB="0" distL="114300" distR="114300" simplePos="0" relativeHeight="251692032" behindDoc="0" locked="0" layoutInCell="1" allowOverlap="1" wp14:anchorId="6222A90F" wp14:editId="61DE9D26">
                <wp:simplePos x="0" y="0"/>
                <wp:positionH relativeFrom="column">
                  <wp:posOffset>-50645</wp:posOffset>
                </wp:positionH>
                <wp:positionV relativeFrom="paragraph">
                  <wp:posOffset>-1009805</wp:posOffset>
                </wp:positionV>
                <wp:extent cx="360" cy="4657320"/>
                <wp:effectExtent l="114300" t="190500" r="114300" b="181610"/>
                <wp:wrapNone/>
                <wp:docPr id="2081904126" name="Ink 65"/>
                <wp:cNvGraphicFramePr/>
                <a:graphic xmlns:a="http://schemas.openxmlformats.org/drawingml/2006/main">
                  <a:graphicData uri="http://schemas.microsoft.com/office/word/2010/wordprocessingInk">
                    <w14:contentPart bwMode="auto" r:id="rId36">
                      <w14:nvContentPartPr>
                        <w14:cNvContentPartPr/>
                      </w14:nvContentPartPr>
                      <w14:xfrm>
                        <a:off x="0" y="0"/>
                        <a:ext cx="360" cy="4657320"/>
                      </w14:xfrm>
                    </w14:contentPart>
                  </a:graphicData>
                </a:graphic>
              </wp:anchor>
            </w:drawing>
          </mc:Choice>
          <mc:Fallback>
            <w:pict>
              <v:shape w14:anchorId="2620C70E" id="Ink 65" o:spid="_x0000_s1026" type="#_x0000_t75" style="position:absolute;margin-left:-9.65pt;margin-top:-90.8pt;width:11.4pt;height:389.3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">
                <v:imagedata r:id="rId37" o:title=""/>
              </v:shape>
            </w:pict>
          </mc:Fallback>
        </mc:AlternateContent>
      </w:r>
      <w:r>
        <w:rPr>
          <w:rFonts w:ascii="Georgia" w:hAnsi="Georgia"/>
          <w:b/>
          <w:bCs/>
          <w:noProof/>
          <w:color w:val="000000" w:themeColor="text1"/>
        </w:rPr>
        <mc:AlternateContent>
          <mc:Choice Requires="wpi">
            <w:drawing>
              <wp:anchor distT="0" distB="0" distL="114300" distR="114300" simplePos="0" relativeHeight="251680768" behindDoc="0" locked="0" layoutInCell="1" allowOverlap="1" wp14:anchorId="318FC3C7" wp14:editId="66472C42">
                <wp:simplePos x="0" y="0"/>
                <wp:positionH relativeFrom="column">
                  <wp:posOffset>4795</wp:posOffset>
                </wp:positionH>
                <wp:positionV relativeFrom="paragraph">
                  <wp:posOffset>1191967</wp:posOffset>
                </wp:positionV>
                <wp:extent cx="6872400" cy="360"/>
                <wp:effectExtent l="114300" t="190500" r="119380" b="190500"/>
                <wp:wrapNone/>
                <wp:docPr id="1023634545" name="Ink 50"/>
                <wp:cNvGraphicFramePr/>
                <a:graphic xmlns:a="http://schemas.openxmlformats.org/drawingml/2006/main">
                  <a:graphicData uri="http://schemas.microsoft.com/office/word/2010/wordprocessingInk">
                    <w14:contentPart bwMode="auto" r:id="rId38">
                      <w14:nvContentPartPr>
                        <w14:cNvContentPartPr/>
                      </w14:nvContentPartPr>
                      <w14:xfrm>
                        <a:off x="0" y="0"/>
                        <a:ext cx="6872400" cy="360"/>
                      </w14:xfrm>
                    </w14:contentPart>
                  </a:graphicData>
                </a:graphic>
              </wp:anchor>
            </w:drawing>
          </mc:Choice>
          <mc:Fallback>
            <w:pict>
              <v:shape w14:anchorId="70FAE107" id="Ink 50" o:spid="_x0000_s1026" type="#_x0000_t75" style="position:absolute;margin-left:-5.25pt;margin-top:82.5pt;width:552.5pt;height:22.7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">
                <v:imagedata r:id="rId29" o:title=""/>
              </v:shape>
            </w:pict>
          </mc:Fallback>
        </mc:AlternateContent>
      </w:r>
      <w:r>
        <w:rPr>
          <w:rFonts w:ascii="Georgia" w:hAnsi="Georgia"/>
          <w:b/>
          <w:bCs/>
          <w:noProof/>
          <w:color w:val="000000" w:themeColor="text1"/>
        </w:rPr>
        <mc:AlternateContent>
          <mc:Choice Requires="wpi">
            <w:drawing>
              <wp:anchor distT="0" distB="0" distL="114300" distR="114300" simplePos="0" relativeHeight="251679744" behindDoc="0" locked="0" layoutInCell="1" allowOverlap="1" wp14:anchorId="799004E9" wp14:editId="71A124DA">
                <wp:simplePos x="0" y="0"/>
                <wp:positionH relativeFrom="column">
                  <wp:posOffset>4795</wp:posOffset>
                </wp:positionH>
                <wp:positionV relativeFrom="paragraph">
                  <wp:posOffset>940687</wp:posOffset>
                </wp:positionV>
                <wp:extent cx="6870240" cy="360"/>
                <wp:effectExtent l="114300" t="190500" r="121285" b="190500"/>
                <wp:wrapNone/>
                <wp:docPr id="88027384" name="Ink 49"/>
                <wp:cNvGraphicFramePr/>
                <a:graphic xmlns:a="http://schemas.openxmlformats.org/drawingml/2006/main">
                  <a:graphicData uri="http://schemas.microsoft.com/office/word/2010/wordprocessingInk">
                    <w14:contentPart bwMode="auto" r:id="rId39">
                      <w14:nvContentPartPr>
                        <w14:cNvContentPartPr/>
                      </w14:nvContentPartPr>
                      <w14:xfrm>
                        <a:off x="0" y="0"/>
                        <a:ext cx="6870240" cy="360"/>
                      </w14:xfrm>
                    </w14:contentPart>
                  </a:graphicData>
                </a:graphic>
              </wp:anchor>
            </w:drawing>
          </mc:Choice>
          <mc:Fallback>
            <w:pict>
              <v:shape w14:anchorId="7D3B723C" id="Ink 49" o:spid="_x0000_s1026" type="#_x0000_t75" style="position:absolute;margin-left:-5.25pt;margin-top:62.7pt;width:552.25pt;height:22.7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">
                <v:imagedata r:id="rId40" o:title=""/>
              </v:shape>
            </w:pict>
          </mc:Fallback>
        </mc:AlternateContent>
      </w:r>
      <w:r>
        <w:rPr>
          <w:rFonts w:ascii="Georgia" w:hAnsi="Georgia"/>
          <w:b/>
          <w:bCs/>
          <w:noProof/>
          <w:color w:val="000000" w:themeColor="text1"/>
        </w:rPr>
        <mc:AlternateContent>
          <mc:Choice Requires="wpi">
            <w:drawing>
              <wp:anchor distT="0" distB="0" distL="114300" distR="114300" simplePos="0" relativeHeight="251678720" behindDoc="0" locked="0" layoutInCell="1" allowOverlap="1" wp14:anchorId="26DE1558" wp14:editId="346E8336">
                <wp:simplePos x="0" y="0"/>
                <wp:positionH relativeFrom="column">
                  <wp:posOffset>24955</wp:posOffset>
                </wp:positionH>
                <wp:positionV relativeFrom="paragraph">
                  <wp:posOffset>739807</wp:posOffset>
                </wp:positionV>
                <wp:extent cx="6848640" cy="360"/>
                <wp:effectExtent l="114300" t="190500" r="123825" b="190500"/>
                <wp:wrapNone/>
                <wp:docPr id="1483502746" name="Ink 48"/>
                <wp:cNvGraphicFramePr/>
                <a:graphic xmlns:a="http://schemas.openxmlformats.org/drawingml/2006/main">
                  <a:graphicData uri="http://schemas.microsoft.com/office/word/2010/wordprocessingInk">
                    <w14:contentPart bwMode="auto" r:id="rId41">
                      <w14:nvContentPartPr>
                        <w14:cNvContentPartPr/>
                      </w14:nvContentPartPr>
                      <w14:xfrm>
                        <a:off x="0" y="0"/>
                        <a:ext cx="6848640" cy="360"/>
                      </w14:xfrm>
                    </w14:contentPart>
                  </a:graphicData>
                </a:graphic>
              </wp:anchor>
            </w:drawing>
          </mc:Choice>
          <mc:Fallback>
            <w:pict>
              <v:shape w14:anchorId="6C94B5AA" id="Ink 48" o:spid="_x0000_s1026" type="#_x0000_t75" style="position:absolute;margin-left:-3.7pt;margin-top:46.9pt;width:550.55pt;height:22.7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">
                <v:imagedata r:id="rId42" o:title=""/>
              </v:shape>
            </w:pict>
          </mc:Fallback>
        </mc:AlternateContent>
      </w:r>
      <w:r>
        <w:rPr>
          <w:rFonts w:ascii="Georgia" w:hAnsi="Georgia"/>
          <w:b/>
          <w:bCs/>
          <w:noProof/>
          <w:color w:val="000000" w:themeColor="text1"/>
        </w:rPr>
        <mc:AlternateContent>
          <mc:Choice Requires="wpi">
            <w:drawing>
              <wp:anchor distT="0" distB="0" distL="114300" distR="114300" simplePos="0" relativeHeight="251677696" behindDoc="0" locked="0" layoutInCell="1" allowOverlap="1" wp14:anchorId="548AF03A" wp14:editId="044121C9">
                <wp:simplePos x="0" y="0"/>
                <wp:positionH relativeFrom="column">
                  <wp:posOffset>15235</wp:posOffset>
                </wp:positionH>
                <wp:positionV relativeFrom="paragraph">
                  <wp:posOffset>518767</wp:posOffset>
                </wp:positionV>
                <wp:extent cx="6857280" cy="360"/>
                <wp:effectExtent l="114300" t="190500" r="115570" b="190500"/>
                <wp:wrapNone/>
                <wp:docPr id="1410704386" name="Ink 47"/>
                <wp:cNvGraphicFramePr/>
                <a:graphic xmlns:a="http://schemas.openxmlformats.org/drawingml/2006/main">
                  <a:graphicData uri="http://schemas.microsoft.com/office/word/2010/wordprocessingInk">
                    <w14:contentPart bwMode="auto" r:id="rId43">
                      <w14:nvContentPartPr>
                        <w14:cNvContentPartPr/>
                      </w14:nvContentPartPr>
                      <w14:xfrm>
                        <a:off x="0" y="0"/>
                        <a:ext cx="6857280" cy="360"/>
                      </w14:xfrm>
                    </w14:contentPart>
                  </a:graphicData>
                </a:graphic>
              </wp:anchor>
            </w:drawing>
          </mc:Choice>
          <mc:Fallback>
            <w:pict>
              <v:shape w14:anchorId="0FFBD99F" id="Ink 47" o:spid="_x0000_s1026" type="#_x0000_t75" style="position:absolute;margin-left:-4.45pt;margin-top:29.5pt;width:551.3pt;height:22.7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">
                <v:imagedata r:id="rId44" o:title=""/>
              </v:shape>
            </w:pict>
          </mc:Fallback>
        </mc:AlternateContent>
      </w:r>
      <w:r>
        <w:rPr>
          <w:rFonts w:ascii="Georgia" w:hAnsi="Georgia"/>
          <w:b/>
          <w:bCs/>
          <w:noProof/>
          <w:color w:val="000000" w:themeColor="text1"/>
        </w:rPr>
        <mc:AlternateContent>
          <mc:Choice Requires="wpi">
            <w:drawing>
              <wp:anchor distT="0" distB="0" distL="114300" distR="114300" simplePos="0" relativeHeight="251676672" behindDoc="0" locked="0" layoutInCell="1" allowOverlap="1" wp14:anchorId="6FDC7676" wp14:editId="76753613">
                <wp:simplePos x="0" y="0"/>
                <wp:positionH relativeFrom="column">
                  <wp:posOffset>15235</wp:posOffset>
                </wp:positionH>
                <wp:positionV relativeFrom="paragraph">
                  <wp:posOffset>297727</wp:posOffset>
                </wp:positionV>
                <wp:extent cx="6859800" cy="360"/>
                <wp:effectExtent l="114300" t="190500" r="113030" b="190500"/>
                <wp:wrapNone/>
                <wp:docPr id="27284423" name="Ink 46"/>
                <wp:cNvGraphicFramePr/>
                <a:graphic xmlns:a="http://schemas.openxmlformats.org/drawingml/2006/main">
                  <a:graphicData uri="http://schemas.microsoft.com/office/word/2010/wordprocessingInk">
                    <w14:contentPart bwMode="auto" r:id="rId45">
                      <w14:nvContentPartPr>
                        <w14:cNvContentPartPr/>
                      </w14:nvContentPartPr>
                      <w14:xfrm>
                        <a:off x="0" y="0"/>
                        <a:ext cx="6859800" cy="360"/>
                      </w14:xfrm>
                    </w14:contentPart>
                  </a:graphicData>
                </a:graphic>
              </wp:anchor>
            </w:drawing>
          </mc:Choice>
          <mc:Fallback>
            <w:pict>
              <v:shape w14:anchorId="45DDF8A2" id="Ink 46" o:spid="_x0000_s1026" type="#_x0000_t75" style="position:absolute;margin-left:-4.45pt;margin-top:12.1pt;width:551.5pt;height:22.7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">
                <v:imagedata r:id="rId35" o:title=""/>
              </v:shape>
            </w:pict>
          </mc:Fallback>
        </mc:AlternateContent>
      </w:r>
      <w:r>
        <w:rPr>
          <w:rFonts w:ascii="Georgia" w:hAnsi="Georgia"/>
          <w:b/>
          <w:bCs/>
          <w:noProof/>
          <w:color w:val="000000" w:themeColor="text1"/>
        </w:rPr>
        <mc:AlternateContent>
          <mc:Choice Requires="wpi">
            <w:drawing>
              <wp:anchor distT="0" distB="0" distL="114300" distR="114300" simplePos="0" relativeHeight="251675648" behindDoc="0" locked="0" layoutInCell="1" allowOverlap="1" wp14:anchorId="26DE425D" wp14:editId="1A5699D7">
                <wp:simplePos x="0" y="0"/>
                <wp:positionH relativeFrom="column">
                  <wp:posOffset>4795</wp:posOffset>
                </wp:positionH>
                <wp:positionV relativeFrom="paragraph">
                  <wp:posOffset>36367</wp:posOffset>
                </wp:positionV>
                <wp:extent cx="6874560" cy="360"/>
                <wp:effectExtent l="114300" t="190500" r="116840" b="190500"/>
                <wp:wrapNone/>
                <wp:docPr id="755992859" name="Ink 44"/>
                <wp:cNvGraphicFramePr/>
                <a:graphic xmlns:a="http://schemas.openxmlformats.org/drawingml/2006/main">
                  <a:graphicData uri="http://schemas.microsoft.com/office/word/2010/wordprocessingInk">
                    <w14:contentPart bwMode="auto" r:id="rId46">
                      <w14:nvContentPartPr>
                        <w14:cNvContentPartPr/>
                      </w14:nvContentPartPr>
                      <w14:xfrm>
                        <a:off x="0" y="0"/>
                        <a:ext cx="6874560" cy="360"/>
                      </w14:xfrm>
                    </w14:contentPart>
                  </a:graphicData>
                </a:graphic>
              </wp:anchor>
            </w:drawing>
          </mc:Choice>
          <mc:Fallback>
            <w:pict>
              <v:shape w14:anchorId="0E8031AB" id="Ink 44" o:spid="_x0000_s1026" type="#_x0000_t75" style="position:absolute;margin-left:-5.25pt;margin-top:-8.5pt;width:552.6pt;height:22.7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">
                <v:imagedata r:id="rId33" o:title=""/>
              </v:shape>
            </w:pict>
          </mc:Fallback>
        </mc:AlternateContent>
      </w:r>
      <w:r w:rsidR="002232BB" w:rsidRPr="00104345">
        <w:rPr>
          <w:rFonts w:ascii="Georgia" w:hAnsi="Georgia"/>
          <w:b/>
          <w:bCs/>
          <w:color w:val="404040" w:themeColor="text1" w:themeTint="BF"/>
        </w:rPr>
        <w:t>This expertise was not obtained through textbooks, government training, or policy manuals. It was forged through direct survival — in the trenches of violence, drugs, poverty, and street life. Founder Rickye Henderson, a former drug lord, gang leader, inner-city influencer, and Black male born and raised in Austin’s toughest neighborhoods [where incest, murder, crime, drugs, child abuse, disease and poverty is a norm,] built a reputation, respect, and a level of access to the city's most violent, abusive, addicted, and broken parents — the very individuals who would not dare speak to authorities unless they were facing arrest.</w:t>
      </w:r>
    </w:p>
    <w:p w14:paraId="34E698AF" w14:textId="5907A1B0" w:rsidR="002232BB" w:rsidRPr="00104345" w:rsidRDefault="00104345" w:rsidP="002232BB">
      <w:pPr>
        <w:tabs>
          <w:tab w:val="left" w:pos="6235"/>
        </w:tabs>
        <w:rPr>
          <w:rFonts w:ascii="Georgia" w:hAnsi="Georgia"/>
          <w:b/>
          <w:bCs/>
          <w:color w:val="404040" w:themeColor="text1" w:themeTint="BF"/>
        </w:rPr>
      </w:pPr>
      <w:r>
        <w:rPr>
          <w:rFonts w:ascii="Georgia" w:hAnsi="Georgia"/>
          <w:b/>
          <w:bCs/>
          <w:noProof/>
          <w:color w:val="000000" w:themeColor="text1"/>
        </w:rPr>
        <mc:AlternateContent>
          <mc:Choice Requires="wpi">
            <w:drawing>
              <wp:anchor distT="0" distB="0" distL="114300" distR="114300" simplePos="0" relativeHeight="251685888" behindDoc="0" locked="0" layoutInCell="1" allowOverlap="1" wp14:anchorId="14D2B821" wp14:editId="43979CAD">
                <wp:simplePos x="0" y="0"/>
                <wp:positionH relativeFrom="column">
                  <wp:posOffset>24955</wp:posOffset>
                </wp:positionH>
                <wp:positionV relativeFrom="paragraph">
                  <wp:posOffset>983097</wp:posOffset>
                </wp:positionV>
                <wp:extent cx="6854040" cy="360"/>
                <wp:effectExtent l="114300" t="190500" r="118745" b="190500"/>
                <wp:wrapNone/>
                <wp:docPr id="148077634" name="Ink 58"/>
                <wp:cNvGraphicFramePr/>
                <a:graphic xmlns:a="http://schemas.openxmlformats.org/drawingml/2006/main">
                  <a:graphicData uri="http://schemas.microsoft.com/office/word/2010/wordprocessingInk">
                    <w14:contentPart bwMode="auto" r:id="rId47">
                      <w14:nvContentPartPr>
                        <w14:cNvContentPartPr/>
                      </w14:nvContentPartPr>
                      <w14:xfrm>
                        <a:off x="0" y="0"/>
                        <a:ext cx="6854040" cy="360"/>
                      </w14:xfrm>
                    </w14:contentPart>
                  </a:graphicData>
                </a:graphic>
              </wp:anchor>
            </w:drawing>
          </mc:Choice>
          <mc:Fallback>
            <w:pict>
              <v:shape w14:anchorId="472BB05F" id="Ink 58" o:spid="_x0000_s1026" type="#_x0000_t75" style="position:absolute;margin-left:-3.7pt;margin-top:66.05pt;width:551.05pt;height:22.7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">
                <v:imagedata r:id="rId48" o:title=""/>
              </v:shape>
            </w:pict>
          </mc:Fallback>
        </mc:AlternateContent>
      </w:r>
      <w:r>
        <w:rPr>
          <w:rFonts w:ascii="Georgia" w:hAnsi="Georgia"/>
          <w:b/>
          <w:bCs/>
          <w:noProof/>
          <w:color w:val="000000" w:themeColor="text1"/>
        </w:rPr>
        <mc:AlternateContent>
          <mc:Choice Requires="wpi">
            <w:drawing>
              <wp:anchor distT="0" distB="0" distL="114300" distR="114300" simplePos="0" relativeHeight="251684864" behindDoc="0" locked="0" layoutInCell="1" allowOverlap="1" wp14:anchorId="1CCF5977" wp14:editId="62BB2F36">
                <wp:simplePos x="0" y="0"/>
                <wp:positionH relativeFrom="column">
                  <wp:posOffset>15235</wp:posOffset>
                </wp:positionH>
                <wp:positionV relativeFrom="paragraph">
                  <wp:posOffset>731817</wp:posOffset>
                </wp:positionV>
                <wp:extent cx="6865920" cy="360"/>
                <wp:effectExtent l="114300" t="190500" r="125730" b="190500"/>
                <wp:wrapNone/>
                <wp:docPr id="1059485401" name="Ink 57"/>
                <wp:cNvGraphicFramePr/>
                <a:graphic xmlns:a="http://schemas.openxmlformats.org/drawingml/2006/main">
                  <a:graphicData uri="http://schemas.microsoft.com/office/word/2010/wordprocessingInk">
                    <w14:contentPart bwMode="auto" r:id="rId49">
                      <w14:nvContentPartPr>
                        <w14:cNvContentPartPr/>
                      </w14:nvContentPartPr>
                      <w14:xfrm>
                        <a:off x="0" y="0"/>
                        <a:ext cx="6865920" cy="360"/>
                      </w14:xfrm>
                    </w14:contentPart>
                  </a:graphicData>
                </a:graphic>
              </wp:anchor>
            </w:drawing>
          </mc:Choice>
          <mc:Fallback>
            <w:pict>
              <v:shape w14:anchorId="1189CF1D" id="Ink 57" o:spid="_x0000_s1026" type="#_x0000_t75" style="position:absolute;margin-left:-4.45pt;margin-top:46.25pt;width:551.95pt;height:22.7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">
                <v:imagedata r:id="rId50" o:title=""/>
              </v:shape>
            </w:pict>
          </mc:Fallback>
        </mc:AlternateContent>
      </w:r>
      <w:r>
        <w:rPr>
          <w:rFonts w:ascii="Georgia" w:hAnsi="Georgia"/>
          <w:b/>
          <w:bCs/>
          <w:noProof/>
          <w:color w:val="000000" w:themeColor="text1"/>
        </w:rPr>
        <mc:AlternateContent>
          <mc:Choice Requires="wpi">
            <w:drawing>
              <wp:anchor distT="0" distB="0" distL="114300" distR="114300" simplePos="0" relativeHeight="251683840" behindDoc="0" locked="0" layoutInCell="1" allowOverlap="1" wp14:anchorId="60F7B902" wp14:editId="4F1B378D">
                <wp:simplePos x="0" y="0"/>
                <wp:positionH relativeFrom="column">
                  <wp:posOffset>15235</wp:posOffset>
                </wp:positionH>
                <wp:positionV relativeFrom="paragraph">
                  <wp:posOffset>490617</wp:posOffset>
                </wp:positionV>
                <wp:extent cx="6864120" cy="360"/>
                <wp:effectExtent l="114300" t="190500" r="127635" b="190500"/>
                <wp:wrapNone/>
                <wp:docPr id="1848690247" name="Ink 54"/>
                <wp:cNvGraphicFramePr/>
                <a:graphic xmlns:a="http://schemas.openxmlformats.org/drawingml/2006/main">
                  <a:graphicData uri="http://schemas.microsoft.com/office/word/2010/wordprocessingInk">
                    <w14:contentPart bwMode="auto" r:id="rId51">
                      <w14:nvContentPartPr>
                        <w14:cNvContentPartPr/>
                      </w14:nvContentPartPr>
                      <w14:xfrm>
                        <a:off x="0" y="0"/>
                        <a:ext cx="6864120" cy="360"/>
                      </w14:xfrm>
                    </w14:contentPart>
                  </a:graphicData>
                </a:graphic>
              </wp:anchor>
            </w:drawing>
          </mc:Choice>
          <mc:Fallback>
            <w:pict>
              <v:shape w14:anchorId="578BEDE1" id="Ink 54" o:spid="_x0000_s1026" type="#_x0000_t75" style="position:absolute;margin-left:-4.45pt;margin-top:27.35pt;width:551.85pt;height:22.7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">
                <v:imagedata r:id="rId52" o:title=""/>
              </v:shape>
            </w:pict>
          </mc:Fallback>
        </mc:AlternateContent>
      </w:r>
      <w:r>
        <w:rPr>
          <w:rFonts w:ascii="Georgia" w:hAnsi="Georgia"/>
          <w:b/>
          <w:bCs/>
          <w:noProof/>
          <w:color w:val="000000" w:themeColor="text1"/>
        </w:rPr>
        <mc:AlternateContent>
          <mc:Choice Requires="wpi">
            <w:drawing>
              <wp:anchor distT="0" distB="0" distL="114300" distR="114300" simplePos="0" relativeHeight="251682816" behindDoc="0" locked="0" layoutInCell="1" allowOverlap="1" wp14:anchorId="672E15E0" wp14:editId="1A7878E6">
                <wp:simplePos x="0" y="0"/>
                <wp:positionH relativeFrom="column">
                  <wp:posOffset>4795</wp:posOffset>
                </wp:positionH>
                <wp:positionV relativeFrom="paragraph">
                  <wp:posOffset>279657</wp:posOffset>
                </wp:positionV>
                <wp:extent cx="6872400" cy="360"/>
                <wp:effectExtent l="114300" t="190500" r="119380" b="190500"/>
                <wp:wrapNone/>
                <wp:docPr id="120112224" name="Ink 53"/>
                <wp:cNvGraphicFramePr/>
                <a:graphic xmlns:a="http://schemas.openxmlformats.org/drawingml/2006/main">
                  <a:graphicData uri="http://schemas.microsoft.com/office/word/2010/wordprocessingInk">
                    <w14:contentPart bwMode="auto" r:id="rId53">
                      <w14:nvContentPartPr>
                        <w14:cNvContentPartPr/>
                      </w14:nvContentPartPr>
                      <w14:xfrm>
                        <a:off x="0" y="0"/>
                        <a:ext cx="6872400" cy="360"/>
                      </w14:xfrm>
                    </w14:contentPart>
                  </a:graphicData>
                </a:graphic>
              </wp:anchor>
            </w:drawing>
          </mc:Choice>
          <mc:Fallback>
            <w:pict>
              <v:shape w14:anchorId="64394808" id="Ink 53" o:spid="_x0000_s1026" type="#_x0000_t75" style="position:absolute;margin-left:-5.25pt;margin-top:10.65pt;width:552.5pt;height:22.7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">
                <v:imagedata r:id="rId29" o:title=""/>
              </v:shape>
            </w:pict>
          </mc:Fallback>
        </mc:AlternateContent>
      </w:r>
      <w:r>
        <w:rPr>
          <w:rFonts w:ascii="Georgia" w:hAnsi="Georgia"/>
          <w:b/>
          <w:bCs/>
          <w:noProof/>
          <w:color w:val="000000" w:themeColor="text1"/>
        </w:rPr>
        <mc:AlternateContent>
          <mc:Choice Requires="wpi">
            <w:drawing>
              <wp:anchor distT="0" distB="0" distL="114300" distR="114300" simplePos="0" relativeHeight="251681792" behindDoc="0" locked="0" layoutInCell="1" allowOverlap="1" wp14:anchorId="5E7BEB22" wp14:editId="5D619BC2">
                <wp:simplePos x="0" y="0"/>
                <wp:positionH relativeFrom="column">
                  <wp:posOffset>15235</wp:posOffset>
                </wp:positionH>
                <wp:positionV relativeFrom="paragraph">
                  <wp:posOffset>18467</wp:posOffset>
                </wp:positionV>
                <wp:extent cx="6861600" cy="360"/>
                <wp:effectExtent l="114300" t="190500" r="111125" b="190500"/>
                <wp:wrapNone/>
                <wp:docPr id="1383770060" name="Ink 51"/>
                <wp:cNvGraphicFramePr/>
                <a:graphic xmlns:a="http://schemas.openxmlformats.org/drawingml/2006/main">
                  <a:graphicData uri="http://schemas.microsoft.com/office/word/2010/wordprocessingInk">
                    <w14:contentPart bwMode="auto" r:id="rId54">
                      <w14:nvContentPartPr>
                        <w14:cNvContentPartPr/>
                      </w14:nvContentPartPr>
                      <w14:xfrm>
                        <a:off x="0" y="0"/>
                        <a:ext cx="6861600" cy="360"/>
                      </w14:xfrm>
                    </w14:contentPart>
                  </a:graphicData>
                </a:graphic>
              </wp:anchor>
            </w:drawing>
          </mc:Choice>
          <mc:Fallback>
            <w:pict>
              <v:shape w14:anchorId="3AD41E16" id="Ink 51" o:spid="_x0000_s1026" type="#_x0000_t75" style="position:absolute;margin-left:-4.45pt;margin-top:-9.9pt;width:551.65pt;height:22.7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">
                <v:imagedata r:id="rId55" o:title=""/>
              </v:shape>
            </w:pict>
          </mc:Fallback>
        </mc:AlternateContent>
      </w:r>
      <w:r w:rsidR="002232BB" w:rsidRPr="00104345">
        <w:rPr>
          <w:rFonts w:ascii="Georgia" w:hAnsi="Georgia"/>
          <w:b/>
          <w:bCs/>
          <w:color w:val="404040" w:themeColor="text1" w:themeTint="BF"/>
        </w:rPr>
        <w:t xml:space="preserve">Because of his lived experience, Rickye Henderson holds a rare credibility and trust among populations that law enforcement, CPS workers, and advocacy organizations cannot even approach. In the absence of a crime, </w:t>
      </w:r>
      <w:r w:rsidR="00655708" w:rsidRPr="00104345">
        <w:rPr>
          <w:rFonts w:ascii="Georgia" w:hAnsi="Georgia"/>
          <w:b/>
          <w:bCs/>
          <w:color w:val="404040" w:themeColor="text1" w:themeTint="BF"/>
        </w:rPr>
        <w:t>were</w:t>
      </w:r>
      <w:r w:rsidR="00101D13" w:rsidRPr="00104345">
        <w:rPr>
          <w:rFonts w:ascii="Georgia" w:hAnsi="Georgia"/>
          <w:b/>
          <w:bCs/>
          <w:color w:val="404040" w:themeColor="text1" w:themeTint="BF"/>
        </w:rPr>
        <w:t xml:space="preserve"> </w:t>
      </w:r>
      <w:r w:rsidR="002232BB" w:rsidRPr="00104345">
        <w:rPr>
          <w:rFonts w:ascii="Georgia" w:hAnsi="Georgia"/>
          <w:b/>
          <w:bCs/>
          <w:color w:val="404040" w:themeColor="text1" w:themeTint="BF"/>
        </w:rPr>
        <w:t>traditional systems are powerless, The Rejoyce Foundation steps in — locating, identifying, registering, and protecting children before tragedy strikes.</w:t>
      </w:r>
    </w:p>
    <w:p w14:paraId="0D7C3B02" w14:textId="2FCEDF8B" w:rsidR="002232BB" w:rsidRPr="00104345" w:rsidRDefault="00104345" w:rsidP="002232BB">
      <w:pPr>
        <w:tabs>
          <w:tab w:val="left" w:pos="6235"/>
        </w:tabs>
        <w:rPr>
          <w:rFonts w:ascii="Georgia" w:hAnsi="Georgia"/>
          <w:b/>
          <w:bCs/>
          <w:color w:val="404040" w:themeColor="text1" w:themeTint="BF"/>
        </w:rPr>
      </w:pPr>
      <w:r>
        <w:rPr>
          <w:rFonts w:ascii="Georgia" w:hAnsi="Georgia"/>
          <w:b/>
          <w:bCs/>
          <w:noProof/>
          <w:color w:val="000000" w:themeColor="text1"/>
        </w:rPr>
        <mc:AlternateContent>
          <mc:Choice Requires="wpi">
            <w:drawing>
              <wp:anchor distT="0" distB="0" distL="114300" distR="114300" simplePos="0" relativeHeight="251687936" behindDoc="0" locked="0" layoutInCell="1" allowOverlap="1" wp14:anchorId="2E62A293" wp14:editId="003AF439">
                <wp:simplePos x="0" y="0"/>
                <wp:positionH relativeFrom="column">
                  <wp:posOffset>15235</wp:posOffset>
                </wp:positionH>
                <wp:positionV relativeFrom="paragraph">
                  <wp:posOffset>495677</wp:posOffset>
                </wp:positionV>
                <wp:extent cx="6864840" cy="360"/>
                <wp:effectExtent l="114300" t="190500" r="127000" b="190500"/>
                <wp:wrapNone/>
                <wp:docPr id="2063543572" name="Ink 60"/>
                <wp:cNvGraphicFramePr/>
                <a:graphic xmlns:a="http://schemas.openxmlformats.org/drawingml/2006/main">
                  <a:graphicData uri="http://schemas.microsoft.com/office/word/2010/wordprocessingInk">
                    <w14:contentPart bwMode="auto" r:id="rId56">
                      <w14:nvContentPartPr>
                        <w14:cNvContentPartPr/>
                      </w14:nvContentPartPr>
                      <w14:xfrm>
                        <a:off x="0" y="0"/>
                        <a:ext cx="6864840" cy="360"/>
                      </w14:xfrm>
                    </w14:contentPart>
                  </a:graphicData>
                </a:graphic>
              </wp:anchor>
            </w:drawing>
          </mc:Choice>
          <mc:Fallback>
            <w:pict>
              <v:shape w14:anchorId="582838C6" id="Ink 60" o:spid="_x0000_s1026" type="#_x0000_t75" style="position:absolute;margin-left:-4.45pt;margin-top:27.7pt;width:551.9pt;height:22.7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">
                <v:imagedata r:id="rId57" o:title=""/>
              </v:shape>
            </w:pict>
          </mc:Fallback>
        </mc:AlternateContent>
      </w:r>
      <w:r>
        <w:rPr>
          <w:rFonts w:ascii="Georgia" w:hAnsi="Georgia"/>
          <w:b/>
          <w:bCs/>
          <w:noProof/>
          <w:color w:val="000000" w:themeColor="text1"/>
        </w:rPr>
        <mc:AlternateContent>
          <mc:Choice Requires="wpi">
            <w:drawing>
              <wp:anchor distT="0" distB="0" distL="114300" distR="114300" simplePos="0" relativeHeight="251686912" behindDoc="0" locked="0" layoutInCell="1" allowOverlap="1" wp14:anchorId="25DB94B8" wp14:editId="7A65907D">
                <wp:simplePos x="0" y="0"/>
                <wp:positionH relativeFrom="column">
                  <wp:posOffset>4795</wp:posOffset>
                </wp:positionH>
                <wp:positionV relativeFrom="paragraph">
                  <wp:posOffset>214047</wp:posOffset>
                </wp:positionV>
                <wp:extent cx="6872400" cy="360"/>
                <wp:effectExtent l="114300" t="190500" r="119380" b="190500"/>
                <wp:wrapNone/>
                <wp:docPr id="1796588625" name="Ink 59"/>
                <wp:cNvGraphicFramePr/>
                <a:graphic xmlns:a="http://schemas.openxmlformats.org/drawingml/2006/main">
                  <a:graphicData uri="http://schemas.microsoft.com/office/word/2010/wordprocessingInk">
                    <w14:contentPart bwMode="auto" r:id="rId58">
                      <w14:nvContentPartPr>
                        <w14:cNvContentPartPr/>
                      </w14:nvContentPartPr>
                      <w14:xfrm>
                        <a:off x="0" y="0"/>
                        <a:ext cx="6872400" cy="360"/>
                      </w14:xfrm>
                    </w14:contentPart>
                  </a:graphicData>
                </a:graphic>
              </wp:anchor>
            </w:drawing>
          </mc:Choice>
          <mc:Fallback>
            <w:pict>
              <v:shape w14:anchorId="210A02C3" id="Ink 59" o:spid="_x0000_s1026" type="#_x0000_t75" style="position:absolute;margin-left:-5.25pt;margin-top:5.55pt;width:552.5pt;height:22.7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">
                <v:imagedata r:id="rId29" o:title=""/>
              </v:shape>
            </w:pict>
          </mc:Fallback>
        </mc:AlternateContent>
      </w:r>
      <w:r w:rsidR="002232BB" w:rsidRPr="00104345">
        <w:rPr>
          <w:rFonts w:ascii="Georgia" w:hAnsi="Georgia"/>
          <w:b/>
          <w:bCs/>
          <w:color w:val="404040" w:themeColor="text1" w:themeTint="BF"/>
        </w:rPr>
        <w:t>This skill set is not just an advantage — it is the missing link in truly ending child abuse at its roots. Rickye Henderson does not hide this solution; he openly prays that others with similar backgrounds and capabilities will join the fight to protect our youth.</w:t>
      </w:r>
    </w:p>
    <w:p w14:paraId="71F06F80" w14:textId="49C64552" w:rsidR="002232BB" w:rsidRPr="00104345" w:rsidRDefault="00104345" w:rsidP="002232BB">
      <w:pPr>
        <w:tabs>
          <w:tab w:val="left" w:pos="6235"/>
        </w:tabs>
        <w:rPr>
          <w:rFonts w:ascii="Georgia" w:hAnsi="Georgia"/>
          <w:b/>
          <w:bCs/>
          <w:color w:val="404040" w:themeColor="text1" w:themeTint="BF"/>
        </w:rPr>
      </w:pPr>
      <w:r>
        <w:rPr>
          <w:rFonts w:ascii="Georgia" w:hAnsi="Georgia"/>
          <w:b/>
          <w:bCs/>
          <w:noProof/>
          <w:color w:val="000000" w:themeColor="text1"/>
        </w:rPr>
        <mc:AlternateContent>
          <mc:Choice Requires="wpi">
            <w:drawing>
              <wp:anchor distT="0" distB="0" distL="114300" distR="114300" simplePos="0" relativeHeight="251691008" behindDoc="0" locked="0" layoutInCell="1" allowOverlap="1" wp14:anchorId="565E3AEC" wp14:editId="33D39802">
                <wp:simplePos x="0" y="0"/>
                <wp:positionH relativeFrom="column">
                  <wp:posOffset>15235</wp:posOffset>
                </wp:positionH>
                <wp:positionV relativeFrom="paragraph">
                  <wp:posOffset>514667</wp:posOffset>
                </wp:positionV>
                <wp:extent cx="6876000" cy="360"/>
                <wp:effectExtent l="114300" t="190500" r="115570" b="190500"/>
                <wp:wrapNone/>
                <wp:docPr id="91071212" name="Ink 63"/>
                <wp:cNvGraphicFramePr/>
                <a:graphic xmlns:a="http://schemas.openxmlformats.org/drawingml/2006/main">
                  <a:graphicData uri="http://schemas.microsoft.com/office/word/2010/wordprocessingInk">
                    <w14:contentPart bwMode="auto" r:id="rId59">
                      <w14:nvContentPartPr>
                        <w14:cNvContentPartPr/>
                      </w14:nvContentPartPr>
                      <w14:xfrm>
                        <a:off x="0" y="0"/>
                        <a:ext cx="6876000" cy="360"/>
                      </w14:xfrm>
                    </w14:contentPart>
                  </a:graphicData>
                </a:graphic>
              </wp:anchor>
            </w:drawing>
          </mc:Choice>
          <mc:Fallback>
            <w:pict>
              <v:shape w14:anchorId="2280DD63" id="Ink 63" o:spid="_x0000_s1026" type="#_x0000_t75" style="position:absolute;margin-left:-4.45pt;margin-top:29.15pt;width:552.75pt;height:22.7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">
                <v:imagedata r:id="rId60" o:title=""/>
              </v:shape>
            </w:pict>
          </mc:Fallback>
        </mc:AlternateContent>
      </w:r>
      <w:r>
        <w:rPr>
          <w:rFonts w:ascii="Georgia" w:hAnsi="Georgia"/>
          <w:b/>
          <w:bCs/>
          <w:noProof/>
          <w:color w:val="000000" w:themeColor="text1"/>
        </w:rPr>
        <mc:AlternateContent>
          <mc:Choice Requires="wpi">
            <w:drawing>
              <wp:anchor distT="0" distB="0" distL="114300" distR="114300" simplePos="0" relativeHeight="251689984" behindDoc="0" locked="0" layoutInCell="1" allowOverlap="1" wp14:anchorId="1375526F" wp14:editId="026BB27B">
                <wp:simplePos x="0" y="0"/>
                <wp:positionH relativeFrom="column">
                  <wp:posOffset>15235</wp:posOffset>
                </wp:positionH>
                <wp:positionV relativeFrom="paragraph">
                  <wp:posOffset>313427</wp:posOffset>
                </wp:positionV>
                <wp:extent cx="6862680" cy="360"/>
                <wp:effectExtent l="114300" t="190500" r="109855" b="190500"/>
                <wp:wrapNone/>
                <wp:docPr id="277301072" name="Ink 62"/>
                <wp:cNvGraphicFramePr/>
                <a:graphic xmlns:a="http://schemas.openxmlformats.org/drawingml/2006/main">
                  <a:graphicData uri="http://schemas.microsoft.com/office/word/2010/wordprocessingInk">
                    <w14:contentPart bwMode="auto" r:id="rId61">
                      <w14:nvContentPartPr>
                        <w14:cNvContentPartPr/>
                      </w14:nvContentPartPr>
                      <w14:xfrm>
                        <a:off x="0" y="0"/>
                        <a:ext cx="6862680" cy="360"/>
                      </w14:xfrm>
                    </w14:contentPart>
                  </a:graphicData>
                </a:graphic>
              </wp:anchor>
            </w:drawing>
          </mc:Choice>
          <mc:Fallback>
            <w:pict>
              <v:shape w14:anchorId="2D3E6497" id="Ink 62" o:spid="_x0000_s1026" type="#_x0000_t75" style="position:absolute;margin-left:-4.45pt;margin-top:13.4pt;width:551.7pt;height:22.7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">
                <v:imagedata r:id="rId62" o:title=""/>
              </v:shape>
            </w:pict>
          </mc:Fallback>
        </mc:AlternateContent>
      </w:r>
      <w:r>
        <w:rPr>
          <w:rFonts w:ascii="Georgia" w:hAnsi="Georgia"/>
          <w:b/>
          <w:bCs/>
          <w:noProof/>
          <w:color w:val="000000" w:themeColor="text1"/>
        </w:rPr>
        <mc:AlternateContent>
          <mc:Choice Requires="wpi">
            <w:drawing>
              <wp:anchor distT="0" distB="0" distL="114300" distR="114300" simplePos="0" relativeHeight="251688960" behindDoc="0" locked="0" layoutInCell="1" allowOverlap="1" wp14:anchorId="4C6B59B7" wp14:editId="735DB635">
                <wp:simplePos x="0" y="0"/>
                <wp:positionH relativeFrom="column">
                  <wp:posOffset>15235</wp:posOffset>
                </wp:positionH>
                <wp:positionV relativeFrom="paragraph">
                  <wp:posOffset>92387</wp:posOffset>
                </wp:positionV>
                <wp:extent cx="6872400" cy="360"/>
                <wp:effectExtent l="114300" t="190500" r="119380" b="190500"/>
                <wp:wrapNone/>
                <wp:docPr id="1895022812" name="Ink 61"/>
                <wp:cNvGraphicFramePr/>
                <a:graphic xmlns:a="http://schemas.openxmlformats.org/drawingml/2006/main">
                  <a:graphicData uri="http://schemas.microsoft.com/office/word/2010/wordprocessingInk">
                    <w14:contentPart bwMode="auto" r:id="rId63">
                      <w14:nvContentPartPr>
                        <w14:cNvContentPartPr/>
                      </w14:nvContentPartPr>
                      <w14:xfrm>
                        <a:off x="0" y="0"/>
                        <a:ext cx="6872400" cy="360"/>
                      </w14:xfrm>
                    </w14:contentPart>
                  </a:graphicData>
                </a:graphic>
              </wp:anchor>
            </w:drawing>
          </mc:Choice>
          <mc:Fallback>
            <w:pict>
              <v:shape w14:anchorId="2FBAC2FE" id="Ink 61" o:spid="_x0000_s1026" type="#_x0000_t75" style="position:absolute;margin-left:-4.45pt;margin-top:-4.05pt;width:552.5pt;height:22.7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">
                <v:imagedata r:id="rId29" o:title=""/>
              </v:shape>
            </w:pict>
          </mc:Fallback>
        </mc:AlternateContent>
      </w:r>
      <w:r w:rsidR="002232BB" w:rsidRPr="00104345">
        <w:rPr>
          <w:rFonts w:ascii="Georgia" w:hAnsi="Georgia"/>
          <w:b/>
          <w:bCs/>
          <w:color w:val="404040" w:themeColor="text1" w:themeTint="BF"/>
        </w:rPr>
        <w:t>Through community re-engagement, free sports, real mentorship, street-level credibility, and a fearless commitment to saving lives, The Rejoyce Foundation redefines what is possible in child advocacy.</w:t>
      </w:r>
    </w:p>
    <w:p w14:paraId="2FF26F0C" w14:textId="44D64E91" w:rsidR="002232BB" w:rsidRPr="00A9232C" w:rsidRDefault="003A63C9" w:rsidP="00A9232C">
      <w:pPr>
        <w:tabs>
          <w:tab w:val="left" w:pos="6235"/>
        </w:tabs>
        <w:jc w:val="center"/>
        <w:rPr>
          <w:rFonts w:ascii="Georgia" w:hAnsi="Georgia"/>
          <w:b/>
          <w:bCs/>
          <w:i/>
          <w:iCs/>
          <w:color w:val="002060"/>
          <w:sz w:val="36"/>
          <w:szCs w:val="36"/>
        </w:rPr>
      </w:pPr>
      <w:r>
        <w:rPr>
          <w:rFonts w:ascii="Segoe UI Emoji" w:hAnsi="Segoe UI Emoji" w:cs="Segoe UI Emoji"/>
          <w:b/>
          <w:bCs/>
          <w:i/>
          <w:iCs/>
          <w:noProof/>
          <w:color w:val="002060"/>
          <w:sz w:val="36"/>
          <w:szCs w:val="36"/>
        </w:rPr>
        <mc:AlternateContent>
          <mc:Choice Requires="wpi">
            <w:drawing>
              <wp:anchor distT="0" distB="0" distL="114300" distR="114300" simplePos="0" relativeHeight="251694080" behindDoc="0" locked="0" layoutInCell="1" allowOverlap="1" wp14:anchorId="6C90DB74" wp14:editId="3D7C3130">
                <wp:simplePos x="0" y="0"/>
                <wp:positionH relativeFrom="column">
                  <wp:posOffset>4795</wp:posOffset>
                </wp:positionH>
                <wp:positionV relativeFrom="paragraph">
                  <wp:posOffset>415249</wp:posOffset>
                </wp:positionV>
                <wp:extent cx="6861960" cy="360"/>
                <wp:effectExtent l="114300" t="190500" r="110490" b="190500"/>
                <wp:wrapNone/>
                <wp:docPr id="1537146846" name="Ink 74"/>
                <wp:cNvGraphicFramePr/>
                <a:graphic xmlns:a="http://schemas.openxmlformats.org/drawingml/2006/main">
                  <a:graphicData uri="http://schemas.microsoft.com/office/word/2010/wordprocessingInk">
                    <w14:contentPart bwMode="auto" r:id="rId64">
                      <w14:nvContentPartPr>
                        <w14:cNvContentPartPr/>
                      </w14:nvContentPartPr>
                      <w14:xfrm>
                        <a:off x="0" y="0"/>
                        <a:ext cx="6861960" cy="360"/>
                      </w14:xfrm>
                    </w14:contentPart>
                  </a:graphicData>
                </a:graphic>
              </wp:anchor>
            </w:drawing>
          </mc:Choice>
          <mc:Fallback>
            <w:pict>
              <v:shape w14:anchorId="78D69DE7" id="Ink 74" o:spid="_x0000_s1026" type="#_x0000_t75" style="position:absolute;margin-left:-5.25pt;margin-top:21.35pt;width:551.6pt;height:22.7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">
                <v:imagedata r:id="rId65" o:title=""/>
              </v:shape>
            </w:pict>
          </mc:Fallback>
        </mc:AlternateContent>
      </w:r>
      <w:r>
        <w:rPr>
          <w:rFonts w:ascii="Segoe UI Emoji" w:hAnsi="Segoe UI Emoji" w:cs="Segoe UI Emoji"/>
          <w:b/>
          <w:bCs/>
          <w:i/>
          <w:iCs/>
          <w:noProof/>
          <w:color w:val="002060"/>
          <w:sz w:val="36"/>
          <w:szCs w:val="36"/>
        </w:rPr>
        <mc:AlternateContent>
          <mc:Choice Requires="wpi">
            <w:drawing>
              <wp:anchor distT="0" distB="0" distL="114300" distR="114300" simplePos="0" relativeHeight="251693056" behindDoc="0" locked="0" layoutInCell="1" allowOverlap="1" wp14:anchorId="7320A29C" wp14:editId="777A4D69">
                <wp:simplePos x="0" y="0"/>
                <wp:positionH relativeFrom="column">
                  <wp:posOffset>-4925</wp:posOffset>
                </wp:positionH>
                <wp:positionV relativeFrom="paragraph">
                  <wp:posOffset>163969</wp:posOffset>
                </wp:positionV>
                <wp:extent cx="6876000" cy="360"/>
                <wp:effectExtent l="114300" t="190500" r="115570" b="190500"/>
                <wp:wrapNone/>
                <wp:docPr id="1051155552" name="Ink 73"/>
                <wp:cNvGraphicFramePr/>
                <a:graphic xmlns:a="http://schemas.openxmlformats.org/drawingml/2006/main">
                  <a:graphicData uri="http://schemas.microsoft.com/office/word/2010/wordprocessingInk">
                    <w14:contentPart bwMode="auto" r:id="rId66">
                      <w14:nvContentPartPr>
                        <w14:cNvContentPartPr/>
                      </w14:nvContentPartPr>
                      <w14:xfrm>
                        <a:off x="0" y="0"/>
                        <a:ext cx="6876000" cy="360"/>
                      </w14:xfrm>
                    </w14:contentPart>
                  </a:graphicData>
                </a:graphic>
              </wp:anchor>
            </w:drawing>
          </mc:Choice>
          <mc:Fallback>
            <w:pict>
              <v:shape w14:anchorId="3A86A22D" id="Ink 73" o:spid="_x0000_s1026" type="#_x0000_t75" style="position:absolute;margin-left:-6.05pt;margin-top:1.6pt;width:552.75pt;height:22.7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">
                <v:imagedata r:id="rId67" o:title=""/>
              </v:shape>
            </w:pict>
          </mc:Fallback>
        </mc:AlternateContent>
      </w:r>
      <w:r w:rsidR="002232BB" w:rsidRPr="00A9232C">
        <w:rPr>
          <w:rFonts w:ascii="Segoe UI Emoji" w:hAnsi="Segoe UI Emoji" w:cs="Segoe UI Emoji"/>
          <w:b/>
          <w:bCs/>
          <w:i/>
          <w:iCs/>
          <w:color w:val="002060"/>
          <w:sz w:val="36"/>
          <w:szCs w:val="36"/>
        </w:rPr>
        <w:t>🔹</w:t>
      </w:r>
      <w:r w:rsidR="002232BB" w:rsidRPr="00A9232C">
        <w:rPr>
          <w:rFonts w:ascii="Georgia" w:hAnsi="Georgia"/>
          <w:b/>
          <w:bCs/>
          <w:i/>
          <w:iCs/>
          <w:color w:val="002060"/>
          <w:sz w:val="36"/>
          <w:szCs w:val="36"/>
        </w:rPr>
        <w:t xml:space="preserve"> Locate. Identify. Register. Protect.</w:t>
      </w:r>
    </w:p>
    <w:p w14:paraId="029AE86B" w14:textId="6E48F1C0" w:rsidR="002232BB" w:rsidRPr="00F02C6E" w:rsidRDefault="007454F0" w:rsidP="002232BB">
      <w:pPr>
        <w:tabs>
          <w:tab w:val="left" w:pos="6235"/>
        </w:tabs>
        <w:rPr>
          <w:rFonts w:ascii="Georgia" w:hAnsi="Georgia"/>
          <w:b/>
          <w:bCs/>
          <w:color w:val="002060"/>
        </w:rPr>
      </w:pPr>
      <w:r>
        <w:rPr>
          <w:rFonts w:ascii="Georgia" w:hAnsi="Georgia"/>
          <w:b/>
          <w:bCs/>
          <w:noProof/>
          <w:color w:val="002060"/>
        </w:rPr>
        <mc:AlternateContent>
          <mc:Choice Requires="wpi">
            <w:drawing>
              <wp:anchor distT="0" distB="0" distL="114300" distR="114300" simplePos="0" relativeHeight="251695104" behindDoc="0" locked="0" layoutInCell="1" allowOverlap="1" wp14:anchorId="3949A399" wp14:editId="12EA72F7">
                <wp:simplePos x="0" y="0"/>
                <wp:positionH relativeFrom="column">
                  <wp:posOffset>-4925</wp:posOffset>
                </wp:positionH>
                <wp:positionV relativeFrom="paragraph">
                  <wp:posOffset>209804</wp:posOffset>
                </wp:positionV>
                <wp:extent cx="6874560" cy="360"/>
                <wp:effectExtent l="114300" t="190500" r="116840" b="190500"/>
                <wp:wrapNone/>
                <wp:docPr id="387227355" name="Ink 75"/>
                <wp:cNvGraphicFramePr/>
                <a:graphic xmlns:a="http://schemas.openxmlformats.org/drawingml/2006/main">
                  <a:graphicData uri="http://schemas.microsoft.com/office/word/2010/wordprocessingInk">
                    <w14:contentPart bwMode="auto" r:id="rId68">
                      <w14:nvContentPartPr>
                        <w14:cNvContentPartPr/>
                      </w14:nvContentPartPr>
                      <w14:xfrm>
                        <a:off x="0" y="0"/>
                        <a:ext cx="6874560" cy="360"/>
                      </w14:xfrm>
                    </w14:contentPart>
                  </a:graphicData>
                </a:graphic>
              </wp:anchor>
            </w:drawing>
          </mc:Choice>
          <mc:Fallback>
            <w:pict>
              <v:shape w14:anchorId="63031EC1" id="Ink 75" o:spid="_x0000_s1026" type="#_x0000_t75" style="position:absolute;margin-left:-6.05pt;margin-top:5.15pt;width:552.6pt;height:22.7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">
                <v:imagedata r:id="rId69" o:title=""/>
              </v:shape>
            </w:pict>
          </mc:Fallback>
        </mc:AlternateContent>
      </w:r>
      <w:r w:rsidR="002232BB" w:rsidRPr="00F02C6E">
        <w:rPr>
          <w:rFonts w:ascii="Georgia" w:hAnsi="Georgia"/>
          <w:b/>
          <w:bCs/>
          <w:color w:val="002060"/>
        </w:rPr>
        <w:t>Every child deserves a safe, nurturing, and opportunity-filled future.</w:t>
      </w:r>
    </w:p>
    <w:p w14:paraId="4B1D9AAD" w14:textId="5DCF219A" w:rsidR="002232BB" w:rsidRDefault="002232BB" w:rsidP="002232BB">
      <w:pPr>
        <w:tabs>
          <w:tab w:val="left" w:pos="6235"/>
        </w:tabs>
        <w:rPr>
          <w:rFonts w:ascii="Georgia" w:hAnsi="Georgia"/>
          <w:b/>
          <w:bCs/>
        </w:rPr>
      </w:pPr>
    </w:p>
    <w:p w14:paraId="0C128A66" w14:textId="013E3901" w:rsidR="00F87EC0" w:rsidRDefault="00F87EC0">
      <w:pPr>
        <w:rPr>
          <w:rFonts w:ascii="Georgia" w:hAnsi="Georgia"/>
          <w:b/>
          <w:bCs/>
        </w:rPr>
      </w:pPr>
      <w:r w:rsidRPr="002232BB">
        <w:rPr>
          <w:rFonts w:ascii="Georgia" w:hAnsi="Georgia"/>
        </w:rPr>
        <w:br w:type="page"/>
      </w:r>
      <w:r w:rsidR="002232BB">
        <w:rPr>
          <w:rFonts w:ascii="Georgia" w:hAnsi="Georgia"/>
          <w:b/>
          <w:bCs/>
        </w:rPr>
        <w:lastRenderedPageBreak/>
        <w:t xml:space="preserve"> </w:t>
      </w:r>
    </w:p>
    <w:p w14:paraId="672ED61D" w14:textId="5A5FF929" w:rsidR="00F4108F" w:rsidRPr="00387C6F" w:rsidRDefault="00F4108F" w:rsidP="00F4108F">
      <w:pPr>
        <w:spacing w:before="100" w:beforeAutospacing="1" w:after="100" w:afterAutospacing="1" w:line="240" w:lineRule="auto"/>
        <w:jc w:val="center"/>
        <w:outlineLvl w:val="1"/>
        <w:rPr>
          <w:rFonts w:ascii="Harlow Solid Italic" w:eastAsia="Times New Roman" w:hAnsi="Harlow Solid Italic" w:cs="Times New Roman"/>
          <w:b/>
          <w:bCs/>
          <w:color w:val="002060"/>
          <w:sz w:val="56"/>
          <w:szCs w:val="56"/>
        </w:rPr>
      </w:pPr>
      <w:r w:rsidRPr="00387C6F">
        <w:rPr>
          <w:rFonts w:ascii="Harlow Solid Italic" w:eastAsia="Times New Roman" w:hAnsi="Harlow Solid Italic" w:cs="Times New Roman"/>
          <w:b/>
          <w:bCs/>
          <w:color w:val="002060"/>
          <w:sz w:val="56"/>
          <w:szCs w:val="56"/>
        </w:rPr>
        <w:t>About Our Founder</w:t>
      </w:r>
    </w:p>
    <w:p w14:paraId="341FDEBB" w14:textId="12AA0F39" w:rsidR="00F268DF" w:rsidRPr="00F268DF" w:rsidRDefault="00F268DF" w:rsidP="00F268DF">
      <w:pPr>
        <w:spacing w:before="100" w:beforeAutospacing="1" w:after="100" w:afterAutospacing="1" w:line="240" w:lineRule="auto"/>
        <w:jc w:val="center"/>
        <w:outlineLvl w:val="1"/>
        <w:rPr>
          <w:b/>
          <w:bCs/>
          <w:noProof/>
          <w:color w:val="002060"/>
          <w:highlight w:val="darkGray"/>
        </w:rPr>
      </w:pPr>
      <w:r w:rsidRPr="00F268DF">
        <w:rPr>
          <w:b/>
          <w:bCs/>
          <w:noProof/>
          <w:color w:val="002060"/>
          <w:highlight w:val="darkGray"/>
        </w:rPr>
        <w:drawing>
          <wp:inline distT="0" distB="0" distL="0" distR="0" wp14:anchorId="773E8276" wp14:editId="2858E180">
            <wp:extent cx="3386295" cy="3024505"/>
            <wp:effectExtent l="38100" t="19050" r="43180" b="899795"/>
            <wp:docPr id="314001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06278" cy="3042353"/>
                    </a:xfrm>
                    <a:prstGeom prst="roundRect">
                      <a:avLst>
                        <a:gd name="adj" fmla="val 8594"/>
                      </a:avLst>
                    </a:prstGeom>
                    <a:solidFill>
                      <a:srgbClr val="FFFFFF">
                        <a:shade val="85000"/>
                      </a:srgbClr>
                    </a:solidFill>
                    <a:ln>
                      <a:solidFill>
                        <a:srgbClr val="FFC000"/>
                      </a:solidFill>
                    </a:ln>
                    <a:effectLst>
                      <a:reflection blurRad="12700" stA="38000" endPos="28000" dist="5000" dir="5400000" sy="-100000" algn="bl" rotWithShape="0"/>
                    </a:effectLst>
                  </pic:spPr>
                </pic:pic>
              </a:graphicData>
            </a:graphic>
          </wp:inline>
        </w:drawing>
      </w:r>
    </w:p>
    <w:p w14:paraId="0AD8F553" w14:textId="46E55B41" w:rsidR="00F4108F" w:rsidRPr="00320BBA" w:rsidRDefault="00F4108F" w:rsidP="00F4108F">
      <w:pPr>
        <w:spacing w:before="100" w:beforeAutospacing="1" w:after="100" w:afterAutospacing="1" w:line="240" w:lineRule="auto"/>
        <w:jc w:val="center"/>
        <w:outlineLvl w:val="1"/>
        <w:rPr>
          <w:rFonts w:ascii="Harlow Solid Italic" w:eastAsia="Times New Roman" w:hAnsi="Harlow Solid Italic" w:cs="Times New Roman"/>
          <w:b/>
          <w:bCs/>
          <w:color w:val="002060"/>
          <w:sz w:val="24"/>
          <w:szCs w:val="24"/>
          <w:highlight w:val="yellow"/>
        </w:rPr>
      </w:pPr>
    </w:p>
    <w:p w14:paraId="40481C03" w14:textId="343732B8" w:rsidR="00F4108F" w:rsidRPr="00AC36E3" w:rsidRDefault="00F4108F" w:rsidP="00F4108F">
      <w:pPr>
        <w:spacing w:before="100" w:beforeAutospacing="1" w:after="100" w:afterAutospacing="1" w:line="360" w:lineRule="auto"/>
        <w:jc w:val="both"/>
        <w:rPr>
          <w:rFonts w:ascii="Georgia" w:eastAsia="Times New Roman" w:hAnsi="Georgia" w:cs="Times New Roman"/>
          <w:b/>
          <w:bCs/>
          <w:color w:val="002060"/>
          <w:sz w:val="24"/>
          <w:szCs w:val="24"/>
        </w:rPr>
      </w:pPr>
      <w:r w:rsidRPr="00AC36E3">
        <w:rPr>
          <w:rFonts w:ascii="Georgia" w:eastAsia="Times New Roman" w:hAnsi="Georgia" w:cs="Times New Roman"/>
          <w:b/>
          <w:bCs/>
          <w:color w:val="002060"/>
          <w:sz w:val="24"/>
          <w:szCs w:val="24"/>
        </w:rPr>
        <w:t xml:space="preserve">Rickye Henderson is a 55-year Austin </w:t>
      </w:r>
      <w:r w:rsidR="00BA12ED">
        <w:rPr>
          <w:rFonts w:ascii="Georgia" w:eastAsia="Times New Roman" w:hAnsi="Georgia" w:cs="Times New Roman"/>
          <w:b/>
          <w:bCs/>
          <w:color w:val="002060"/>
          <w:sz w:val="24"/>
          <w:szCs w:val="24"/>
        </w:rPr>
        <w:t xml:space="preserve">Texas </w:t>
      </w:r>
      <w:r w:rsidRPr="00AC36E3">
        <w:rPr>
          <w:rFonts w:ascii="Georgia" w:eastAsia="Times New Roman" w:hAnsi="Georgia" w:cs="Times New Roman"/>
          <w:b/>
          <w:bCs/>
          <w:color w:val="002060"/>
          <w:sz w:val="24"/>
          <w:szCs w:val="24"/>
        </w:rPr>
        <w:t>native</w:t>
      </w:r>
      <w:r w:rsidR="00BA12ED">
        <w:rPr>
          <w:rFonts w:ascii="Georgia" w:eastAsia="Times New Roman" w:hAnsi="Georgia" w:cs="Times New Roman"/>
          <w:b/>
          <w:bCs/>
          <w:color w:val="002060"/>
          <w:sz w:val="24"/>
          <w:szCs w:val="24"/>
        </w:rPr>
        <w:t xml:space="preserve"> and </w:t>
      </w:r>
      <w:r w:rsidR="00A9232C">
        <w:rPr>
          <w:rFonts w:ascii="Georgia" w:eastAsia="Times New Roman" w:hAnsi="Georgia" w:cs="Times New Roman"/>
          <w:b/>
          <w:bCs/>
          <w:color w:val="002060"/>
          <w:sz w:val="24"/>
          <w:szCs w:val="24"/>
        </w:rPr>
        <w:t>dedicated</w:t>
      </w:r>
      <w:r w:rsidR="00BA12ED">
        <w:rPr>
          <w:rFonts w:ascii="Georgia" w:eastAsia="Times New Roman" w:hAnsi="Georgia" w:cs="Times New Roman"/>
          <w:b/>
          <w:bCs/>
          <w:color w:val="002060"/>
          <w:sz w:val="24"/>
          <w:szCs w:val="24"/>
        </w:rPr>
        <w:t xml:space="preserve"> </w:t>
      </w:r>
      <w:r w:rsidR="00AC05AE" w:rsidRPr="00AC05AE">
        <w:rPr>
          <w:rFonts w:ascii="Georgia" w:eastAsia="Times New Roman" w:hAnsi="Georgia" w:cs="Times New Roman"/>
          <w:b/>
          <w:bCs/>
          <w:color w:val="E36C0A" w:themeColor="accent6" w:themeShade="BF"/>
          <w:sz w:val="24"/>
          <w:szCs w:val="24"/>
        </w:rPr>
        <w:t>UT FAN</w:t>
      </w:r>
      <w:r w:rsidRPr="00AC05AE">
        <w:rPr>
          <w:rFonts w:ascii="Georgia" w:eastAsia="Times New Roman" w:hAnsi="Georgia" w:cs="Times New Roman"/>
          <w:b/>
          <w:bCs/>
          <w:color w:val="E36C0A" w:themeColor="accent6" w:themeShade="BF"/>
          <w:sz w:val="24"/>
          <w:szCs w:val="24"/>
        </w:rPr>
        <w:t xml:space="preserve"> </w:t>
      </w:r>
      <w:r w:rsidRPr="00AC36E3">
        <w:rPr>
          <w:rFonts w:ascii="Georgia" w:eastAsia="Times New Roman" w:hAnsi="Georgia" w:cs="Times New Roman"/>
          <w:b/>
          <w:bCs/>
          <w:color w:val="002060"/>
          <w:sz w:val="24"/>
          <w:szCs w:val="24"/>
        </w:rPr>
        <w:t>whose purpose was forged through a crucible of poverty, crime, disease, personal loss, and ultimately — redemption.</w:t>
      </w:r>
    </w:p>
    <w:p w14:paraId="01019ADD" w14:textId="1E4C9AE9" w:rsidR="00F4108F" w:rsidRDefault="00F4108F" w:rsidP="00F4108F">
      <w:pPr>
        <w:spacing w:before="100" w:beforeAutospacing="1" w:after="100" w:afterAutospacing="1" w:line="360" w:lineRule="auto"/>
        <w:jc w:val="both"/>
        <w:rPr>
          <w:rFonts w:ascii="Georgia" w:eastAsia="Times New Roman" w:hAnsi="Georgia" w:cs="Times New Roman"/>
          <w:b/>
          <w:bCs/>
          <w:color w:val="002060"/>
          <w:sz w:val="24"/>
          <w:szCs w:val="24"/>
        </w:rPr>
      </w:pPr>
      <w:r w:rsidRPr="00387C6F">
        <w:rPr>
          <w:rFonts w:ascii="Georgia" w:eastAsia="Times New Roman" w:hAnsi="Georgia" w:cs="Times New Roman"/>
          <w:b/>
          <w:bCs/>
          <w:color w:val="002060"/>
          <w:sz w:val="24"/>
          <w:szCs w:val="24"/>
        </w:rPr>
        <w:t>For decades, Rickye lived amidst the very dangers he now fights against: neighborhoods ravaged by drugs, violence, broken homes, and generational despair. His firsthand experiences as a former inner-city influencer, gang leader, and drug dealer granted him an intimate understanding of the deeply rooted struggles facing vulnerable children — a perspective that no textbook or government training could ever provide.</w:t>
      </w:r>
      <w:r w:rsidR="005D5E33" w:rsidRPr="00387C6F">
        <w:rPr>
          <w:rFonts w:ascii="Georgia" w:eastAsia="Times New Roman" w:hAnsi="Georgia" w:cs="Times New Roman"/>
          <w:b/>
          <w:bCs/>
          <w:color w:val="002060"/>
          <w:sz w:val="24"/>
          <w:szCs w:val="24"/>
        </w:rPr>
        <w:t xml:space="preserve"> </w:t>
      </w:r>
      <w:r w:rsidRPr="00387C6F">
        <w:rPr>
          <w:rFonts w:ascii="Georgia" w:eastAsia="Times New Roman" w:hAnsi="Georgia" w:cs="Times New Roman"/>
          <w:b/>
          <w:bCs/>
          <w:color w:val="002060"/>
          <w:sz w:val="24"/>
          <w:szCs w:val="24"/>
        </w:rPr>
        <w:t>Yet it was a personal tragedy that catalyzed his true transformation.</w:t>
      </w:r>
    </w:p>
    <w:p w14:paraId="0BAE96C0" w14:textId="77777777" w:rsidR="008160F8" w:rsidRDefault="008160F8" w:rsidP="00F4108F">
      <w:pPr>
        <w:spacing w:before="100" w:beforeAutospacing="1" w:after="100" w:afterAutospacing="1" w:line="360" w:lineRule="auto"/>
        <w:jc w:val="both"/>
        <w:rPr>
          <w:rFonts w:ascii="Georgia" w:eastAsia="Times New Roman" w:hAnsi="Georgia" w:cs="Times New Roman"/>
          <w:b/>
          <w:bCs/>
          <w:color w:val="002060"/>
          <w:sz w:val="24"/>
          <w:szCs w:val="24"/>
        </w:rPr>
      </w:pPr>
    </w:p>
    <w:p w14:paraId="1A0593BB" w14:textId="77777777" w:rsidR="008160F8" w:rsidRDefault="008160F8" w:rsidP="00F4108F">
      <w:pPr>
        <w:spacing w:before="100" w:beforeAutospacing="1" w:after="100" w:afterAutospacing="1" w:line="360" w:lineRule="auto"/>
        <w:jc w:val="both"/>
        <w:rPr>
          <w:rFonts w:ascii="Georgia" w:eastAsia="Times New Roman" w:hAnsi="Georgia" w:cs="Times New Roman"/>
          <w:b/>
          <w:bCs/>
          <w:color w:val="002060"/>
          <w:sz w:val="24"/>
          <w:szCs w:val="24"/>
        </w:rPr>
      </w:pPr>
    </w:p>
    <w:p w14:paraId="3EB51D43" w14:textId="77777777" w:rsidR="008160F8" w:rsidRPr="00387C6F" w:rsidRDefault="008160F8" w:rsidP="00F4108F">
      <w:pPr>
        <w:spacing w:before="100" w:beforeAutospacing="1" w:after="100" w:afterAutospacing="1" w:line="360" w:lineRule="auto"/>
        <w:jc w:val="both"/>
        <w:rPr>
          <w:rFonts w:ascii="Georgia" w:eastAsia="Times New Roman" w:hAnsi="Georgia" w:cs="Times New Roman"/>
          <w:b/>
          <w:bCs/>
          <w:color w:val="002060"/>
          <w:sz w:val="24"/>
          <w:szCs w:val="24"/>
        </w:rPr>
      </w:pPr>
    </w:p>
    <w:p w14:paraId="359EB36D" w14:textId="77777777" w:rsidR="00F4108F" w:rsidRPr="00387C6F" w:rsidRDefault="00F4108F" w:rsidP="00F4108F">
      <w:pPr>
        <w:spacing w:before="100" w:beforeAutospacing="1" w:after="100" w:afterAutospacing="1" w:line="360" w:lineRule="auto"/>
        <w:jc w:val="both"/>
        <w:rPr>
          <w:rFonts w:ascii="Georgia" w:eastAsia="Times New Roman" w:hAnsi="Georgia" w:cs="Times New Roman"/>
          <w:b/>
          <w:bCs/>
          <w:color w:val="002060"/>
          <w:sz w:val="24"/>
          <w:szCs w:val="24"/>
        </w:rPr>
      </w:pPr>
      <w:r w:rsidRPr="00387C6F">
        <w:rPr>
          <w:rFonts w:ascii="Georgia" w:eastAsia="Times New Roman" w:hAnsi="Georgia" w:cs="Times New Roman"/>
          <w:b/>
          <w:bCs/>
          <w:color w:val="002060"/>
          <w:sz w:val="24"/>
          <w:szCs w:val="24"/>
        </w:rPr>
        <w:t>In 2014, Rickye's life changed forever when he cradled his beloved mother as she took her final breath from a massive heart attack. This devastating loss shattered him — but also marked the beginning of his spiritual awakening. In his profound grief, Rickye experienced the first stirrings of faith, a silent baptism of the soul that whispered a higher calling.</w:t>
      </w:r>
    </w:p>
    <w:p w14:paraId="24563DB5" w14:textId="43F87E1D" w:rsidR="00F4108F" w:rsidRPr="00320BBA" w:rsidRDefault="005D5E33" w:rsidP="00F4108F">
      <w:pPr>
        <w:spacing w:before="100" w:beforeAutospacing="1" w:after="100" w:afterAutospacing="1" w:line="360" w:lineRule="auto"/>
        <w:jc w:val="both"/>
        <w:rPr>
          <w:rFonts w:ascii="Georgia" w:eastAsia="Times New Roman" w:hAnsi="Georgia" w:cs="Times New Roman"/>
          <w:b/>
          <w:bCs/>
          <w:color w:val="002060"/>
          <w:sz w:val="24"/>
          <w:szCs w:val="24"/>
          <w:highlight w:val="yellow"/>
        </w:rPr>
      </w:pPr>
      <w:r w:rsidRPr="003D2241">
        <w:rPr>
          <w:rFonts w:ascii="Georgia" w:eastAsia="Times New Roman" w:hAnsi="Georgia" w:cs="Times New Roman"/>
          <w:b/>
          <w:bCs/>
          <w:color w:val="002060"/>
          <w:sz w:val="24"/>
          <w:szCs w:val="24"/>
        </w:rPr>
        <w:t xml:space="preserve">                  </w:t>
      </w:r>
      <w:r w:rsidR="00F4108F" w:rsidRPr="003D2241">
        <w:rPr>
          <w:rFonts w:ascii="Georgia" w:eastAsia="Times New Roman" w:hAnsi="Georgia" w:cs="Times New Roman"/>
          <w:b/>
          <w:bCs/>
          <w:noProof/>
          <w:color w:val="002060"/>
          <w:sz w:val="24"/>
          <w:szCs w:val="24"/>
        </w:rPr>
        <w:drawing>
          <wp:inline distT="0" distB="0" distL="0" distR="0" wp14:anchorId="6FD8E469" wp14:editId="6A26FDAF">
            <wp:extent cx="5299563" cy="2286000"/>
            <wp:effectExtent l="0" t="0" r="0" b="0"/>
            <wp:docPr id="41768707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t="37499" r="12020" b="33654"/>
                    <a:stretch/>
                  </pic:blipFill>
                  <pic:spPr bwMode="auto">
                    <a:xfrm>
                      <a:off x="0" y="0"/>
                      <a:ext cx="5311705" cy="2291238"/>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r w:rsidR="00923394" w:rsidRPr="00320BBA">
        <w:rPr>
          <w:rFonts w:ascii="Georgia" w:eastAsia="Times New Roman" w:hAnsi="Georgia" w:cs="Times New Roman"/>
          <w:b/>
          <w:bCs/>
          <w:color w:val="002060"/>
          <w:sz w:val="24"/>
          <w:szCs w:val="24"/>
          <w:highlight w:val="yellow"/>
        </w:rPr>
        <w:t xml:space="preserve">   </w:t>
      </w:r>
    </w:p>
    <w:p w14:paraId="1B8A1748" w14:textId="77777777" w:rsidR="00F4108F" w:rsidRPr="00387C6F" w:rsidRDefault="00F4108F" w:rsidP="00F4108F">
      <w:pPr>
        <w:spacing w:before="100" w:beforeAutospacing="1" w:after="100" w:afterAutospacing="1" w:line="360" w:lineRule="auto"/>
        <w:jc w:val="both"/>
        <w:rPr>
          <w:rFonts w:ascii="Georgia" w:eastAsia="Times New Roman" w:hAnsi="Georgia" w:cs="Times New Roman"/>
          <w:b/>
          <w:bCs/>
          <w:color w:val="002060"/>
          <w:sz w:val="24"/>
          <w:szCs w:val="24"/>
        </w:rPr>
      </w:pPr>
      <w:r w:rsidRPr="00387C6F">
        <w:rPr>
          <w:rFonts w:ascii="Georgia" w:eastAsia="Times New Roman" w:hAnsi="Georgia" w:cs="Times New Roman"/>
          <w:b/>
          <w:bCs/>
          <w:color w:val="002060"/>
          <w:sz w:val="24"/>
          <w:szCs w:val="24"/>
        </w:rPr>
        <w:t xml:space="preserve">Arguably one of the most devoted and recognized men of GOD the late Reverend G. V. Clark, </w:t>
      </w:r>
      <w:r w:rsidRPr="00387C6F">
        <w:rPr>
          <w:rFonts w:ascii="Georgia" w:eastAsia="Times New Roman" w:hAnsi="Georgia" w:cs="Times New Roman"/>
          <w:b/>
          <w:bCs/>
          <w:i/>
          <w:iCs/>
          <w:color w:val="002060"/>
          <w:sz w:val="24"/>
          <w:szCs w:val="24"/>
        </w:rPr>
        <w:t>Baptizes Founder Rickye Henderson.</w:t>
      </w:r>
    </w:p>
    <w:p w14:paraId="1BABE66C" w14:textId="77777777" w:rsidR="00F4108F" w:rsidRPr="00387C6F" w:rsidRDefault="00F4108F" w:rsidP="00F4108F">
      <w:pPr>
        <w:spacing w:before="100" w:beforeAutospacing="1" w:after="100" w:afterAutospacing="1" w:line="360" w:lineRule="auto"/>
        <w:jc w:val="both"/>
        <w:rPr>
          <w:rFonts w:ascii="Georgia" w:eastAsia="Times New Roman" w:hAnsi="Georgia" w:cs="Times New Roman"/>
          <w:b/>
          <w:bCs/>
          <w:color w:val="002060"/>
          <w:sz w:val="24"/>
          <w:szCs w:val="24"/>
        </w:rPr>
      </w:pPr>
      <w:r w:rsidRPr="00387C6F">
        <w:rPr>
          <w:rFonts w:ascii="Georgia" w:eastAsia="Times New Roman" w:hAnsi="Georgia" w:cs="Times New Roman"/>
          <w:b/>
          <w:bCs/>
          <w:color w:val="002060"/>
          <w:sz w:val="24"/>
          <w:szCs w:val="24"/>
        </w:rPr>
        <w:t>This spiritual rebirth culminated in a sacred moment: Rickye Henderson’s public baptism, captured forever in the image above — a symbolic surrender of his old life and a powerful affirmation of his renewed commitment to God and to service.</w:t>
      </w:r>
    </w:p>
    <w:p w14:paraId="2CB378BB" w14:textId="77777777" w:rsidR="00F4108F" w:rsidRPr="00387C6F" w:rsidRDefault="00F4108F" w:rsidP="00F4108F">
      <w:pPr>
        <w:spacing w:before="100" w:beforeAutospacing="1" w:after="100" w:afterAutospacing="1" w:line="360" w:lineRule="auto"/>
        <w:jc w:val="both"/>
        <w:rPr>
          <w:rFonts w:ascii="Georgia" w:eastAsia="Times New Roman" w:hAnsi="Georgia" w:cs="Times New Roman"/>
          <w:b/>
          <w:bCs/>
          <w:color w:val="002060"/>
          <w:sz w:val="24"/>
          <w:szCs w:val="24"/>
        </w:rPr>
      </w:pPr>
      <w:r w:rsidRPr="00387C6F">
        <w:rPr>
          <w:rFonts w:ascii="Georgia" w:eastAsia="Times New Roman" w:hAnsi="Georgia" w:cs="Times New Roman"/>
          <w:b/>
          <w:bCs/>
          <w:color w:val="002060"/>
          <w:sz w:val="24"/>
          <w:szCs w:val="24"/>
        </w:rPr>
        <w:t>That commitment was seared into permanence nearly a decade later, when in 2023, Rickye's youngest son was brutally murdered. Confronted by unspeakable pain for a second time, Rickye did not collapse into bitterness or despair. Instead, he rose — fully renewed, anchored in unwavering faith, and charged with an unbreakable mission.</w:t>
      </w:r>
    </w:p>
    <w:p w14:paraId="7C2B59F3" w14:textId="0A7B5DFE" w:rsidR="00F4108F" w:rsidRPr="00387C6F" w:rsidRDefault="00B86D4A" w:rsidP="00F4108F">
      <w:pPr>
        <w:spacing w:before="100" w:beforeAutospacing="1" w:after="100" w:afterAutospacing="1" w:line="360" w:lineRule="auto"/>
        <w:jc w:val="both"/>
        <w:rPr>
          <w:rFonts w:ascii="Georgia" w:eastAsia="Times New Roman" w:hAnsi="Georgia" w:cs="Times New Roman"/>
          <w:b/>
          <w:bCs/>
          <w:color w:val="002060"/>
          <w:sz w:val="24"/>
          <w:szCs w:val="24"/>
        </w:rPr>
      </w:pPr>
      <w:r w:rsidRPr="00387C6F">
        <w:rPr>
          <w:rFonts w:ascii="Georgia" w:eastAsia="Times New Roman" w:hAnsi="Georgia" w:cs="Times New Roman"/>
          <w:b/>
          <w:bCs/>
          <w:color w:val="002060"/>
          <w:sz w:val="24"/>
          <w:szCs w:val="24"/>
        </w:rPr>
        <w:lastRenderedPageBreak/>
        <w:t xml:space="preserve">                            </w:t>
      </w:r>
      <w:r w:rsidR="00F4108F" w:rsidRPr="00387C6F">
        <w:rPr>
          <w:rFonts w:ascii="Georgia" w:eastAsia="Times New Roman" w:hAnsi="Georgia" w:cs="Times New Roman"/>
          <w:b/>
          <w:bCs/>
          <w:noProof/>
          <w:color w:val="002060"/>
          <w:sz w:val="24"/>
          <w:szCs w:val="24"/>
        </w:rPr>
        <w:drawing>
          <wp:inline distT="0" distB="0" distL="0" distR="0" wp14:anchorId="42E3FC9A" wp14:editId="3F5E88C5">
            <wp:extent cx="4229100" cy="3590925"/>
            <wp:effectExtent l="228600" t="266700" r="228600" b="276225"/>
            <wp:docPr id="37223281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229100" cy="3590925"/>
                    </a:xfrm>
                    <a:prstGeom prst="rect">
                      <a:avLst/>
                    </a:prstGeom>
                    <a:ln>
                      <a:noFill/>
                    </a:ln>
                    <a:effectLst>
                      <a:softEdge rad="112500"/>
                    </a:effectLst>
                  </pic:spPr>
                </pic:pic>
              </a:graphicData>
            </a:graphic>
          </wp:inline>
        </w:drawing>
      </w:r>
    </w:p>
    <w:p w14:paraId="2626AC13" w14:textId="77777777" w:rsidR="00F4108F" w:rsidRPr="00387C6F" w:rsidRDefault="00F4108F" w:rsidP="00F4108F">
      <w:pPr>
        <w:spacing w:before="100" w:beforeAutospacing="1" w:after="100" w:afterAutospacing="1" w:line="360" w:lineRule="auto"/>
        <w:jc w:val="both"/>
        <w:rPr>
          <w:rFonts w:ascii="Georgia" w:eastAsia="Times New Roman" w:hAnsi="Georgia" w:cs="Times New Roman"/>
          <w:b/>
          <w:bCs/>
          <w:color w:val="002060"/>
          <w:sz w:val="24"/>
          <w:szCs w:val="24"/>
        </w:rPr>
      </w:pPr>
      <w:r w:rsidRPr="00387C6F">
        <w:rPr>
          <w:rFonts w:ascii="Georgia" w:eastAsia="Times New Roman" w:hAnsi="Georgia" w:cs="Times New Roman"/>
          <w:b/>
          <w:bCs/>
          <w:color w:val="002060"/>
          <w:sz w:val="24"/>
          <w:szCs w:val="24"/>
        </w:rPr>
        <w:t>The death of his son reignited Rickye’s complete surrender to God's will and permanently anchored his life's work: to intervene where systems fail, to heal where wounds fester unseen, and to protect every child from the same violence that stole his own family.</w:t>
      </w:r>
    </w:p>
    <w:p w14:paraId="34A424DA" w14:textId="77777777" w:rsidR="00F4108F" w:rsidRPr="00387C6F" w:rsidRDefault="00F4108F" w:rsidP="00F4108F">
      <w:pPr>
        <w:spacing w:before="100" w:beforeAutospacing="1" w:after="100" w:afterAutospacing="1" w:line="360" w:lineRule="auto"/>
        <w:jc w:val="both"/>
        <w:rPr>
          <w:rFonts w:ascii="Georgia" w:eastAsia="Times New Roman" w:hAnsi="Georgia" w:cs="Times New Roman"/>
          <w:b/>
          <w:bCs/>
          <w:color w:val="002060"/>
          <w:sz w:val="24"/>
          <w:szCs w:val="24"/>
        </w:rPr>
      </w:pPr>
      <w:r w:rsidRPr="00387C6F">
        <w:rPr>
          <w:rFonts w:ascii="Georgia" w:eastAsia="Times New Roman" w:hAnsi="Georgia" w:cs="Times New Roman"/>
          <w:b/>
          <w:bCs/>
          <w:color w:val="002060"/>
          <w:sz w:val="24"/>
          <w:szCs w:val="24"/>
        </w:rPr>
        <w:t>Through these deeply personal baptisms of loss, faith, and rebirth, Rickye Henderson was transformed from a product of the streets into one of its fiercest protectors.</w:t>
      </w:r>
    </w:p>
    <w:p w14:paraId="182691C5" w14:textId="77777777" w:rsidR="00F4108F" w:rsidRPr="00387C6F" w:rsidRDefault="00F4108F" w:rsidP="00F4108F">
      <w:pPr>
        <w:spacing w:before="100" w:beforeAutospacing="1" w:after="100" w:afterAutospacing="1" w:line="360" w:lineRule="auto"/>
        <w:jc w:val="both"/>
        <w:rPr>
          <w:rFonts w:ascii="Georgia" w:eastAsia="Times New Roman" w:hAnsi="Georgia" w:cs="Times New Roman"/>
          <w:b/>
          <w:bCs/>
          <w:color w:val="002060"/>
          <w:sz w:val="24"/>
          <w:szCs w:val="24"/>
        </w:rPr>
      </w:pPr>
      <w:r w:rsidRPr="00387C6F">
        <w:rPr>
          <w:rFonts w:ascii="Georgia" w:eastAsia="Times New Roman" w:hAnsi="Georgia" w:cs="Times New Roman"/>
          <w:b/>
          <w:bCs/>
          <w:color w:val="002060"/>
          <w:sz w:val="24"/>
          <w:szCs w:val="24"/>
        </w:rPr>
        <w:t>Today, as Founder of The Rejoyce Foundation, Rickye stands as a living testament that even the most broken beginnings can forge the most powerful agents of change.</w:t>
      </w:r>
    </w:p>
    <w:p w14:paraId="1AB2EC7D" w14:textId="77777777" w:rsidR="00F4108F" w:rsidRDefault="00F4108F" w:rsidP="00F4108F">
      <w:pPr>
        <w:spacing w:before="100" w:beforeAutospacing="1" w:after="100" w:afterAutospacing="1" w:line="360" w:lineRule="auto"/>
        <w:jc w:val="both"/>
        <w:rPr>
          <w:rFonts w:ascii="Georgia" w:eastAsia="Times New Roman" w:hAnsi="Georgia" w:cs="Times New Roman"/>
          <w:b/>
          <w:bCs/>
          <w:color w:val="002060"/>
          <w:sz w:val="24"/>
          <w:szCs w:val="24"/>
        </w:rPr>
      </w:pPr>
      <w:r w:rsidRPr="00387C6F">
        <w:rPr>
          <w:rFonts w:ascii="Georgia" w:eastAsia="Times New Roman" w:hAnsi="Georgia" w:cs="Times New Roman"/>
          <w:b/>
          <w:bCs/>
          <w:color w:val="002060"/>
          <w:sz w:val="24"/>
          <w:szCs w:val="24"/>
        </w:rPr>
        <w:t>This mission is not a career — it is his calling. This event is not just a fundraiser — it is the launch of a movement to protect and empower the most vulnerable among us.</w:t>
      </w:r>
    </w:p>
    <w:p w14:paraId="6FE9B0BD" w14:textId="77777777" w:rsidR="003841FB" w:rsidRDefault="003841FB" w:rsidP="00F4108F">
      <w:pPr>
        <w:spacing w:before="100" w:beforeAutospacing="1" w:after="100" w:afterAutospacing="1" w:line="360" w:lineRule="auto"/>
        <w:jc w:val="both"/>
        <w:rPr>
          <w:rFonts w:ascii="Georgia" w:eastAsia="Times New Roman" w:hAnsi="Georgia" w:cs="Times New Roman"/>
          <w:b/>
          <w:bCs/>
          <w:color w:val="002060"/>
          <w:sz w:val="24"/>
          <w:szCs w:val="24"/>
        </w:rPr>
      </w:pPr>
    </w:p>
    <w:p w14:paraId="4C35FE98" w14:textId="77777777" w:rsidR="003841FB" w:rsidRDefault="003841FB" w:rsidP="00F4108F">
      <w:pPr>
        <w:spacing w:before="100" w:beforeAutospacing="1" w:after="100" w:afterAutospacing="1" w:line="360" w:lineRule="auto"/>
        <w:jc w:val="both"/>
        <w:rPr>
          <w:rFonts w:ascii="Georgia" w:eastAsia="Times New Roman" w:hAnsi="Georgia" w:cs="Times New Roman"/>
          <w:b/>
          <w:bCs/>
          <w:color w:val="002060"/>
          <w:sz w:val="24"/>
          <w:szCs w:val="24"/>
        </w:rPr>
      </w:pPr>
    </w:p>
    <w:p w14:paraId="74278F42" w14:textId="77777777" w:rsidR="003841FB" w:rsidRPr="00320BBA" w:rsidRDefault="003841FB" w:rsidP="00F4108F">
      <w:pPr>
        <w:spacing w:before="100" w:beforeAutospacing="1" w:after="100" w:afterAutospacing="1" w:line="360" w:lineRule="auto"/>
        <w:jc w:val="both"/>
        <w:rPr>
          <w:b/>
          <w:bCs/>
          <w:color w:val="002060"/>
        </w:rPr>
      </w:pPr>
    </w:p>
    <w:p w14:paraId="1B8685B1" w14:textId="77777777" w:rsidR="003841FB" w:rsidRPr="001C6094" w:rsidRDefault="003841FB" w:rsidP="003841FB">
      <w:pPr>
        <w:spacing w:before="100" w:beforeAutospacing="1" w:after="100" w:afterAutospacing="1" w:line="240" w:lineRule="auto"/>
        <w:jc w:val="center"/>
        <w:outlineLvl w:val="1"/>
        <w:rPr>
          <w:rFonts w:ascii="Georgia" w:eastAsia="Times New Roman" w:hAnsi="Georgia" w:cs="Times New Roman"/>
          <w:b/>
          <w:bCs/>
          <w:color w:val="002060"/>
          <w:sz w:val="36"/>
          <w:szCs w:val="36"/>
        </w:rPr>
      </w:pPr>
      <w:r w:rsidRPr="001C6094">
        <w:rPr>
          <w:rFonts w:ascii="Segoe UI Emoji" w:eastAsia="Times New Roman" w:hAnsi="Segoe UI Emoji" w:cs="Segoe UI Emoji"/>
          <w:b/>
          <w:bCs/>
          <w:color w:val="002060"/>
          <w:sz w:val="36"/>
          <w:szCs w:val="36"/>
        </w:rPr>
        <w:lastRenderedPageBreak/>
        <w:t>🍴</w:t>
      </w:r>
      <w:r w:rsidRPr="001C6094">
        <w:rPr>
          <w:rFonts w:ascii="Georgia" w:eastAsia="Times New Roman" w:hAnsi="Georgia" w:cs="Times New Roman"/>
          <w:b/>
          <w:bCs/>
          <w:color w:val="002060"/>
          <w:sz w:val="36"/>
          <w:szCs w:val="36"/>
        </w:rPr>
        <w:t xml:space="preserve"> Food &amp; Refreshments</w:t>
      </w:r>
    </w:p>
    <w:p w14:paraId="12C39AE4" w14:textId="77777777" w:rsidR="003841FB" w:rsidRPr="00942A4F" w:rsidRDefault="003841FB" w:rsidP="003841FB">
      <w:pPr>
        <w:spacing w:before="100" w:beforeAutospacing="1" w:after="0" w:line="240" w:lineRule="auto"/>
        <w:rPr>
          <w:rFonts w:ascii="Georgia" w:eastAsia="Times New Roman" w:hAnsi="Georgia" w:cs="Times New Roman"/>
          <w:b/>
          <w:bCs/>
          <w:color w:val="002060"/>
          <w:sz w:val="24"/>
          <w:szCs w:val="24"/>
        </w:rPr>
      </w:pPr>
      <w:r w:rsidRPr="00942A4F">
        <w:rPr>
          <w:rFonts w:ascii="Georgia" w:eastAsia="Times New Roman" w:hAnsi="Georgia" w:cs="Times New Roman"/>
          <w:b/>
          <w:bCs/>
          <w:color w:val="002060"/>
          <w:sz w:val="24"/>
          <w:szCs w:val="24"/>
        </w:rPr>
        <w:t>Included in most packages or available for purchase:</w:t>
      </w:r>
    </w:p>
    <w:p w14:paraId="7519CA28" w14:textId="77777777" w:rsidR="003841FB" w:rsidRPr="00942A4F" w:rsidRDefault="003841FB" w:rsidP="003841FB">
      <w:pPr>
        <w:spacing w:before="100" w:beforeAutospacing="1" w:after="0" w:line="240" w:lineRule="auto"/>
        <w:rPr>
          <w:rFonts w:ascii="Georgia" w:eastAsia="Times New Roman" w:hAnsi="Georgia" w:cs="Times New Roman"/>
          <w:b/>
          <w:bCs/>
          <w:color w:val="002060"/>
          <w:sz w:val="24"/>
          <w:szCs w:val="24"/>
        </w:rPr>
      </w:pPr>
      <w:r w:rsidRPr="00942A4F">
        <w:rPr>
          <w:rFonts w:ascii="Georgia" w:eastAsia="Times New Roman" w:hAnsi="Georgia" w:cs="Times New Roman"/>
          <w:b/>
          <w:bCs/>
          <w:color w:val="002060"/>
          <w:sz w:val="24"/>
          <w:szCs w:val="24"/>
        </w:rPr>
        <w:t>• Fried Fish, BBQ, Turkey Legs, Chicken, Hot Dogs, Nachos, Fries, Coleslaw, Hushpuppies</w:t>
      </w:r>
    </w:p>
    <w:p w14:paraId="796D5C9C" w14:textId="77777777" w:rsidR="003841FB" w:rsidRPr="00942A4F" w:rsidRDefault="003841FB" w:rsidP="003841FB">
      <w:pPr>
        <w:spacing w:before="100" w:beforeAutospacing="1" w:after="0" w:line="240" w:lineRule="auto"/>
        <w:rPr>
          <w:rFonts w:ascii="Georgia" w:eastAsia="Times New Roman" w:hAnsi="Georgia" w:cs="Times New Roman"/>
          <w:b/>
          <w:bCs/>
          <w:color w:val="002060"/>
          <w:sz w:val="24"/>
          <w:szCs w:val="24"/>
        </w:rPr>
      </w:pPr>
      <w:r w:rsidRPr="00942A4F">
        <w:rPr>
          <w:rFonts w:ascii="Georgia" w:eastAsia="Times New Roman" w:hAnsi="Georgia" w:cs="Times New Roman"/>
          <w:b/>
          <w:bCs/>
          <w:color w:val="002060"/>
          <w:sz w:val="24"/>
          <w:szCs w:val="24"/>
        </w:rPr>
        <w:t>• Water, Gatorade, Soda, Beer, Wine</w:t>
      </w:r>
    </w:p>
    <w:p w14:paraId="7386C514" w14:textId="77777777" w:rsidR="003841FB" w:rsidRPr="00942A4F" w:rsidRDefault="003841FB" w:rsidP="003841FB">
      <w:pPr>
        <w:spacing w:before="100" w:beforeAutospacing="1" w:after="100" w:afterAutospacing="1" w:line="240" w:lineRule="auto"/>
        <w:rPr>
          <w:rFonts w:ascii="Georgia" w:eastAsia="Times New Roman" w:hAnsi="Georgia" w:cs="Times New Roman"/>
          <w:b/>
          <w:bCs/>
          <w:color w:val="002060"/>
          <w:sz w:val="24"/>
          <w:szCs w:val="24"/>
        </w:rPr>
      </w:pPr>
      <w:r w:rsidRPr="00942A4F">
        <w:rPr>
          <w:rFonts w:ascii="Georgia" w:eastAsia="Times New Roman" w:hAnsi="Georgia" w:cs="Times New Roman"/>
          <w:b/>
          <w:bCs/>
          <w:color w:val="002060"/>
          <w:sz w:val="24"/>
          <w:szCs w:val="24"/>
        </w:rPr>
        <w:t>All proceeds from food sales go directly toward child protection and outreach operations.</w:t>
      </w:r>
    </w:p>
    <w:p w14:paraId="14438C93" w14:textId="616F5F6F" w:rsidR="003841FB" w:rsidRPr="001C6094" w:rsidRDefault="007454F0" w:rsidP="003841FB">
      <w:pPr>
        <w:spacing w:before="100" w:beforeAutospacing="1" w:after="100" w:afterAutospacing="1" w:line="240" w:lineRule="auto"/>
        <w:jc w:val="center"/>
        <w:outlineLvl w:val="1"/>
        <w:rPr>
          <w:rFonts w:ascii="Georgia" w:eastAsia="Times New Roman" w:hAnsi="Georgia" w:cs="Times New Roman"/>
          <w:b/>
          <w:bCs/>
          <w:color w:val="002060"/>
          <w:sz w:val="36"/>
          <w:szCs w:val="36"/>
        </w:rPr>
      </w:pPr>
      <w:r>
        <w:rPr>
          <w:rFonts w:ascii="Segoe UI Emoji" w:eastAsia="Times New Roman" w:hAnsi="Segoe UI Emoji" w:cs="Segoe UI Emoji"/>
          <w:b/>
          <w:bCs/>
          <w:noProof/>
          <w:color w:val="002060"/>
          <w:sz w:val="36"/>
          <w:szCs w:val="36"/>
        </w:rPr>
        <mc:AlternateContent>
          <mc:Choice Requires="wpi">
            <w:drawing>
              <wp:anchor distT="0" distB="0" distL="114300" distR="114300" simplePos="0" relativeHeight="251697152" behindDoc="0" locked="0" layoutInCell="1" allowOverlap="1" wp14:anchorId="08AD02C3" wp14:editId="78A5C791">
                <wp:simplePos x="0" y="0"/>
                <wp:positionH relativeFrom="column">
                  <wp:posOffset>-4925</wp:posOffset>
                </wp:positionH>
                <wp:positionV relativeFrom="paragraph">
                  <wp:posOffset>328117</wp:posOffset>
                </wp:positionV>
                <wp:extent cx="6883920" cy="360"/>
                <wp:effectExtent l="114300" t="190500" r="127000" b="190500"/>
                <wp:wrapNone/>
                <wp:docPr id="1527107230" name="Ink 80"/>
                <wp:cNvGraphicFramePr/>
                <a:graphic xmlns:a="http://schemas.openxmlformats.org/drawingml/2006/main">
                  <a:graphicData uri="http://schemas.microsoft.com/office/word/2010/wordprocessingInk">
                    <w14:contentPart bwMode="auto" r:id="rId73">
                      <w14:nvContentPartPr>
                        <w14:cNvContentPartPr/>
                      </w14:nvContentPartPr>
                      <w14:xfrm>
                        <a:off x="0" y="0"/>
                        <a:ext cx="6883920" cy="360"/>
                      </w14:xfrm>
                    </w14:contentPart>
                  </a:graphicData>
                </a:graphic>
              </wp:anchor>
            </w:drawing>
          </mc:Choice>
          <mc:Fallback>
            <w:pict>
              <v:shape w14:anchorId="6D320376" id="Ink 80" o:spid="_x0000_s1026" type="#_x0000_t75" style="position:absolute;margin-left:-6.05pt;margin-top:14.55pt;width:553.4pt;height:22.7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">
                <v:imagedata r:id="rId74" o:title=""/>
              </v:shape>
            </w:pict>
          </mc:Fallback>
        </mc:AlternateContent>
      </w:r>
      <w:r>
        <w:rPr>
          <w:rFonts w:ascii="Segoe UI Emoji" w:eastAsia="Times New Roman" w:hAnsi="Segoe UI Emoji" w:cs="Segoe UI Emoji"/>
          <w:b/>
          <w:bCs/>
          <w:noProof/>
          <w:color w:val="002060"/>
          <w:sz w:val="36"/>
          <w:szCs w:val="36"/>
        </w:rPr>
        <mc:AlternateContent>
          <mc:Choice Requires="wpi">
            <w:drawing>
              <wp:anchor distT="0" distB="0" distL="114300" distR="114300" simplePos="0" relativeHeight="251696128" behindDoc="0" locked="0" layoutInCell="1" allowOverlap="1" wp14:anchorId="28BC1811" wp14:editId="1DF3EB31">
                <wp:simplePos x="0" y="0"/>
                <wp:positionH relativeFrom="column">
                  <wp:posOffset>-4925</wp:posOffset>
                </wp:positionH>
                <wp:positionV relativeFrom="paragraph">
                  <wp:posOffset>67117</wp:posOffset>
                </wp:positionV>
                <wp:extent cx="6881400" cy="360"/>
                <wp:effectExtent l="114300" t="190500" r="110490" b="190500"/>
                <wp:wrapNone/>
                <wp:docPr id="578216510" name="Ink 78"/>
                <wp:cNvGraphicFramePr/>
                <a:graphic xmlns:a="http://schemas.openxmlformats.org/drawingml/2006/main">
                  <a:graphicData uri="http://schemas.microsoft.com/office/word/2010/wordprocessingInk">
                    <w14:contentPart bwMode="auto" r:id="rId75">
                      <w14:nvContentPartPr>
                        <w14:cNvContentPartPr/>
                      </w14:nvContentPartPr>
                      <w14:xfrm>
                        <a:off x="0" y="0"/>
                        <a:ext cx="6881400" cy="360"/>
                      </w14:xfrm>
                    </w14:contentPart>
                  </a:graphicData>
                </a:graphic>
              </wp:anchor>
            </w:drawing>
          </mc:Choice>
          <mc:Fallback>
            <w:pict>
              <v:shape w14:anchorId="232FDEF0" id="Ink 78" o:spid="_x0000_s1026" type="#_x0000_t75" style="position:absolute;margin-left:-6.05pt;margin-top:-6.05pt;width:553.2pt;height:22.7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">
                <v:imagedata r:id="rId76" o:title=""/>
              </v:shape>
            </w:pict>
          </mc:Fallback>
        </mc:AlternateContent>
      </w:r>
      <w:r>
        <w:rPr>
          <w:rFonts w:ascii="Segoe UI Emoji" w:eastAsia="Times New Roman" w:hAnsi="Segoe UI Emoji" w:cs="Segoe UI Emoji"/>
          <w:b/>
          <w:bCs/>
          <w:color w:val="002060"/>
          <w:sz w:val="36"/>
          <w:szCs w:val="36"/>
        </w:rPr>
        <w:t xml:space="preserve">  </w:t>
      </w:r>
      <w:r w:rsidR="003841FB" w:rsidRPr="001C6094">
        <w:rPr>
          <w:rFonts w:ascii="Georgia" w:eastAsia="Times New Roman" w:hAnsi="Georgia" w:cs="Times New Roman"/>
          <w:b/>
          <w:bCs/>
          <w:color w:val="002060"/>
          <w:sz w:val="36"/>
          <w:szCs w:val="36"/>
        </w:rPr>
        <w:t>Your Contribution Supports:</w:t>
      </w:r>
    </w:p>
    <w:p w14:paraId="7E74A410" w14:textId="1076CCC2" w:rsidR="003841FB" w:rsidRPr="00942A4F" w:rsidRDefault="007454F0" w:rsidP="003841FB">
      <w:pPr>
        <w:spacing w:before="100" w:beforeAutospacing="1" w:after="100" w:afterAutospacing="1" w:line="360" w:lineRule="auto"/>
        <w:rPr>
          <w:rFonts w:ascii="Georgia" w:eastAsia="Times New Roman" w:hAnsi="Georgia" w:cs="Times New Roman"/>
          <w:b/>
          <w:bCs/>
          <w:color w:val="002060"/>
          <w:sz w:val="24"/>
          <w:szCs w:val="24"/>
        </w:rPr>
      </w:pPr>
      <w:r>
        <w:rPr>
          <w:rFonts w:ascii="Georgia" w:eastAsia="Times New Roman" w:hAnsi="Georgia" w:cs="Times New Roman"/>
          <w:b/>
          <w:bCs/>
          <w:noProof/>
          <w:color w:val="002060"/>
          <w:sz w:val="24"/>
          <w:szCs w:val="24"/>
        </w:rPr>
        <mc:AlternateContent>
          <mc:Choice Requires="wpi">
            <w:drawing>
              <wp:anchor distT="0" distB="0" distL="114300" distR="114300" simplePos="0" relativeHeight="251707392" behindDoc="0" locked="0" layoutInCell="1" allowOverlap="1" wp14:anchorId="3899E6E6" wp14:editId="0DD69043">
                <wp:simplePos x="0" y="0"/>
                <wp:positionH relativeFrom="column">
                  <wp:posOffset>4795</wp:posOffset>
                </wp:positionH>
                <wp:positionV relativeFrom="paragraph">
                  <wp:posOffset>1990842</wp:posOffset>
                </wp:positionV>
                <wp:extent cx="6873840" cy="360"/>
                <wp:effectExtent l="114300" t="190500" r="118110" b="190500"/>
                <wp:wrapNone/>
                <wp:docPr id="1068011552" name="Ink 93"/>
                <wp:cNvGraphicFramePr/>
                <a:graphic xmlns:a="http://schemas.openxmlformats.org/drawingml/2006/main">
                  <a:graphicData uri="http://schemas.microsoft.com/office/word/2010/wordprocessingInk">
                    <w14:contentPart bwMode="auto" r:id="rId77">
                      <w14:nvContentPartPr>
                        <w14:cNvContentPartPr/>
                      </w14:nvContentPartPr>
                      <w14:xfrm>
                        <a:off x="0" y="0"/>
                        <a:ext cx="6873840" cy="360"/>
                      </w14:xfrm>
                    </w14:contentPart>
                  </a:graphicData>
                </a:graphic>
              </wp:anchor>
            </w:drawing>
          </mc:Choice>
          <mc:Fallback>
            <w:pict>
              <v:shape w14:anchorId="21432392" id="Ink 93" o:spid="_x0000_s1026" type="#_x0000_t75" style="position:absolute;margin-left:-5.25pt;margin-top:145.45pt;width:552.6pt;height:22.7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">
                <v:imagedata r:id="rId78" o:title=""/>
              </v:shape>
            </w:pict>
          </mc:Fallback>
        </mc:AlternateContent>
      </w:r>
      <w:r>
        <w:rPr>
          <w:rFonts w:ascii="Georgia" w:eastAsia="Times New Roman" w:hAnsi="Georgia" w:cs="Times New Roman"/>
          <w:b/>
          <w:bCs/>
          <w:noProof/>
          <w:color w:val="002060"/>
          <w:sz w:val="24"/>
          <w:szCs w:val="24"/>
        </w:rPr>
        <mc:AlternateContent>
          <mc:Choice Requires="wpi">
            <w:drawing>
              <wp:anchor distT="0" distB="0" distL="114300" distR="114300" simplePos="0" relativeHeight="251706368" behindDoc="0" locked="0" layoutInCell="1" allowOverlap="1" wp14:anchorId="368EE0FE" wp14:editId="43575BE7">
                <wp:simplePos x="0" y="0"/>
                <wp:positionH relativeFrom="column">
                  <wp:posOffset>-4925</wp:posOffset>
                </wp:positionH>
                <wp:positionV relativeFrom="paragraph">
                  <wp:posOffset>1779882</wp:posOffset>
                </wp:positionV>
                <wp:extent cx="6885360" cy="360"/>
                <wp:effectExtent l="114300" t="190500" r="125095" b="190500"/>
                <wp:wrapNone/>
                <wp:docPr id="1847459934" name="Ink 91"/>
                <wp:cNvGraphicFramePr/>
                <a:graphic xmlns:a="http://schemas.openxmlformats.org/drawingml/2006/main">
                  <a:graphicData uri="http://schemas.microsoft.com/office/word/2010/wordprocessingInk">
                    <w14:contentPart bwMode="auto" r:id="rId79">
                      <w14:nvContentPartPr>
                        <w14:cNvContentPartPr/>
                      </w14:nvContentPartPr>
                      <w14:xfrm>
                        <a:off x="0" y="0"/>
                        <a:ext cx="6885360" cy="360"/>
                      </w14:xfrm>
                    </w14:contentPart>
                  </a:graphicData>
                </a:graphic>
              </wp:anchor>
            </w:drawing>
          </mc:Choice>
          <mc:Fallback>
            <w:pict>
              <v:shape w14:anchorId="5637B0D9" id="Ink 91" o:spid="_x0000_s1026" type="#_x0000_t75" style="position:absolute;margin-left:-6.05pt;margin-top:128.8pt;width:553.45pt;height:22.7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">
                <v:imagedata r:id="rId80" o:title=""/>
              </v:shape>
            </w:pict>
          </mc:Fallback>
        </mc:AlternateContent>
      </w:r>
      <w:r>
        <w:rPr>
          <w:rFonts w:ascii="Georgia" w:eastAsia="Times New Roman" w:hAnsi="Georgia" w:cs="Times New Roman"/>
          <w:b/>
          <w:bCs/>
          <w:noProof/>
          <w:color w:val="002060"/>
          <w:sz w:val="24"/>
          <w:szCs w:val="24"/>
        </w:rPr>
        <mc:AlternateContent>
          <mc:Choice Requires="wpi">
            <w:drawing>
              <wp:anchor distT="0" distB="0" distL="114300" distR="114300" simplePos="0" relativeHeight="251705344" behindDoc="0" locked="0" layoutInCell="1" allowOverlap="1" wp14:anchorId="12B190FE" wp14:editId="51B502C6">
                <wp:simplePos x="0" y="0"/>
                <wp:positionH relativeFrom="column">
                  <wp:posOffset>-4925</wp:posOffset>
                </wp:positionH>
                <wp:positionV relativeFrom="paragraph">
                  <wp:posOffset>1528602</wp:posOffset>
                </wp:positionV>
                <wp:extent cx="6882480" cy="360"/>
                <wp:effectExtent l="114300" t="190500" r="109220" b="190500"/>
                <wp:wrapNone/>
                <wp:docPr id="176169758" name="Ink 90"/>
                <wp:cNvGraphicFramePr/>
                <a:graphic xmlns:a="http://schemas.openxmlformats.org/drawingml/2006/main">
                  <a:graphicData uri="http://schemas.microsoft.com/office/word/2010/wordprocessingInk">
                    <w14:contentPart bwMode="auto" r:id="rId81">
                      <w14:nvContentPartPr>
                        <w14:cNvContentPartPr/>
                      </w14:nvContentPartPr>
                      <w14:xfrm>
                        <a:off x="0" y="0"/>
                        <a:ext cx="6882480" cy="360"/>
                      </w14:xfrm>
                    </w14:contentPart>
                  </a:graphicData>
                </a:graphic>
              </wp:anchor>
            </w:drawing>
          </mc:Choice>
          <mc:Fallback>
            <w:pict>
              <v:shape w14:anchorId="7D10445B" id="Ink 90" o:spid="_x0000_s1026" type="#_x0000_t75" style="position:absolute;margin-left:-6.05pt;margin-top:109.05pt;width:553.3pt;height:22.7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">
                <v:imagedata r:id="rId82" o:title=""/>
              </v:shape>
            </w:pict>
          </mc:Fallback>
        </mc:AlternateContent>
      </w:r>
      <w:r>
        <w:rPr>
          <w:rFonts w:ascii="Georgia" w:eastAsia="Times New Roman" w:hAnsi="Georgia" w:cs="Times New Roman"/>
          <w:b/>
          <w:bCs/>
          <w:noProof/>
          <w:color w:val="002060"/>
          <w:sz w:val="24"/>
          <w:szCs w:val="24"/>
        </w:rPr>
        <mc:AlternateContent>
          <mc:Choice Requires="wpi">
            <w:drawing>
              <wp:anchor distT="0" distB="0" distL="114300" distR="114300" simplePos="0" relativeHeight="251704320" behindDoc="0" locked="0" layoutInCell="1" allowOverlap="1" wp14:anchorId="2E58D10F" wp14:editId="7AAFE954">
                <wp:simplePos x="0" y="0"/>
                <wp:positionH relativeFrom="column">
                  <wp:posOffset>-4925</wp:posOffset>
                </wp:positionH>
                <wp:positionV relativeFrom="paragraph">
                  <wp:posOffset>1307562</wp:posOffset>
                </wp:positionV>
                <wp:extent cx="6902640" cy="360"/>
                <wp:effectExtent l="114300" t="190500" r="127000" b="190500"/>
                <wp:wrapNone/>
                <wp:docPr id="1130660757" name="Ink 89"/>
                <wp:cNvGraphicFramePr/>
                <a:graphic xmlns:a="http://schemas.openxmlformats.org/drawingml/2006/main">
                  <a:graphicData uri="http://schemas.microsoft.com/office/word/2010/wordprocessingInk">
                    <w14:contentPart bwMode="auto" r:id="rId83">
                      <w14:nvContentPartPr>
                        <w14:cNvContentPartPr/>
                      </w14:nvContentPartPr>
                      <w14:xfrm>
                        <a:off x="0" y="0"/>
                        <a:ext cx="6902640" cy="360"/>
                      </w14:xfrm>
                    </w14:contentPart>
                  </a:graphicData>
                </a:graphic>
              </wp:anchor>
            </w:drawing>
          </mc:Choice>
          <mc:Fallback>
            <w:pict>
              <v:shape w14:anchorId="5234E252" id="Ink 89" o:spid="_x0000_s1026" type="#_x0000_t75" style="position:absolute;margin-left:-6.05pt;margin-top:91.6pt;width:554.85pt;height:22.7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">
                <v:imagedata r:id="rId84" o:title=""/>
              </v:shape>
            </w:pict>
          </mc:Fallback>
        </mc:AlternateContent>
      </w:r>
      <w:r>
        <w:rPr>
          <w:rFonts w:ascii="Georgia" w:eastAsia="Times New Roman" w:hAnsi="Georgia" w:cs="Times New Roman"/>
          <w:b/>
          <w:bCs/>
          <w:noProof/>
          <w:color w:val="002060"/>
          <w:sz w:val="24"/>
          <w:szCs w:val="24"/>
        </w:rPr>
        <mc:AlternateContent>
          <mc:Choice Requires="wpi">
            <w:drawing>
              <wp:anchor distT="0" distB="0" distL="114300" distR="114300" simplePos="0" relativeHeight="251703296" behindDoc="0" locked="0" layoutInCell="1" allowOverlap="1" wp14:anchorId="26E642AF" wp14:editId="797E2627">
                <wp:simplePos x="0" y="0"/>
                <wp:positionH relativeFrom="column">
                  <wp:posOffset>4795</wp:posOffset>
                </wp:positionH>
                <wp:positionV relativeFrom="paragraph">
                  <wp:posOffset>1106682</wp:posOffset>
                </wp:positionV>
                <wp:extent cx="6877080" cy="360"/>
                <wp:effectExtent l="114300" t="190500" r="114300" b="190500"/>
                <wp:wrapNone/>
                <wp:docPr id="925178550" name="Ink 88"/>
                <wp:cNvGraphicFramePr/>
                <a:graphic xmlns:a="http://schemas.openxmlformats.org/drawingml/2006/main">
                  <a:graphicData uri="http://schemas.microsoft.com/office/word/2010/wordprocessingInk">
                    <w14:contentPart bwMode="auto" r:id="rId85">
                      <w14:nvContentPartPr>
                        <w14:cNvContentPartPr/>
                      </w14:nvContentPartPr>
                      <w14:xfrm>
                        <a:off x="0" y="0"/>
                        <a:ext cx="6877080" cy="360"/>
                      </w14:xfrm>
                    </w14:contentPart>
                  </a:graphicData>
                </a:graphic>
              </wp:anchor>
            </w:drawing>
          </mc:Choice>
          <mc:Fallback>
            <w:pict>
              <v:shape w14:anchorId="34229851" id="Ink 88" o:spid="_x0000_s1026" type="#_x0000_t75" style="position:absolute;margin-left:-5.25pt;margin-top:75.8pt;width:552.8pt;height:22.7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">
                <v:imagedata r:id="rId86" o:title=""/>
              </v:shape>
            </w:pict>
          </mc:Fallback>
        </mc:AlternateContent>
      </w:r>
      <w:r>
        <w:rPr>
          <w:rFonts w:ascii="Georgia" w:eastAsia="Times New Roman" w:hAnsi="Georgia" w:cs="Times New Roman"/>
          <w:b/>
          <w:bCs/>
          <w:noProof/>
          <w:color w:val="002060"/>
          <w:sz w:val="24"/>
          <w:szCs w:val="24"/>
        </w:rPr>
        <mc:AlternateContent>
          <mc:Choice Requires="wpi">
            <w:drawing>
              <wp:anchor distT="0" distB="0" distL="114300" distR="114300" simplePos="0" relativeHeight="251702272" behindDoc="0" locked="0" layoutInCell="1" allowOverlap="1" wp14:anchorId="48D77AC2" wp14:editId="77BA80EE">
                <wp:simplePos x="0" y="0"/>
                <wp:positionH relativeFrom="column">
                  <wp:posOffset>4795</wp:posOffset>
                </wp:positionH>
                <wp:positionV relativeFrom="paragraph">
                  <wp:posOffset>885642</wp:posOffset>
                </wp:positionV>
                <wp:extent cx="6879240" cy="360"/>
                <wp:effectExtent l="114300" t="190500" r="112395" b="190500"/>
                <wp:wrapNone/>
                <wp:docPr id="222776702" name="Ink 87"/>
                <wp:cNvGraphicFramePr/>
                <a:graphic xmlns:a="http://schemas.openxmlformats.org/drawingml/2006/main">
                  <a:graphicData uri="http://schemas.microsoft.com/office/word/2010/wordprocessingInk">
                    <w14:contentPart bwMode="auto" r:id="rId87">
                      <w14:nvContentPartPr>
                        <w14:cNvContentPartPr/>
                      </w14:nvContentPartPr>
                      <w14:xfrm>
                        <a:off x="0" y="0"/>
                        <a:ext cx="6879240" cy="360"/>
                      </w14:xfrm>
                    </w14:contentPart>
                  </a:graphicData>
                </a:graphic>
              </wp:anchor>
            </w:drawing>
          </mc:Choice>
          <mc:Fallback>
            <w:pict>
              <v:shape w14:anchorId="3D493F4D" id="Ink 87" o:spid="_x0000_s1026" type="#_x0000_t75" style="position:absolute;margin-left:-5.25pt;margin-top:58.4pt;width:553pt;height:22.7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">
                <v:imagedata r:id="rId88" o:title=""/>
              </v:shape>
            </w:pict>
          </mc:Fallback>
        </mc:AlternateContent>
      </w:r>
      <w:r>
        <w:rPr>
          <w:rFonts w:ascii="Georgia" w:eastAsia="Times New Roman" w:hAnsi="Georgia" w:cs="Times New Roman"/>
          <w:b/>
          <w:bCs/>
          <w:noProof/>
          <w:color w:val="002060"/>
          <w:sz w:val="24"/>
          <w:szCs w:val="24"/>
        </w:rPr>
        <mc:AlternateContent>
          <mc:Choice Requires="wpi">
            <w:drawing>
              <wp:anchor distT="0" distB="0" distL="114300" distR="114300" simplePos="0" relativeHeight="251701248" behindDoc="0" locked="0" layoutInCell="1" allowOverlap="1" wp14:anchorId="4A4AE37E" wp14:editId="095B1481">
                <wp:simplePos x="0" y="0"/>
                <wp:positionH relativeFrom="column">
                  <wp:posOffset>4795</wp:posOffset>
                </wp:positionH>
                <wp:positionV relativeFrom="paragraph">
                  <wp:posOffset>654522</wp:posOffset>
                </wp:positionV>
                <wp:extent cx="6875640" cy="360"/>
                <wp:effectExtent l="114300" t="190500" r="116205" b="190500"/>
                <wp:wrapNone/>
                <wp:docPr id="1635962475" name="Ink 85"/>
                <wp:cNvGraphicFramePr/>
                <a:graphic xmlns:a="http://schemas.openxmlformats.org/drawingml/2006/main">
                  <a:graphicData uri="http://schemas.microsoft.com/office/word/2010/wordprocessingInk">
                    <w14:contentPart bwMode="auto" r:id="rId89">
                      <w14:nvContentPartPr>
                        <w14:cNvContentPartPr/>
                      </w14:nvContentPartPr>
                      <w14:xfrm>
                        <a:off x="0" y="0"/>
                        <a:ext cx="6875640" cy="360"/>
                      </w14:xfrm>
                    </w14:contentPart>
                  </a:graphicData>
                </a:graphic>
              </wp:anchor>
            </w:drawing>
          </mc:Choice>
          <mc:Fallback>
            <w:pict>
              <v:shape w14:anchorId="38B23B08" id="Ink 85" o:spid="_x0000_s1026" type="#_x0000_t75" style="position:absolute;margin-left:-5.25pt;margin-top:40.2pt;width:552.75pt;height:22.7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">
                <v:imagedata r:id="rId90" o:title=""/>
              </v:shape>
            </w:pict>
          </mc:Fallback>
        </mc:AlternateContent>
      </w:r>
      <w:r>
        <w:rPr>
          <w:rFonts w:ascii="Georgia" w:eastAsia="Times New Roman" w:hAnsi="Georgia" w:cs="Times New Roman"/>
          <w:b/>
          <w:bCs/>
          <w:noProof/>
          <w:color w:val="002060"/>
          <w:sz w:val="24"/>
          <w:szCs w:val="24"/>
        </w:rPr>
        <mc:AlternateContent>
          <mc:Choice Requires="wpi">
            <w:drawing>
              <wp:anchor distT="0" distB="0" distL="114300" distR="114300" simplePos="0" relativeHeight="251700224" behindDoc="0" locked="0" layoutInCell="1" allowOverlap="1" wp14:anchorId="21F06D4B" wp14:editId="383E72C7">
                <wp:simplePos x="0" y="0"/>
                <wp:positionH relativeFrom="column">
                  <wp:posOffset>4795</wp:posOffset>
                </wp:positionH>
                <wp:positionV relativeFrom="paragraph">
                  <wp:posOffset>433482</wp:posOffset>
                </wp:positionV>
                <wp:extent cx="6883560" cy="360"/>
                <wp:effectExtent l="114300" t="190500" r="127000" b="190500"/>
                <wp:wrapNone/>
                <wp:docPr id="1990867741" name="Ink 84"/>
                <wp:cNvGraphicFramePr/>
                <a:graphic xmlns:a="http://schemas.openxmlformats.org/drawingml/2006/main">
                  <a:graphicData uri="http://schemas.microsoft.com/office/word/2010/wordprocessingInk">
                    <w14:contentPart bwMode="auto" r:id="rId91">
                      <w14:nvContentPartPr>
                        <w14:cNvContentPartPr/>
                      </w14:nvContentPartPr>
                      <w14:xfrm>
                        <a:off x="0" y="0"/>
                        <a:ext cx="6883560" cy="360"/>
                      </w14:xfrm>
                    </w14:contentPart>
                  </a:graphicData>
                </a:graphic>
              </wp:anchor>
            </w:drawing>
          </mc:Choice>
          <mc:Fallback>
            <w:pict>
              <v:shape w14:anchorId="7CF81F9B" id="Ink 84" o:spid="_x0000_s1026" type="#_x0000_t75" style="position:absolute;margin-left:-5.25pt;margin-top:22.8pt;width:553.3pt;height:22.7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">
                <v:imagedata r:id="rId74" o:title=""/>
              </v:shape>
            </w:pict>
          </mc:Fallback>
        </mc:AlternateContent>
      </w:r>
      <w:r>
        <w:rPr>
          <w:rFonts w:ascii="Georgia" w:eastAsia="Times New Roman" w:hAnsi="Georgia" w:cs="Times New Roman"/>
          <w:b/>
          <w:bCs/>
          <w:noProof/>
          <w:color w:val="002060"/>
          <w:sz w:val="24"/>
          <w:szCs w:val="24"/>
        </w:rPr>
        <mc:AlternateContent>
          <mc:Choice Requires="wpi">
            <w:drawing>
              <wp:anchor distT="0" distB="0" distL="114300" distR="114300" simplePos="0" relativeHeight="251699200" behindDoc="0" locked="0" layoutInCell="1" allowOverlap="1" wp14:anchorId="24E61DC0" wp14:editId="31618C52">
                <wp:simplePos x="0" y="0"/>
                <wp:positionH relativeFrom="column">
                  <wp:posOffset>-4925</wp:posOffset>
                </wp:positionH>
                <wp:positionV relativeFrom="paragraph">
                  <wp:posOffset>433482</wp:posOffset>
                </wp:positionV>
                <wp:extent cx="360" cy="360"/>
                <wp:effectExtent l="114300" t="190500" r="114300" b="190500"/>
                <wp:wrapNone/>
                <wp:docPr id="690439884" name="Ink 83"/>
                <wp:cNvGraphicFramePr/>
                <a:graphic xmlns:a="http://schemas.openxmlformats.org/drawingml/2006/main">
                  <a:graphicData uri="http://schemas.microsoft.com/office/word/2010/wordprocessingInk">
                    <w14:contentPart bwMode="auto" r:id="rId92">
                      <w14:nvContentPartPr>
                        <w14:cNvContentPartPr/>
                      </w14:nvContentPartPr>
                      <w14:xfrm>
                        <a:off x="0" y="0"/>
                        <a:ext cx="360" cy="360"/>
                      </w14:xfrm>
                    </w14:contentPart>
                  </a:graphicData>
                </a:graphic>
              </wp:anchor>
            </w:drawing>
          </mc:Choice>
          <mc:Fallback>
            <w:pict>
              <v:shape w14:anchorId="15447252" id="Ink 83" o:spid="_x0000_s1026" type="#_x0000_t75" style="position:absolute;margin-left:-6.05pt;margin-top:22.8pt;width:11.4pt;height:22.7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">
                <v:imagedata r:id="rId93" o:title=""/>
              </v:shape>
            </w:pict>
          </mc:Fallback>
        </mc:AlternateContent>
      </w:r>
      <w:r>
        <w:rPr>
          <w:rFonts w:ascii="Georgia" w:eastAsia="Times New Roman" w:hAnsi="Georgia" w:cs="Times New Roman"/>
          <w:b/>
          <w:bCs/>
          <w:noProof/>
          <w:color w:val="002060"/>
          <w:sz w:val="24"/>
          <w:szCs w:val="24"/>
        </w:rPr>
        <mc:AlternateContent>
          <mc:Choice Requires="wpi">
            <w:drawing>
              <wp:anchor distT="0" distB="0" distL="114300" distR="114300" simplePos="0" relativeHeight="251698176" behindDoc="0" locked="0" layoutInCell="1" allowOverlap="1" wp14:anchorId="5B733566" wp14:editId="38FB9A5B">
                <wp:simplePos x="0" y="0"/>
                <wp:positionH relativeFrom="column">
                  <wp:posOffset>4795</wp:posOffset>
                </wp:positionH>
                <wp:positionV relativeFrom="paragraph">
                  <wp:posOffset>172122</wp:posOffset>
                </wp:positionV>
                <wp:extent cx="6878160" cy="360"/>
                <wp:effectExtent l="114300" t="190500" r="113665" b="190500"/>
                <wp:wrapNone/>
                <wp:docPr id="500745739" name="Ink 81"/>
                <wp:cNvGraphicFramePr/>
                <a:graphic xmlns:a="http://schemas.openxmlformats.org/drawingml/2006/main">
                  <a:graphicData uri="http://schemas.microsoft.com/office/word/2010/wordprocessingInk">
                    <w14:contentPart bwMode="auto" r:id="rId94">
                      <w14:nvContentPartPr>
                        <w14:cNvContentPartPr/>
                      </w14:nvContentPartPr>
                      <w14:xfrm>
                        <a:off x="0" y="0"/>
                        <a:ext cx="6878160" cy="360"/>
                      </w14:xfrm>
                    </w14:contentPart>
                  </a:graphicData>
                </a:graphic>
              </wp:anchor>
            </w:drawing>
          </mc:Choice>
          <mc:Fallback>
            <w:pict>
              <v:shape w14:anchorId="142BAF9C" id="Ink 81" o:spid="_x0000_s1026" type="#_x0000_t75" style="position:absolute;margin-left:-5.25pt;margin-top:2.2pt;width:552.95pt;height:22.7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">
                <v:imagedata r:id="rId95" o:title=""/>
              </v:shape>
            </w:pict>
          </mc:Fallback>
        </mc:AlternateContent>
      </w:r>
      <w:r w:rsidR="003841FB" w:rsidRPr="00942A4F">
        <w:rPr>
          <w:rFonts w:ascii="Georgia" w:eastAsia="Times New Roman" w:hAnsi="Georgia" w:cs="Times New Roman"/>
          <w:b/>
          <w:bCs/>
          <w:color w:val="002060"/>
          <w:sz w:val="24"/>
          <w:szCs w:val="24"/>
        </w:rPr>
        <w:t xml:space="preserve">• </w:t>
      </w:r>
      <w:r w:rsidR="003841FB" w:rsidRPr="00942A4F">
        <w:rPr>
          <w:rFonts w:ascii="Segoe UI Emoji" w:eastAsia="Times New Roman" w:hAnsi="Segoe UI Emoji" w:cs="Segoe UI Emoji"/>
          <w:b/>
          <w:bCs/>
          <w:color w:val="002060"/>
          <w:sz w:val="24"/>
          <w:szCs w:val="24"/>
        </w:rPr>
        <w:t>🚐</w:t>
      </w:r>
      <w:r w:rsidR="003841FB" w:rsidRPr="00942A4F">
        <w:rPr>
          <w:rFonts w:ascii="Georgia" w:eastAsia="Times New Roman" w:hAnsi="Georgia" w:cs="Times New Roman"/>
          <w:b/>
          <w:bCs/>
          <w:color w:val="002060"/>
          <w:sz w:val="24"/>
          <w:szCs w:val="24"/>
        </w:rPr>
        <w:t xml:space="preserve"> Mobile Outreach Van (rental, fuel, maintenance)</w:t>
      </w:r>
      <w:r w:rsidR="003841FB" w:rsidRPr="00942A4F">
        <w:rPr>
          <w:rFonts w:ascii="Georgia" w:eastAsia="Times New Roman" w:hAnsi="Georgia" w:cs="Times New Roman"/>
          <w:b/>
          <w:bCs/>
          <w:color w:val="002060"/>
          <w:sz w:val="24"/>
          <w:szCs w:val="24"/>
        </w:rPr>
        <w:br/>
        <w:t xml:space="preserve">• </w:t>
      </w:r>
      <w:r w:rsidR="003841FB" w:rsidRPr="00942A4F">
        <w:rPr>
          <w:rFonts w:ascii="Segoe UI Emoji" w:eastAsia="Times New Roman" w:hAnsi="Segoe UI Emoji" w:cs="Segoe UI Emoji"/>
          <w:b/>
          <w:bCs/>
          <w:color w:val="002060"/>
          <w:sz w:val="24"/>
          <w:szCs w:val="24"/>
        </w:rPr>
        <w:t>📋</w:t>
      </w:r>
      <w:r w:rsidR="003841FB" w:rsidRPr="00942A4F">
        <w:rPr>
          <w:rFonts w:ascii="Georgia" w:eastAsia="Times New Roman" w:hAnsi="Georgia" w:cs="Times New Roman"/>
          <w:b/>
          <w:bCs/>
          <w:color w:val="002060"/>
          <w:sz w:val="24"/>
          <w:szCs w:val="24"/>
        </w:rPr>
        <w:t xml:space="preserve"> Child Registration &amp; Protection Systems (encrypted tablets, software, supplies)</w:t>
      </w:r>
      <w:r w:rsidR="003841FB" w:rsidRPr="00942A4F">
        <w:rPr>
          <w:rFonts w:ascii="Georgia" w:eastAsia="Times New Roman" w:hAnsi="Georgia" w:cs="Times New Roman"/>
          <w:b/>
          <w:bCs/>
          <w:color w:val="002060"/>
          <w:sz w:val="24"/>
          <w:szCs w:val="24"/>
        </w:rPr>
        <w:br/>
        <w:t xml:space="preserve">• </w:t>
      </w:r>
      <w:r w:rsidR="003841FB" w:rsidRPr="00942A4F">
        <w:rPr>
          <w:rFonts w:ascii="Segoe UI Emoji" w:eastAsia="Times New Roman" w:hAnsi="Segoe UI Emoji" w:cs="Segoe UI Emoji"/>
          <w:b/>
          <w:bCs/>
          <w:color w:val="002060"/>
          <w:sz w:val="24"/>
          <w:szCs w:val="24"/>
        </w:rPr>
        <w:t>🧹</w:t>
      </w:r>
      <w:r w:rsidR="003841FB" w:rsidRPr="00942A4F">
        <w:rPr>
          <w:rFonts w:ascii="Georgia" w:eastAsia="Times New Roman" w:hAnsi="Georgia" w:cs="Times New Roman"/>
          <w:b/>
          <w:bCs/>
          <w:color w:val="002060"/>
          <w:sz w:val="24"/>
          <w:szCs w:val="24"/>
        </w:rPr>
        <w:t xml:space="preserve"> Safety Gear &amp; First Aid Supplies</w:t>
      </w:r>
      <w:r w:rsidR="003841FB" w:rsidRPr="00942A4F">
        <w:rPr>
          <w:rFonts w:ascii="Georgia" w:eastAsia="Times New Roman" w:hAnsi="Georgia" w:cs="Times New Roman"/>
          <w:b/>
          <w:bCs/>
          <w:color w:val="002060"/>
          <w:sz w:val="24"/>
          <w:szCs w:val="24"/>
        </w:rPr>
        <w:br/>
        <w:t xml:space="preserve">• </w:t>
      </w:r>
      <w:r w:rsidR="003841FB" w:rsidRPr="00942A4F">
        <w:rPr>
          <w:rFonts w:ascii="Segoe UI Emoji" w:eastAsia="Times New Roman" w:hAnsi="Segoe UI Emoji" w:cs="Segoe UI Emoji"/>
          <w:b/>
          <w:bCs/>
          <w:color w:val="002060"/>
          <w:sz w:val="24"/>
          <w:szCs w:val="24"/>
        </w:rPr>
        <w:t>📚</w:t>
      </w:r>
      <w:r w:rsidR="003841FB" w:rsidRPr="00942A4F">
        <w:rPr>
          <w:rFonts w:ascii="Georgia" w:eastAsia="Times New Roman" w:hAnsi="Georgia" w:cs="Times New Roman"/>
          <w:b/>
          <w:bCs/>
          <w:color w:val="002060"/>
          <w:sz w:val="24"/>
          <w:szCs w:val="24"/>
        </w:rPr>
        <w:t xml:space="preserve"> Educational &amp; Healing Materials (books, trauma kits, child therapy guides)</w:t>
      </w:r>
      <w:r w:rsidR="003841FB" w:rsidRPr="00942A4F">
        <w:rPr>
          <w:rFonts w:ascii="Georgia" w:eastAsia="Times New Roman" w:hAnsi="Georgia" w:cs="Times New Roman"/>
          <w:b/>
          <w:bCs/>
          <w:color w:val="002060"/>
          <w:sz w:val="24"/>
          <w:szCs w:val="24"/>
        </w:rPr>
        <w:br/>
        <w:t xml:space="preserve">• </w:t>
      </w:r>
      <w:r w:rsidR="003841FB" w:rsidRPr="00942A4F">
        <w:rPr>
          <w:rFonts w:ascii="Segoe UI Emoji" w:eastAsia="Times New Roman" w:hAnsi="Segoe UI Emoji" w:cs="Segoe UI Emoji"/>
          <w:b/>
          <w:bCs/>
          <w:color w:val="002060"/>
          <w:sz w:val="24"/>
          <w:szCs w:val="24"/>
        </w:rPr>
        <w:t>🛡️</w:t>
      </w:r>
      <w:r w:rsidR="003841FB" w:rsidRPr="00942A4F">
        <w:rPr>
          <w:rFonts w:ascii="Georgia" w:eastAsia="Times New Roman" w:hAnsi="Georgia" w:cs="Times New Roman"/>
          <w:b/>
          <w:bCs/>
          <w:color w:val="002060"/>
          <w:sz w:val="24"/>
          <w:szCs w:val="24"/>
        </w:rPr>
        <w:t xml:space="preserve"> Volunteer Training &amp; PPE</w:t>
      </w:r>
      <w:r w:rsidR="003841FB" w:rsidRPr="00942A4F">
        <w:rPr>
          <w:rFonts w:ascii="Georgia" w:eastAsia="Times New Roman" w:hAnsi="Georgia" w:cs="Times New Roman"/>
          <w:b/>
          <w:bCs/>
          <w:color w:val="002060"/>
          <w:sz w:val="24"/>
          <w:szCs w:val="24"/>
        </w:rPr>
        <w:br/>
        <w:t xml:space="preserve">• </w:t>
      </w:r>
      <w:r w:rsidR="003841FB" w:rsidRPr="00942A4F">
        <w:rPr>
          <w:rFonts w:ascii="Segoe UI Emoji" w:eastAsia="Times New Roman" w:hAnsi="Segoe UI Emoji" w:cs="Segoe UI Emoji"/>
          <w:b/>
          <w:bCs/>
          <w:color w:val="002060"/>
          <w:sz w:val="24"/>
          <w:szCs w:val="24"/>
        </w:rPr>
        <w:t>🏢</w:t>
      </w:r>
      <w:r w:rsidR="003841FB" w:rsidRPr="00942A4F">
        <w:rPr>
          <w:rFonts w:ascii="Georgia" w:eastAsia="Times New Roman" w:hAnsi="Georgia" w:cs="Times New Roman"/>
          <w:b/>
          <w:bCs/>
          <w:color w:val="002060"/>
          <w:sz w:val="24"/>
          <w:szCs w:val="24"/>
        </w:rPr>
        <w:t xml:space="preserve"> Administrative Infrastructure</w:t>
      </w:r>
    </w:p>
    <w:p w14:paraId="5BC6F0A6" w14:textId="07FEDFB5" w:rsidR="003841FB" w:rsidRPr="00942A4F" w:rsidRDefault="007454F0" w:rsidP="003841FB">
      <w:pPr>
        <w:numPr>
          <w:ilvl w:val="0"/>
          <w:numId w:val="10"/>
        </w:numPr>
        <w:spacing w:before="100" w:beforeAutospacing="1" w:after="120" w:line="240" w:lineRule="auto"/>
        <w:rPr>
          <w:rFonts w:ascii="Georgia" w:eastAsia="Times New Roman" w:hAnsi="Georgia" w:cs="Times New Roman"/>
          <w:b/>
          <w:bCs/>
          <w:color w:val="002060"/>
          <w:sz w:val="24"/>
          <w:szCs w:val="24"/>
        </w:rPr>
      </w:pPr>
      <w:r>
        <w:rPr>
          <w:rFonts w:ascii="Georgia" w:eastAsia="Times New Roman" w:hAnsi="Georgia" w:cs="Times New Roman"/>
          <w:b/>
          <w:bCs/>
          <w:noProof/>
          <w:color w:val="002060"/>
          <w:sz w:val="24"/>
          <w:szCs w:val="24"/>
        </w:rPr>
        <mc:AlternateContent>
          <mc:Choice Requires="wpi">
            <w:drawing>
              <wp:anchor distT="0" distB="0" distL="114300" distR="114300" simplePos="0" relativeHeight="251708416" behindDoc="0" locked="0" layoutInCell="1" allowOverlap="1" wp14:anchorId="57D8C5BF" wp14:editId="5133DCB0">
                <wp:simplePos x="0" y="0"/>
                <wp:positionH relativeFrom="column">
                  <wp:posOffset>4795</wp:posOffset>
                </wp:positionH>
                <wp:positionV relativeFrom="paragraph">
                  <wp:posOffset>189567</wp:posOffset>
                </wp:positionV>
                <wp:extent cx="6876360" cy="360"/>
                <wp:effectExtent l="114300" t="190500" r="115570" b="190500"/>
                <wp:wrapNone/>
                <wp:docPr id="98958976" name="Ink 94"/>
                <wp:cNvGraphicFramePr/>
                <a:graphic xmlns:a="http://schemas.openxmlformats.org/drawingml/2006/main">
                  <a:graphicData uri="http://schemas.microsoft.com/office/word/2010/wordprocessingInk">
                    <w14:contentPart bwMode="auto" r:id="rId96">
                      <w14:nvContentPartPr>
                        <w14:cNvContentPartPr/>
                      </w14:nvContentPartPr>
                      <w14:xfrm>
                        <a:off x="0" y="0"/>
                        <a:ext cx="6876360" cy="360"/>
                      </w14:xfrm>
                    </w14:contentPart>
                  </a:graphicData>
                </a:graphic>
              </wp:anchor>
            </w:drawing>
          </mc:Choice>
          <mc:Fallback>
            <w:pict>
              <v:shape w14:anchorId="56248DC4" id="Ink 94" o:spid="_x0000_s1026" type="#_x0000_t75" style="position:absolute;margin-left:-5.25pt;margin-top:3.65pt;width:552.8pt;height:22.7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">
                <v:imagedata r:id="rId97" o:title=""/>
              </v:shape>
            </w:pict>
          </mc:Fallback>
        </mc:AlternateContent>
      </w:r>
      <w:r w:rsidR="003841FB" w:rsidRPr="00942A4F">
        <w:rPr>
          <w:rFonts w:ascii="Georgia" w:eastAsia="Times New Roman" w:hAnsi="Georgia" w:cs="Times New Roman"/>
          <w:b/>
          <w:bCs/>
          <w:color w:val="002060"/>
          <w:sz w:val="24"/>
          <w:szCs w:val="24"/>
        </w:rPr>
        <w:t>Computers, printers, office supplies, communication tools</w:t>
      </w:r>
    </w:p>
    <w:p w14:paraId="7A0AED70" w14:textId="78E4A1E5" w:rsidR="003841FB" w:rsidRPr="00942A4F" w:rsidRDefault="007454F0" w:rsidP="003841FB">
      <w:pPr>
        <w:numPr>
          <w:ilvl w:val="0"/>
          <w:numId w:val="10"/>
        </w:numPr>
        <w:spacing w:before="100" w:beforeAutospacing="1" w:after="120" w:line="240" w:lineRule="auto"/>
        <w:rPr>
          <w:rFonts w:ascii="Georgia" w:eastAsia="Times New Roman" w:hAnsi="Georgia" w:cs="Times New Roman"/>
          <w:b/>
          <w:bCs/>
          <w:color w:val="002060"/>
          <w:sz w:val="24"/>
          <w:szCs w:val="24"/>
        </w:rPr>
      </w:pPr>
      <w:r>
        <w:rPr>
          <w:rFonts w:ascii="Georgia" w:eastAsia="Times New Roman" w:hAnsi="Georgia" w:cs="Times New Roman"/>
          <w:b/>
          <w:bCs/>
          <w:noProof/>
          <w:color w:val="002060"/>
          <w:sz w:val="24"/>
          <w:szCs w:val="24"/>
        </w:rPr>
        <mc:AlternateContent>
          <mc:Choice Requires="wpi">
            <w:drawing>
              <wp:anchor distT="0" distB="0" distL="114300" distR="114300" simplePos="0" relativeHeight="251709440" behindDoc="0" locked="0" layoutInCell="1" allowOverlap="1" wp14:anchorId="7623C40D" wp14:editId="51991353">
                <wp:simplePos x="0" y="0"/>
                <wp:positionH relativeFrom="column">
                  <wp:posOffset>-4925</wp:posOffset>
                </wp:positionH>
                <wp:positionV relativeFrom="paragraph">
                  <wp:posOffset>171132</wp:posOffset>
                </wp:positionV>
                <wp:extent cx="6875280" cy="360"/>
                <wp:effectExtent l="114300" t="190500" r="116205" b="190500"/>
                <wp:wrapNone/>
                <wp:docPr id="1169724250" name="Ink 95"/>
                <wp:cNvGraphicFramePr/>
                <a:graphic xmlns:a="http://schemas.openxmlformats.org/drawingml/2006/main">
                  <a:graphicData uri="http://schemas.microsoft.com/office/word/2010/wordprocessingInk">
                    <w14:contentPart bwMode="auto" r:id="rId98">
                      <w14:nvContentPartPr>
                        <w14:cNvContentPartPr/>
                      </w14:nvContentPartPr>
                      <w14:xfrm>
                        <a:off x="0" y="0"/>
                        <a:ext cx="6875280" cy="360"/>
                      </w14:xfrm>
                    </w14:contentPart>
                  </a:graphicData>
                </a:graphic>
              </wp:anchor>
            </w:drawing>
          </mc:Choice>
          <mc:Fallback>
            <w:pict>
              <v:shape w14:anchorId="3193C023" id="Ink 95" o:spid="_x0000_s1026" type="#_x0000_t75" style="position:absolute;margin-left:-6.05pt;margin-top:2.15pt;width:552.65pt;height:22.7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">
                <v:imagedata r:id="rId99" o:title=""/>
              </v:shape>
            </w:pict>
          </mc:Fallback>
        </mc:AlternateContent>
      </w:r>
      <w:r w:rsidR="003841FB" w:rsidRPr="00942A4F">
        <w:rPr>
          <w:rFonts w:ascii="Georgia" w:eastAsia="Times New Roman" w:hAnsi="Georgia" w:cs="Times New Roman"/>
          <w:b/>
          <w:bCs/>
          <w:color w:val="002060"/>
          <w:sz w:val="24"/>
          <w:szCs w:val="24"/>
        </w:rPr>
        <w:t>Filing systems, secure document storage, and clerical materials</w:t>
      </w:r>
    </w:p>
    <w:p w14:paraId="1043D96D" w14:textId="7954C511" w:rsidR="003841FB" w:rsidRPr="00942A4F" w:rsidRDefault="007454F0" w:rsidP="003841FB">
      <w:pPr>
        <w:numPr>
          <w:ilvl w:val="0"/>
          <w:numId w:val="10"/>
        </w:numPr>
        <w:spacing w:before="100" w:beforeAutospacing="1" w:after="120" w:line="240" w:lineRule="auto"/>
        <w:ind w:left="648"/>
        <w:rPr>
          <w:rFonts w:ascii="Georgia" w:eastAsia="Times New Roman" w:hAnsi="Georgia" w:cs="Times New Roman"/>
          <w:b/>
          <w:bCs/>
          <w:color w:val="002060"/>
          <w:sz w:val="24"/>
          <w:szCs w:val="24"/>
        </w:rPr>
      </w:pPr>
      <w:r>
        <w:rPr>
          <w:rFonts w:ascii="Georgia" w:eastAsia="Times New Roman" w:hAnsi="Georgia" w:cs="Times New Roman"/>
          <w:b/>
          <w:bCs/>
          <w:noProof/>
          <w:color w:val="002060"/>
          <w:sz w:val="24"/>
          <w:szCs w:val="24"/>
        </w:rPr>
        <mc:AlternateContent>
          <mc:Choice Requires="wpi">
            <w:drawing>
              <wp:anchor distT="0" distB="0" distL="114300" distR="114300" simplePos="0" relativeHeight="251710464" behindDoc="0" locked="0" layoutInCell="1" allowOverlap="1" wp14:anchorId="44191270" wp14:editId="03D8CE39">
                <wp:simplePos x="0" y="0"/>
                <wp:positionH relativeFrom="column">
                  <wp:posOffset>-15365</wp:posOffset>
                </wp:positionH>
                <wp:positionV relativeFrom="paragraph">
                  <wp:posOffset>143252</wp:posOffset>
                </wp:positionV>
                <wp:extent cx="6890760" cy="360"/>
                <wp:effectExtent l="114300" t="190500" r="120015" b="190500"/>
                <wp:wrapNone/>
                <wp:docPr id="2017959971" name="Ink 96"/>
                <wp:cNvGraphicFramePr/>
                <a:graphic xmlns:a="http://schemas.openxmlformats.org/drawingml/2006/main">
                  <a:graphicData uri="http://schemas.microsoft.com/office/word/2010/wordprocessingInk">
                    <w14:contentPart bwMode="auto" r:id="rId100">
                      <w14:nvContentPartPr>
                        <w14:cNvContentPartPr/>
                      </w14:nvContentPartPr>
                      <w14:xfrm>
                        <a:off x="0" y="0"/>
                        <a:ext cx="6890760" cy="360"/>
                      </w14:xfrm>
                    </w14:contentPart>
                  </a:graphicData>
                </a:graphic>
              </wp:anchor>
            </w:drawing>
          </mc:Choice>
          <mc:Fallback>
            <w:pict>
              <v:shape w14:anchorId="7D00982D" id="Ink 96" o:spid="_x0000_s1026" type="#_x0000_t75" style="position:absolute;margin-left:-6.85pt;margin-top:0;width:553.95pt;height:22.75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">
                <v:imagedata r:id="rId101" o:title=""/>
              </v:shape>
            </w:pict>
          </mc:Fallback>
        </mc:AlternateContent>
      </w:r>
      <w:r w:rsidR="003841FB" w:rsidRPr="00942A4F">
        <w:rPr>
          <w:rFonts w:ascii="Georgia" w:eastAsia="Times New Roman" w:hAnsi="Georgia" w:cs="Times New Roman"/>
          <w:b/>
          <w:bCs/>
          <w:color w:val="002060"/>
          <w:sz w:val="24"/>
          <w:szCs w:val="24"/>
        </w:rPr>
        <w:t>Space for operations, documentation, and volunteer coordination</w:t>
      </w:r>
    </w:p>
    <w:p w14:paraId="15F8E844" w14:textId="6E9F19B6" w:rsidR="003841FB" w:rsidRPr="00942A4F" w:rsidRDefault="007454F0" w:rsidP="003841FB">
      <w:pPr>
        <w:spacing w:before="100" w:beforeAutospacing="1" w:after="120" w:line="240" w:lineRule="auto"/>
        <w:ind w:left="288"/>
        <w:rPr>
          <w:rFonts w:ascii="Georgia" w:eastAsia="Times New Roman" w:hAnsi="Georgia" w:cs="Times New Roman"/>
          <w:b/>
          <w:bCs/>
          <w:color w:val="002060"/>
          <w:sz w:val="24"/>
          <w:szCs w:val="24"/>
        </w:rPr>
      </w:pPr>
      <w:r>
        <w:rPr>
          <w:rFonts w:ascii="Georgia" w:eastAsia="Times New Roman" w:hAnsi="Georgia" w:cs="Times New Roman"/>
          <w:b/>
          <w:bCs/>
          <w:noProof/>
          <w:color w:val="002060"/>
          <w:sz w:val="24"/>
          <w:szCs w:val="24"/>
        </w:rPr>
        <mc:AlternateContent>
          <mc:Choice Requires="wpi">
            <w:drawing>
              <wp:anchor distT="0" distB="0" distL="114300" distR="114300" simplePos="0" relativeHeight="251712512" behindDoc="0" locked="0" layoutInCell="1" allowOverlap="1" wp14:anchorId="68AA3F12" wp14:editId="252250F0">
                <wp:simplePos x="0" y="0"/>
                <wp:positionH relativeFrom="column">
                  <wp:posOffset>-15365</wp:posOffset>
                </wp:positionH>
                <wp:positionV relativeFrom="paragraph">
                  <wp:posOffset>285860</wp:posOffset>
                </wp:positionV>
                <wp:extent cx="6897960" cy="360"/>
                <wp:effectExtent l="114300" t="190500" r="113030" b="190500"/>
                <wp:wrapNone/>
                <wp:docPr id="1436417964" name="Ink 99"/>
                <wp:cNvGraphicFramePr/>
                <a:graphic xmlns:a="http://schemas.openxmlformats.org/drawingml/2006/main">
                  <a:graphicData uri="http://schemas.microsoft.com/office/word/2010/wordprocessingInk">
                    <w14:contentPart bwMode="auto" r:id="rId102">
                      <w14:nvContentPartPr>
                        <w14:cNvContentPartPr/>
                      </w14:nvContentPartPr>
                      <w14:xfrm>
                        <a:off x="0" y="0"/>
                        <a:ext cx="6897960" cy="360"/>
                      </w14:xfrm>
                    </w14:contentPart>
                  </a:graphicData>
                </a:graphic>
              </wp:anchor>
            </w:drawing>
          </mc:Choice>
          <mc:Fallback>
            <w:pict>
              <v:shape w14:anchorId="7B535660" id="Ink 99" o:spid="_x0000_s1026" type="#_x0000_t75" style="position:absolute;margin-left:-6.85pt;margin-top:11.15pt;width:554.5pt;height:22.7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">
                <v:imagedata r:id="rId103" o:title=""/>
              </v:shape>
            </w:pict>
          </mc:Fallback>
        </mc:AlternateContent>
      </w:r>
      <w:r>
        <w:rPr>
          <w:rFonts w:ascii="Georgia" w:eastAsia="Times New Roman" w:hAnsi="Georgia" w:cs="Times New Roman"/>
          <w:b/>
          <w:bCs/>
          <w:noProof/>
          <w:color w:val="002060"/>
          <w:sz w:val="24"/>
          <w:szCs w:val="24"/>
        </w:rPr>
        <mc:AlternateContent>
          <mc:Choice Requires="wpi">
            <w:drawing>
              <wp:anchor distT="0" distB="0" distL="114300" distR="114300" simplePos="0" relativeHeight="251711488" behindDoc="0" locked="0" layoutInCell="1" allowOverlap="1" wp14:anchorId="70457295" wp14:editId="3A141917">
                <wp:simplePos x="0" y="0"/>
                <wp:positionH relativeFrom="column">
                  <wp:posOffset>-15365</wp:posOffset>
                </wp:positionH>
                <wp:positionV relativeFrom="paragraph">
                  <wp:posOffset>74540</wp:posOffset>
                </wp:positionV>
                <wp:extent cx="6893280" cy="360"/>
                <wp:effectExtent l="114300" t="190500" r="117475" b="190500"/>
                <wp:wrapNone/>
                <wp:docPr id="380803636" name="Ink 98"/>
                <wp:cNvGraphicFramePr/>
                <a:graphic xmlns:a="http://schemas.openxmlformats.org/drawingml/2006/main">
                  <a:graphicData uri="http://schemas.microsoft.com/office/word/2010/wordprocessingInk">
                    <w14:contentPart bwMode="auto" r:id="rId104">
                      <w14:nvContentPartPr>
                        <w14:cNvContentPartPr/>
                      </w14:nvContentPartPr>
                      <w14:xfrm>
                        <a:off x="0" y="0"/>
                        <a:ext cx="6893280" cy="360"/>
                      </w14:xfrm>
                    </w14:contentPart>
                  </a:graphicData>
                </a:graphic>
              </wp:anchor>
            </w:drawing>
          </mc:Choice>
          <mc:Fallback>
            <w:pict>
              <v:shape w14:anchorId="0051F8CB" id="Ink 98" o:spid="_x0000_s1026" type="#_x0000_t75" style="position:absolute;margin-left:-6.85pt;margin-top:-5.45pt;width:554.15pt;height:22.7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">
                <v:imagedata r:id="rId105" o:title=""/>
              </v:shape>
            </w:pict>
          </mc:Fallback>
        </mc:AlternateContent>
      </w:r>
      <w:r w:rsidR="003841FB" w:rsidRPr="00942A4F">
        <w:rPr>
          <w:rFonts w:ascii="Georgia" w:eastAsia="Times New Roman" w:hAnsi="Georgia" w:cs="Times New Roman"/>
          <w:b/>
          <w:bCs/>
          <w:color w:val="002060"/>
          <w:sz w:val="24"/>
          <w:szCs w:val="24"/>
        </w:rPr>
        <w:t xml:space="preserve">• </w:t>
      </w:r>
      <w:r w:rsidR="003841FB" w:rsidRPr="00942A4F">
        <w:rPr>
          <w:rFonts w:ascii="Segoe UI Emoji" w:eastAsia="Times New Roman" w:hAnsi="Segoe UI Emoji" w:cs="Segoe UI Emoji"/>
          <w:b/>
          <w:bCs/>
          <w:color w:val="002060"/>
          <w:sz w:val="24"/>
          <w:szCs w:val="24"/>
        </w:rPr>
        <w:t>🎉</w:t>
      </w:r>
      <w:r w:rsidR="003841FB" w:rsidRPr="00942A4F">
        <w:rPr>
          <w:rFonts w:ascii="Georgia" w:eastAsia="Times New Roman" w:hAnsi="Georgia" w:cs="Times New Roman"/>
          <w:b/>
          <w:bCs/>
          <w:color w:val="002060"/>
          <w:sz w:val="24"/>
          <w:szCs w:val="24"/>
        </w:rPr>
        <w:t xml:space="preserve"> Community Events &amp; Child Empowerment Activities</w:t>
      </w:r>
    </w:p>
    <w:p w14:paraId="08F33EFD" w14:textId="071D8DCE" w:rsidR="003841FB" w:rsidRPr="00942A4F" w:rsidRDefault="007454F0" w:rsidP="003841FB">
      <w:pPr>
        <w:spacing w:beforeAutospacing="1" w:after="100" w:afterAutospacing="1" w:line="240" w:lineRule="auto"/>
        <w:rPr>
          <w:rFonts w:ascii="Georgia" w:eastAsia="Times New Roman" w:hAnsi="Georgia" w:cs="Times New Roman"/>
          <w:b/>
          <w:bCs/>
          <w:color w:val="002060"/>
          <w:sz w:val="24"/>
          <w:szCs w:val="24"/>
        </w:rPr>
      </w:pPr>
      <w:r>
        <w:rPr>
          <w:rFonts w:ascii="Georgia" w:eastAsia="Times New Roman" w:hAnsi="Georgia" w:cs="Times New Roman"/>
          <w:b/>
          <w:bCs/>
          <w:noProof/>
          <w:color w:val="002060"/>
          <w:sz w:val="24"/>
          <w:szCs w:val="24"/>
        </w:rPr>
        <mc:AlternateContent>
          <mc:Choice Requires="wpi">
            <w:drawing>
              <wp:anchor distT="0" distB="0" distL="114300" distR="114300" simplePos="0" relativeHeight="251715584" behindDoc="0" locked="0" layoutInCell="1" allowOverlap="1" wp14:anchorId="13D5D8BA" wp14:editId="0B231210">
                <wp:simplePos x="0" y="0"/>
                <wp:positionH relativeFrom="column">
                  <wp:posOffset>-15365</wp:posOffset>
                </wp:positionH>
                <wp:positionV relativeFrom="paragraph">
                  <wp:posOffset>528485</wp:posOffset>
                </wp:positionV>
                <wp:extent cx="6896880" cy="360"/>
                <wp:effectExtent l="114300" t="190500" r="113665" b="190500"/>
                <wp:wrapNone/>
                <wp:docPr id="1515561887" name="Ink 103"/>
                <wp:cNvGraphicFramePr/>
                <a:graphic xmlns:a="http://schemas.openxmlformats.org/drawingml/2006/main">
                  <a:graphicData uri="http://schemas.microsoft.com/office/word/2010/wordprocessingInk">
                    <w14:contentPart bwMode="auto" r:id="rId106">
                      <w14:nvContentPartPr>
                        <w14:cNvContentPartPr/>
                      </w14:nvContentPartPr>
                      <w14:xfrm>
                        <a:off x="0" y="0"/>
                        <a:ext cx="6896880" cy="360"/>
                      </w14:xfrm>
                    </w14:contentPart>
                  </a:graphicData>
                </a:graphic>
              </wp:anchor>
            </w:drawing>
          </mc:Choice>
          <mc:Fallback>
            <w:pict>
              <v:shape w14:anchorId="48E14895" id="Ink 103" o:spid="_x0000_s1026" type="#_x0000_t75" style="position:absolute;margin-left:-6.85pt;margin-top:30.25pt;width:554.35pt;height:22.7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">
                <v:imagedata r:id="rId107" o:title=""/>
              </v:shape>
            </w:pict>
          </mc:Fallback>
        </mc:AlternateContent>
      </w:r>
      <w:r>
        <w:rPr>
          <w:rFonts w:ascii="Georgia" w:eastAsia="Times New Roman" w:hAnsi="Georgia" w:cs="Times New Roman"/>
          <w:b/>
          <w:bCs/>
          <w:noProof/>
          <w:color w:val="002060"/>
          <w:sz w:val="24"/>
          <w:szCs w:val="24"/>
        </w:rPr>
        <mc:AlternateContent>
          <mc:Choice Requires="wpi">
            <w:drawing>
              <wp:anchor distT="0" distB="0" distL="114300" distR="114300" simplePos="0" relativeHeight="251714560" behindDoc="0" locked="0" layoutInCell="1" allowOverlap="1" wp14:anchorId="6D46DE3D" wp14:editId="76FC9A69">
                <wp:simplePos x="0" y="0"/>
                <wp:positionH relativeFrom="column">
                  <wp:posOffset>-4925</wp:posOffset>
                </wp:positionH>
                <wp:positionV relativeFrom="paragraph">
                  <wp:posOffset>317165</wp:posOffset>
                </wp:positionV>
                <wp:extent cx="6890040" cy="360"/>
                <wp:effectExtent l="114300" t="190500" r="120650" b="190500"/>
                <wp:wrapNone/>
                <wp:docPr id="1080617363" name="Ink 102"/>
                <wp:cNvGraphicFramePr/>
                <a:graphic xmlns:a="http://schemas.openxmlformats.org/drawingml/2006/main">
                  <a:graphicData uri="http://schemas.microsoft.com/office/word/2010/wordprocessingInk">
                    <w14:contentPart bwMode="auto" r:id="rId108">
                      <w14:nvContentPartPr>
                        <w14:cNvContentPartPr/>
                      </w14:nvContentPartPr>
                      <w14:xfrm>
                        <a:off x="0" y="0"/>
                        <a:ext cx="6890040" cy="360"/>
                      </w14:xfrm>
                    </w14:contentPart>
                  </a:graphicData>
                </a:graphic>
              </wp:anchor>
            </w:drawing>
          </mc:Choice>
          <mc:Fallback>
            <w:pict>
              <v:shape w14:anchorId="0B797C85" id="Ink 102" o:spid="_x0000_s1026" type="#_x0000_t75" style="position:absolute;margin-left:-6.05pt;margin-top:13.65pt;width:553.85pt;height:22.75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">
                <v:imagedata r:id="rId109" o:title=""/>
              </v:shape>
            </w:pict>
          </mc:Fallback>
        </mc:AlternateContent>
      </w:r>
      <w:r>
        <w:rPr>
          <w:rFonts w:ascii="Georgia" w:eastAsia="Times New Roman" w:hAnsi="Georgia" w:cs="Times New Roman"/>
          <w:b/>
          <w:bCs/>
          <w:noProof/>
          <w:color w:val="002060"/>
          <w:sz w:val="24"/>
          <w:szCs w:val="24"/>
        </w:rPr>
        <mc:AlternateContent>
          <mc:Choice Requires="wpi">
            <w:drawing>
              <wp:anchor distT="0" distB="0" distL="114300" distR="114300" simplePos="0" relativeHeight="251713536" behindDoc="0" locked="0" layoutInCell="1" allowOverlap="1" wp14:anchorId="392BD16F" wp14:editId="564BADC1">
                <wp:simplePos x="0" y="0"/>
                <wp:positionH relativeFrom="column">
                  <wp:posOffset>-15365</wp:posOffset>
                </wp:positionH>
                <wp:positionV relativeFrom="paragraph">
                  <wp:posOffset>116285</wp:posOffset>
                </wp:positionV>
                <wp:extent cx="6897960" cy="360"/>
                <wp:effectExtent l="114300" t="190500" r="113030" b="190500"/>
                <wp:wrapNone/>
                <wp:docPr id="1456483572" name="Ink 100"/>
                <wp:cNvGraphicFramePr/>
                <a:graphic xmlns:a="http://schemas.openxmlformats.org/drawingml/2006/main">
                  <a:graphicData uri="http://schemas.microsoft.com/office/word/2010/wordprocessingInk">
                    <w14:contentPart bwMode="auto" r:id="rId110">
                      <w14:nvContentPartPr>
                        <w14:cNvContentPartPr/>
                      </w14:nvContentPartPr>
                      <w14:xfrm>
                        <a:off x="0" y="0"/>
                        <a:ext cx="6897960" cy="360"/>
                      </w14:xfrm>
                    </w14:contentPart>
                  </a:graphicData>
                </a:graphic>
              </wp:anchor>
            </w:drawing>
          </mc:Choice>
          <mc:Fallback>
            <w:pict>
              <v:shape w14:anchorId="19562E18" id="Ink 100" o:spid="_x0000_s1026" type="#_x0000_t75" style="position:absolute;margin-left:-6.85pt;margin-top:-2.15pt;width:554.5pt;height:22.7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">
                <v:imagedata r:id="rId103" o:title=""/>
              </v:shape>
            </w:pict>
          </mc:Fallback>
        </mc:AlternateContent>
      </w:r>
      <w:r w:rsidR="003841FB" w:rsidRPr="00942A4F">
        <w:rPr>
          <w:rFonts w:ascii="Georgia" w:eastAsia="Times New Roman" w:hAnsi="Georgia" w:cs="Times New Roman"/>
          <w:b/>
          <w:bCs/>
          <w:color w:val="002060"/>
          <w:sz w:val="24"/>
          <w:szCs w:val="24"/>
        </w:rPr>
        <w:t>No donation is wasted. Every dollar builds a safer, stronger system of child protection and advocacy.</w:t>
      </w:r>
    </w:p>
    <w:p w14:paraId="76C431EB" w14:textId="331185CB" w:rsidR="003841FB" w:rsidRPr="00EC1ADD" w:rsidRDefault="001A17C8" w:rsidP="003841FB">
      <w:pPr>
        <w:spacing w:before="100" w:beforeAutospacing="1" w:after="100" w:afterAutospacing="1" w:line="240" w:lineRule="auto"/>
        <w:jc w:val="center"/>
        <w:outlineLvl w:val="1"/>
        <w:rPr>
          <w:rFonts w:ascii="Georgia" w:eastAsia="Times New Roman" w:hAnsi="Georgia" w:cs="Times New Roman"/>
          <w:b/>
          <w:bCs/>
          <w:color w:val="002060"/>
          <w:sz w:val="36"/>
          <w:szCs w:val="36"/>
        </w:rPr>
      </w:pPr>
      <w:r>
        <w:rPr>
          <w:rFonts w:ascii="Segoe UI Emoji" w:eastAsia="Times New Roman" w:hAnsi="Segoe UI Emoji" w:cs="Segoe UI Emoji"/>
          <w:b/>
          <w:bCs/>
          <w:noProof/>
          <w:color w:val="002060"/>
          <w:sz w:val="36"/>
          <w:szCs w:val="36"/>
        </w:rPr>
        <mc:AlternateContent>
          <mc:Choice Requires="wpi">
            <w:drawing>
              <wp:anchor distT="0" distB="0" distL="114300" distR="114300" simplePos="0" relativeHeight="251751424" behindDoc="0" locked="0" layoutInCell="1" allowOverlap="1" wp14:anchorId="42469BFB" wp14:editId="2D882BBA">
                <wp:simplePos x="0" y="0"/>
                <wp:positionH relativeFrom="column">
                  <wp:posOffset>-4925</wp:posOffset>
                </wp:positionH>
                <wp:positionV relativeFrom="paragraph">
                  <wp:posOffset>444756</wp:posOffset>
                </wp:positionV>
                <wp:extent cx="6871320" cy="360"/>
                <wp:effectExtent l="114300" t="190500" r="120650" b="190500"/>
                <wp:wrapNone/>
                <wp:docPr id="284139696" name="Ink 158"/>
                <wp:cNvGraphicFramePr/>
                <a:graphic xmlns:a="http://schemas.openxmlformats.org/drawingml/2006/main">
                  <a:graphicData uri="http://schemas.microsoft.com/office/word/2010/wordprocessingInk">
                    <w14:contentPart bwMode="auto" r:id="rId111">
                      <w14:nvContentPartPr>
                        <w14:cNvContentPartPr/>
                      </w14:nvContentPartPr>
                      <w14:xfrm>
                        <a:off x="0" y="0"/>
                        <a:ext cx="6871320" cy="360"/>
                      </w14:xfrm>
                    </w14:contentPart>
                  </a:graphicData>
                </a:graphic>
              </wp:anchor>
            </w:drawing>
          </mc:Choice>
          <mc:Fallback>
            <w:pict>
              <v:shape w14:anchorId="526BA2E7" id="Ink 158" o:spid="_x0000_s1026" type="#_x0000_t75" style="position:absolute;margin-left:-6.05pt;margin-top:23.7pt;width:552.4pt;height:22.75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">
                <v:imagedata r:id="rId112" o:title=""/>
              </v:shape>
            </w:pict>
          </mc:Fallback>
        </mc:AlternateContent>
      </w:r>
      <w:r>
        <w:rPr>
          <w:rFonts w:ascii="Segoe UI Emoji" w:eastAsia="Times New Roman" w:hAnsi="Segoe UI Emoji" w:cs="Segoe UI Emoji"/>
          <w:b/>
          <w:bCs/>
          <w:noProof/>
          <w:color w:val="002060"/>
          <w:sz w:val="36"/>
          <w:szCs w:val="36"/>
        </w:rPr>
        <mc:AlternateContent>
          <mc:Choice Requires="wpi">
            <w:drawing>
              <wp:anchor distT="0" distB="0" distL="114300" distR="114300" simplePos="0" relativeHeight="251750400" behindDoc="0" locked="0" layoutInCell="1" allowOverlap="1" wp14:anchorId="593F4091" wp14:editId="5C6EBAEA">
                <wp:simplePos x="0" y="0"/>
                <wp:positionH relativeFrom="column">
                  <wp:posOffset>-15365</wp:posOffset>
                </wp:positionH>
                <wp:positionV relativeFrom="paragraph">
                  <wp:posOffset>163596</wp:posOffset>
                </wp:positionV>
                <wp:extent cx="6908760" cy="360"/>
                <wp:effectExtent l="114300" t="190500" r="121285" b="190500"/>
                <wp:wrapNone/>
                <wp:docPr id="728865801" name="Ink 157"/>
                <wp:cNvGraphicFramePr/>
                <a:graphic xmlns:a="http://schemas.openxmlformats.org/drawingml/2006/main">
                  <a:graphicData uri="http://schemas.microsoft.com/office/word/2010/wordprocessingInk">
                    <w14:contentPart bwMode="auto" r:id="rId113">
                      <w14:nvContentPartPr>
                        <w14:cNvContentPartPr/>
                      </w14:nvContentPartPr>
                      <w14:xfrm>
                        <a:off x="0" y="0"/>
                        <a:ext cx="6908760" cy="360"/>
                      </w14:xfrm>
                    </w14:contentPart>
                  </a:graphicData>
                </a:graphic>
              </wp:anchor>
            </w:drawing>
          </mc:Choice>
          <mc:Fallback>
            <w:pict>
              <v:shape w14:anchorId="2FBC16D8" id="Ink 157" o:spid="_x0000_s1026" type="#_x0000_t75" style="position:absolute;margin-left:-6.85pt;margin-top:1.55pt;width:555.35pt;height:22.75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">
                <v:imagedata r:id="rId114" o:title=""/>
              </v:shape>
            </w:pict>
          </mc:Fallback>
        </mc:AlternateContent>
      </w:r>
      <w:r w:rsidR="003841FB" w:rsidRPr="001C6094">
        <w:rPr>
          <w:rFonts w:ascii="Segoe UI Emoji" w:eastAsia="Times New Roman" w:hAnsi="Segoe UI Emoji" w:cs="Segoe UI Emoji"/>
          <w:b/>
          <w:bCs/>
          <w:color w:val="002060"/>
          <w:sz w:val="36"/>
          <w:szCs w:val="36"/>
        </w:rPr>
        <w:t>🤝</w:t>
      </w:r>
      <w:r w:rsidR="003841FB" w:rsidRPr="001C6094">
        <w:rPr>
          <w:rFonts w:ascii="Georgia" w:eastAsia="Times New Roman" w:hAnsi="Georgia" w:cs="Times New Roman"/>
          <w:b/>
          <w:bCs/>
          <w:color w:val="002060"/>
          <w:sz w:val="36"/>
          <w:szCs w:val="36"/>
        </w:rPr>
        <w:t xml:space="preserve"> Our Partners in Action</w:t>
      </w:r>
    </w:p>
    <w:p w14:paraId="5FBC058C" w14:textId="4EC1BAEE" w:rsidR="003841FB" w:rsidRPr="00942A4F" w:rsidRDefault="001A17C8" w:rsidP="003841FB">
      <w:pPr>
        <w:spacing w:before="100" w:beforeAutospacing="1" w:after="100" w:afterAutospacing="1"/>
        <w:rPr>
          <w:rFonts w:ascii="Georgia" w:eastAsia="Times New Roman" w:hAnsi="Georgia" w:cs="Times New Roman"/>
          <w:b/>
          <w:bCs/>
          <w:color w:val="002060"/>
          <w:sz w:val="24"/>
          <w:szCs w:val="24"/>
        </w:rPr>
      </w:pPr>
      <w:r>
        <w:rPr>
          <w:rFonts w:ascii="Georgia" w:eastAsia="Times New Roman" w:hAnsi="Georgia" w:cs="Times New Roman"/>
          <w:b/>
          <w:bCs/>
          <w:noProof/>
          <w:color w:val="002060"/>
          <w:sz w:val="24"/>
          <w:szCs w:val="24"/>
        </w:rPr>
        <mc:AlternateContent>
          <mc:Choice Requires="wpi">
            <w:drawing>
              <wp:anchor distT="0" distB="0" distL="114300" distR="114300" simplePos="0" relativeHeight="251758592" behindDoc="0" locked="0" layoutInCell="1" allowOverlap="1" wp14:anchorId="792D28E1" wp14:editId="2299F5DB">
                <wp:simplePos x="0" y="0"/>
                <wp:positionH relativeFrom="column">
                  <wp:posOffset>-4925</wp:posOffset>
                </wp:positionH>
                <wp:positionV relativeFrom="paragraph">
                  <wp:posOffset>1631031</wp:posOffset>
                </wp:positionV>
                <wp:extent cx="6882840" cy="360"/>
                <wp:effectExtent l="114300" t="190500" r="108585" b="190500"/>
                <wp:wrapNone/>
                <wp:docPr id="2066856688" name="Ink 166"/>
                <wp:cNvGraphicFramePr/>
                <a:graphic xmlns:a="http://schemas.openxmlformats.org/drawingml/2006/main">
                  <a:graphicData uri="http://schemas.microsoft.com/office/word/2010/wordprocessingInk">
                    <w14:contentPart bwMode="auto" r:id="rId115">
                      <w14:nvContentPartPr>
                        <w14:cNvContentPartPr/>
                      </w14:nvContentPartPr>
                      <w14:xfrm>
                        <a:off x="0" y="0"/>
                        <a:ext cx="6882840" cy="360"/>
                      </w14:xfrm>
                    </w14:contentPart>
                  </a:graphicData>
                </a:graphic>
              </wp:anchor>
            </w:drawing>
          </mc:Choice>
          <mc:Fallback>
            <w:pict>
              <v:shape w14:anchorId="29D48D28" id="Ink 166" o:spid="_x0000_s1026" type="#_x0000_t75" style="position:absolute;margin-left:-6.05pt;margin-top:117.1pt;width:553.25pt;height:22.75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">
                <v:imagedata r:id="rId116" o:title=""/>
              </v:shape>
            </w:pict>
          </mc:Fallback>
        </mc:AlternateContent>
      </w:r>
      <w:r>
        <w:rPr>
          <w:rFonts w:ascii="Georgia" w:eastAsia="Times New Roman" w:hAnsi="Georgia" w:cs="Times New Roman"/>
          <w:b/>
          <w:bCs/>
          <w:noProof/>
          <w:color w:val="002060"/>
          <w:sz w:val="24"/>
          <w:szCs w:val="24"/>
        </w:rPr>
        <mc:AlternateContent>
          <mc:Choice Requires="wpi">
            <w:drawing>
              <wp:anchor distT="0" distB="0" distL="114300" distR="114300" simplePos="0" relativeHeight="251757568" behindDoc="0" locked="0" layoutInCell="1" allowOverlap="1" wp14:anchorId="38FD775B" wp14:editId="42B35DBF">
                <wp:simplePos x="0" y="0"/>
                <wp:positionH relativeFrom="column">
                  <wp:posOffset>-15365</wp:posOffset>
                </wp:positionH>
                <wp:positionV relativeFrom="paragraph">
                  <wp:posOffset>1409991</wp:posOffset>
                </wp:positionV>
                <wp:extent cx="6896520" cy="360"/>
                <wp:effectExtent l="114300" t="190500" r="114300" b="190500"/>
                <wp:wrapNone/>
                <wp:docPr id="1480162332" name="Ink 165"/>
                <wp:cNvGraphicFramePr/>
                <a:graphic xmlns:a="http://schemas.openxmlformats.org/drawingml/2006/main">
                  <a:graphicData uri="http://schemas.microsoft.com/office/word/2010/wordprocessingInk">
                    <w14:contentPart bwMode="auto" r:id="rId117">
                      <w14:nvContentPartPr>
                        <w14:cNvContentPartPr/>
                      </w14:nvContentPartPr>
                      <w14:xfrm>
                        <a:off x="0" y="0"/>
                        <a:ext cx="6896520" cy="360"/>
                      </w14:xfrm>
                    </w14:contentPart>
                  </a:graphicData>
                </a:graphic>
              </wp:anchor>
            </w:drawing>
          </mc:Choice>
          <mc:Fallback>
            <w:pict>
              <v:shape w14:anchorId="317A4365" id="Ink 165" o:spid="_x0000_s1026" type="#_x0000_t75" style="position:absolute;margin-left:-6.85pt;margin-top:99.65pt;width:554.4pt;height:22.75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">
                <v:imagedata r:id="rId118" o:title=""/>
              </v:shape>
            </w:pict>
          </mc:Fallback>
        </mc:AlternateContent>
      </w:r>
      <w:r>
        <w:rPr>
          <w:rFonts w:ascii="Georgia" w:eastAsia="Times New Roman" w:hAnsi="Georgia" w:cs="Times New Roman"/>
          <w:b/>
          <w:bCs/>
          <w:noProof/>
          <w:color w:val="002060"/>
          <w:sz w:val="24"/>
          <w:szCs w:val="24"/>
        </w:rPr>
        <mc:AlternateContent>
          <mc:Choice Requires="wpi">
            <w:drawing>
              <wp:anchor distT="0" distB="0" distL="114300" distR="114300" simplePos="0" relativeHeight="251756544" behindDoc="0" locked="0" layoutInCell="1" allowOverlap="1" wp14:anchorId="0ECDEB89" wp14:editId="5752B478">
                <wp:simplePos x="0" y="0"/>
                <wp:positionH relativeFrom="column">
                  <wp:posOffset>-4925</wp:posOffset>
                </wp:positionH>
                <wp:positionV relativeFrom="paragraph">
                  <wp:posOffset>1168791</wp:posOffset>
                </wp:positionV>
                <wp:extent cx="6883920" cy="360"/>
                <wp:effectExtent l="114300" t="190500" r="127000" b="190500"/>
                <wp:wrapNone/>
                <wp:docPr id="2002953120" name="Ink 164"/>
                <wp:cNvGraphicFramePr/>
                <a:graphic xmlns:a="http://schemas.openxmlformats.org/drawingml/2006/main">
                  <a:graphicData uri="http://schemas.microsoft.com/office/word/2010/wordprocessingInk">
                    <w14:contentPart bwMode="auto" r:id="rId119">
                      <w14:nvContentPartPr>
                        <w14:cNvContentPartPr/>
                      </w14:nvContentPartPr>
                      <w14:xfrm>
                        <a:off x="0" y="0"/>
                        <a:ext cx="6883920" cy="360"/>
                      </w14:xfrm>
                    </w14:contentPart>
                  </a:graphicData>
                </a:graphic>
              </wp:anchor>
            </w:drawing>
          </mc:Choice>
          <mc:Fallback>
            <w:pict>
              <v:shape w14:anchorId="66D08531" id="Ink 164" o:spid="_x0000_s1026" type="#_x0000_t75" style="position:absolute;margin-left:-6.05pt;margin-top:80.7pt;width:553.4pt;height:22.75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">
                <v:imagedata r:id="rId120" o:title=""/>
              </v:shape>
            </w:pict>
          </mc:Fallback>
        </mc:AlternateContent>
      </w:r>
      <w:r>
        <w:rPr>
          <w:rFonts w:ascii="Georgia" w:eastAsia="Times New Roman" w:hAnsi="Georgia" w:cs="Times New Roman"/>
          <w:b/>
          <w:bCs/>
          <w:noProof/>
          <w:color w:val="002060"/>
          <w:sz w:val="24"/>
          <w:szCs w:val="24"/>
        </w:rPr>
        <mc:AlternateContent>
          <mc:Choice Requires="wpi">
            <w:drawing>
              <wp:anchor distT="0" distB="0" distL="114300" distR="114300" simplePos="0" relativeHeight="251755520" behindDoc="0" locked="0" layoutInCell="1" allowOverlap="1" wp14:anchorId="68B4E6B0" wp14:editId="1A862BD1">
                <wp:simplePos x="0" y="0"/>
                <wp:positionH relativeFrom="column">
                  <wp:posOffset>-15365</wp:posOffset>
                </wp:positionH>
                <wp:positionV relativeFrom="paragraph">
                  <wp:posOffset>917511</wp:posOffset>
                </wp:positionV>
                <wp:extent cx="6897600" cy="360"/>
                <wp:effectExtent l="114300" t="190500" r="113030" b="190500"/>
                <wp:wrapNone/>
                <wp:docPr id="2055704451" name="Ink 163"/>
                <wp:cNvGraphicFramePr/>
                <a:graphic xmlns:a="http://schemas.openxmlformats.org/drawingml/2006/main">
                  <a:graphicData uri="http://schemas.microsoft.com/office/word/2010/wordprocessingInk">
                    <w14:contentPart bwMode="auto" r:id="rId121">
                      <w14:nvContentPartPr>
                        <w14:cNvContentPartPr/>
                      </w14:nvContentPartPr>
                      <w14:xfrm>
                        <a:off x="0" y="0"/>
                        <a:ext cx="6897600" cy="360"/>
                      </w14:xfrm>
                    </w14:contentPart>
                  </a:graphicData>
                </a:graphic>
              </wp:anchor>
            </w:drawing>
          </mc:Choice>
          <mc:Fallback>
            <w:pict>
              <v:shape w14:anchorId="13703FD6" id="Ink 163" o:spid="_x0000_s1026" type="#_x0000_t75" style="position:absolute;margin-left:-6.85pt;margin-top:60.9pt;width:554.45pt;height:22.75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">
                <v:imagedata r:id="rId122" o:title=""/>
              </v:shape>
            </w:pict>
          </mc:Fallback>
        </mc:AlternateContent>
      </w:r>
      <w:r>
        <w:rPr>
          <w:rFonts w:ascii="Georgia" w:eastAsia="Times New Roman" w:hAnsi="Georgia" w:cs="Times New Roman"/>
          <w:b/>
          <w:bCs/>
          <w:noProof/>
          <w:color w:val="002060"/>
          <w:sz w:val="24"/>
          <w:szCs w:val="24"/>
        </w:rPr>
        <mc:AlternateContent>
          <mc:Choice Requires="wpi">
            <w:drawing>
              <wp:anchor distT="0" distB="0" distL="114300" distR="114300" simplePos="0" relativeHeight="251754496" behindDoc="0" locked="0" layoutInCell="1" allowOverlap="1" wp14:anchorId="0CAE9DF7" wp14:editId="339230CD">
                <wp:simplePos x="0" y="0"/>
                <wp:positionH relativeFrom="column">
                  <wp:posOffset>-4925</wp:posOffset>
                </wp:positionH>
                <wp:positionV relativeFrom="paragraph">
                  <wp:posOffset>666231</wp:posOffset>
                </wp:positionV>
                <wp:extent cx="6880320" cy="360"/>
                <wp:effectExtent l="114300" t="190500" r="111125" b="190500"/>
                <wp:wrapNone/>
                <wp:docPr id="742349684" name="Ink 162"/>
                <wp:cNvGraphicFramePr/>
                <a:graphic xmlns:a="http://schemas.openxmlformats.org/drawingml/2006/main">
                  <a:graphicData uri="http://schemas.microsoft.com/office/word/2010/wordprocessingInk">
                    <w14:contentPart bwMode="auto" r:id="rId123">
                      <w14:nvContentPartPr>
                        <w14:cNvContentPartPr/>
                      </w14:nvContentPartPr>
                      <w14:xfrm>
                        <a:off x="0" y="0"/>
                        <a:ext cx="6880320" cy="360"/>
                      </w14:xfrm>
                    </w14:contentPart>
                  </a:graphicData>
                </a:graphic>
              </wp:anchor>
            </w:drawing>
          </mc:Choice>
          <mc:Fallback>
            <w:pict>
              <v:shape w14:anchorId="2E7E16E4" id="Ink 162" o:spid="_x0000_s1026" type="#_x0000_t75" style="position:absolute;margin-left:-6.05pt;margin-top:41.15pt;width:553.05pt;height:22.75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">
                <v:imagedata r:id="rId124" o:title=""/>
              </v:shape>
            </w:pict>
          </mc:Fallback>
        </mc:AlternateContent>
      </w:r>
      <w:r>
        <w:rPr>
          <w:rFonts w:ascii="Georgia" w:eastAsia="Times New Roman" w:hAnsi="Georgia" w:cs="Times New Roman"/>
          <w:b/>
          <w:bCs/>
          <w:noProof/>
          <w:color w:val="002060"/>
          <w:sz w:val="24"/>
          <w:szCs w:val="24"/>
        </w:rPr>
        <mc:AlternateContent>
          <mc:Choice Requires="wpi">
            <w:drawing>
              <wp:anchor distT="0" distB="0" distL="114300" distR="114300" simplePos="0" relativeHeight="251753472" behindDoc="0" locked="0" layoutInCell="1" allowOverlap="1" wp14:anchorId="582554B3" wp14:editId="3CF60EFF">
                <wp:simplePos x="0" y="0"/>
                <wp:positionH relativeFrom="column">
                  <wp:posOffset>-4925</wp:posOffset>
                </wp:positionH>
                <wp:positionV relativeFrom="paragraph">
                  <wp:posOffset>414951</wp:posOffset>
                </wp:positionV>
                <wp:extent cx="6892920" cy="360"/>
                <wp:effectExtent l="114300" t="190500" r="118110" b="190500"/>
                <wp:wrapNone/>
                <wp:docPr id="1094555569" name="Ink 161"/>
                <wp:cNvGraphicFramePr/>
                <a:graphic xmlns:a="http://schemas.openxmlformats.org/drawingml/2006/main">
                  <a:graphicData uri="http://schemas.microsoft.com/office/word/2010/wordprocessingInk">
                    <w14:contentPart bwMode="auto" r:id="rId125">
                      <w14:nvContentPartPr>
                        <w14:cNvContentPartPr/>
                      </w14:nvContentPartPr>
                      <w14:xfrm>
                        <a:off x="0" y="0"/>
                        <a:ext cx="6892920" cy="360"/>
                      </w14:xfrm>
                    </w14:contentPart>
                  </a:graphicData>
                </a:graphic>
              </wp:anchor>
            </w:drawing>
          </mc:Choice>
          <mc:Fallback>
            <w:pict>
              <v:shape w14:anchorId="148DF711" id="Ink 161" o:spid="_x0000_s1026" type="#_x0000_t75" style="position:absolute;margin-left:-6.05pt;margin-top:21.35pt;width:554.1pt;height:22.75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">
                <v:imagedata r:id="rId126" o:title=""/>
              </v:shape>
            </w:pict>
          </mc:Fallback>
        </mc:AlternateContent>
      </w:r>
      <w:r>
        <w:rPr>
          <w:rFonts w:ascii="Georgia" w:eastAsia="Times New Roman" w:hAnsi="Georgia" w:cs="Times New Roman"/>
          <w:b/>
          <w:bCs/>
          <w:noProof/>
          <w:color w:val="002060"/>
          <w:sz w:val="24"/>
          <w:szCs w:val="24"/>
        </w:rPr>
        <mc:AlternateContent>
          <mc:Choice Requires="wpi">
            <w:drawing>
              <wp:anchor distT="0" distB="0" distL="114300" distR="114300" simplePos="0" relativeHeight="251752448" behindDoc="0" locked="0" layoutInCell="1" allowOverlap="1" wp14:anchorId="0D2E6587" wp14:editId="59665652">
                <wp:simplePos x="0" y="0"/>
                <wp:positionH relativeFrom="column">
                  <wp:posOffset>-4925</wp:posOffset>
                </wp:positionH>
                <wp:positionV relativeFrom="paragraph">
                  <wp:posOffset>203991</wp:posOffset>
                </wp:positionV>
                <wp:extent cx="6873480" cy="360"/>
                <wp:effectExtent l="114300" t="190500" r="118110" b="190500"/>
                <wp:wrapNone/>
                <wp:docPr id="1733776918" name="Ink 160"/>
                <wp:cNvGraphicFramePr/>
                <a:graphic xmlns:a="http://schemas.openxmlformats.org/drawingml/2006/main">
                  <a:graphicData uri="http://schemas.microsoft.com/office/word/2010/wordprocessingInk">
                    <w14:contentPart bwMode="auto" r:id="rId127">
                      <w14:nvContentPartPr>
                        <w14:cNvContentPartPr/>
                      </w14:nvContentPartPr>
                      <w14:xfrm>
                        <a:off x="0" y="0"/>
                        <a:ext cx="6873480" cy="360"/>
                      </w14:xfrm>
                    </w14:contentPart>
                  </a:graphicData>
                </a:graphic>
              </wp:anchor>
            </w:drawing>
          </mc:Choice>
          <mc:Fallback>
            <w:pict>
              <v:shape w14:anchorId="7E019A7D" id="Ink 160" o:spid="_x0000_s1026" type="#_x0000_t75" style="position:absolute;margin-left:-6.05pt;margin-top:4.75pt;width:552.55pt;height:22.75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">
                <v:imagedata r:id="rId128" o:title=""/>
              </v:shape>
            </w:pict>
          </mc:Fallback>
        </mc:AlternateContent>
      </w:r>
      <w:r w:rsidR="003841FB" w:rsidRPr="00942A4F">
        <w:rPr>
          <w:rFonts w:ascii="Georgia" w:eastAsia="Times New Roman" w:hAnsi="Georgia" w:cs="Times New Roman"/>
          <w:b/>
          <w:bCs/>
          <w:color w:val="002060"/>
          <w:sz w:val="24"/>
          <w:szCs w:val="24"/>
        </w:rPr>
        <w:t>We proudly collaborate with:</w:t>
      </w:r>
      <w:r w:rsidR="003841FB" w:rsidRPr="00942A4F">
        <w:rPr>
          <w:rFonts w:ascii="Georgia" w:eastAsia="Times New Roman" w:hAnsi="Georgia" w:cs="Times New Roman"/>
          <w:b/>
          <w:bCs/>
          <w:color w:val="002060"/>
          <w:sz w:val="24"/>
          <w:szCs w:val="24"/>
        </w:rPr>
        <w:br/>
        <w:t>• Local Businesses – donating backpacks, hygiene kits, print services</w:t>
      </w:r>
      <w:r w:rsidR="003841FB" w:rsidRPr="00942A4F">
        <w:rPr>
          <w:rFonts w:ascii="Georgia" w:eastAsia="Times New Roman" w:hAnsi="Georgia" w:cs="Times New Roman"/>
          <w:b/>
          <w:bCs/>
          <w:color w:val="002060"/>
          <w:sz w:val="24"/>
          <w:szCs w:val="24"/>
        </w:rPr>
        <w:br/>
        <w:t>• Medical Teams – offering free screenings, immunizations, and education</w:t>
      </w:r>
      <w:r w:rsidR="003841FB" w:rsidRPr="00942A4F">
        <w:rPr>
          <w:rFonts w:ascii="Georgia" w:eastAsia="Times New Roman" w:hAnsi="Georgia" w:cs="Times New Roman"/>
          <w:b/>
          <w:bCs/>
          <w:color w:val="002060"/>
          <w:sz w:val="24"/>
          <w:szCs w:val="24"/>
        </w:rPr>
        <w:br/>
        <w:t>• Law Enforcement &amp; Fire – supporting security, mentoring, gang prevention</w:t>
      </w:r>
      <w:r w:rsidR="003841FB" w:rsidRPr="00942A4F">
        <w:rPr>
          <w:rFonts w:ascii="Georgia" w:eastAsia="Times New Roman" w:hAnsi="Georgia" w:cs="Times New Roman"/>
          <w:b/>
          <w:bCs/>
          <w:color w:val="002060"/>
          <w:sz w:val="24"/>
          <w:szCs w:val="24"/>
        </w:rPr>
        <w:br/>
        <w:t>• Churches &amp; Community Centers – offering space and emotional support</w:t>
      </w:r>
      <w:r w:rsidR="003841FB" w:rsidRPr="00942A4F">
        <w:rPr>
          <w:rFonts w:ascii="Georgia" w:eastAsia="Times New Roman" w:hAnsi="Georgia" w:cs="Times New Roman"/>
          <w:b/>
          <w:bCs/>
          <w:color w:val="002060"/>
          <w:sz w:val="24"/>
          <w:szCs w:val="24"/>
        </w:rPr>
        <w:br/>
        <w:t>• Educators – leading trauma-informed sessions and tutoring</w:t>
      </w:r>
      <w:r w:rsidR="003841FB" w:rsidRPr="00942A4F">
        <w:rPr>
          <w:rFonts w:ascii="Georgia" w:eastAsia="Times New Roman" w:hAnsi="Georgia" w:cs="Times New Roman"/>
          <w:b/>
          <w:bCs/>
          <w:color w:val="002060"/>
          <w:sz w:val="24"/>
          <w:szCs w:val="24"/>
        </w:rPr>
        <w:br/>
        <w:t>• Artists &amp; Performers – spreading hope through music and creativity</w:t>
      </w:r>
      <w:r w:rsidR="003841FB" w:rsidRPr="00942A4F">
        <w:rPr>
          <w:rFonts w:ascii="Georgia" w:eastAsia="Times New Roman" w:hAnsi="Georgia" w:cs="Times New Roman"/>
          <w:b/>
          <w:bCs/>
          <w:color w:val="002060"/>
          <w:sz w:val="24"/>
          <w:szCs w:val="24"/>
        </w:rPr>
        <w:br/>
        <w:t>• Tech Companies – providing secure, encrypted registration tools</w:t>
      </w:r>
    </w:p>
    <w:p w14:paraId="4B2DAB65" w14:textId="5EB59ACF" w:rsidR="003841FB" w:rsidRPr="00942A4F" w:rsidRDefault="001A17C8" w:rsidP="003841FB">
      <w:pPr>
        <w:spacing w:after="0" w:line="240" w:lineRule="auto"/>
        <w:rPr>
          <w:rFonts w:ascii="Georgia" w:eastAsia="Times New Roman" w:hAnsi="Georgia" w:cs="Times New Roman"/>
          <w:color w:val="002060"/>
          <w:sz w:val="24"/>
          <w:szCs w:val="24"/>
        </w:rPr>
      </w:pPr>
      <w:r>
        <w:rPr>
          <w:rFonts w:ascii="Georgia" w:eastAsia="Times New Roman" w:hAnsi="Georgia" w:cs="Times New Roman"/>
          <w:noProof/>
          <w:color w:val="002060"/>
          <w:sz w:val="24"/>
          <w:szCs w:val="24"/>
        </w:rPr>
        <mc:AlternateContent>
          <mc:Choice Requires="wpi">
            <w:drawing>
              <wp:anchor distT="0" distB="0" distL="114300" distR="114300" simplePos="0" relativeHeight="251759616" behindDoc="0" locked="0" layoutInCell="1" allowOverlap="1" wp14:anchorId="7800CF76" wp14:editId="666EBD00">
                <wp:simplePos x="0" y="0"/>
                <wp:positionH relativeFrom="column">
                  <wp:posOffset>4795</wp:posOffset>
                </wp:positionH>
                <wp:positionV relativeFrom="paragraph">
                  <wp:posOffset>1051</wp:posOffset>
                </wp:positionV>
                <wp:extent cx="6899040" cy="360"/>
                <wp:effectExtent l="114300" t="190500" r="111760" b="190500"/>
                <wp:wrapNone/>
                <wp:docPr id="588968099" name="Ink 167"/>
                <wp:cNvGraphicFramePr/>
                <a:graphic xmlns:a="http://schemas.openxmlformats.org/drawingml/2006/main">
                  <a:graphicData uri="http://schemas.microsoft.com/office/word/2010/wordprocessingInk">
                    <w14:contentPart bwMode="auto" r:id="rId129">
                      <w14:nvContentPartPr>
                        <w14:cNvContentPartPr/>
                      </w14:nvContentPartPr>
                      <w14:xfrm>
                        <a:off x="0" y="0"/>
                        <a:ext cx="6899040" cy="360"/>
                      </w14:xfrm>
                    </w14:contentPart>
                  </a:graphicData>
                </a:graphic>
              </wp:anchor>
            </w:drawing>
          </mc:Choice>
          <mc:Fallback>
            <w:pict>
              <v:shape w14:anchorId="638B40A6" id="Ink 167" o:spid="_x0000_s1026" type="#_x0000_t75" style="position:absolute;margin-left:-5.25pt;margin-top:-11.2pt;width:554.6pt;height:22.75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">
                <v:imagedata r:id="rId130" o:title=""/>
              </v:shape>
            </w:pict>
          </mc:Fallback>
        </mc:AlternateContent>
      </w:r>
      <w:r w:rsidR="00000000">
        <w:rPr>
          <w:rFonts w:ascii="Georgia" w:eastAsia="Times New Roman" w:hAnsi="Georgia" w:cs="Times New Roman"/>
          <w:color w:val="002060"/>
          <w:sz w:val="24"/>
          <w:szCs w:val="24"/>
        </w:rPr>
        <w:pict w14:anchorId="5431B863">
          <v:rect id="_x0000_i1025" style="width:0;height:1.5pt" o:hralign="center" o:bullet="t" o:hrstd="t" o:hr="t" fillcolor="#a0a0a0" stroked="f"/>
        </w:pict>
      </w:r>
    </w:p>
    <w:p w14:paraId="32150BDF" w14:textId="57B75CB2" w:rsidR="003841FB" w:rsidRPr="00EC1ADD" w:rsidRDefault="001A17C8" w:rsidP="003841FB">
      <w:pPr>
        <w:spacing w:before="100" w:beforeAutospacing="1" w:after="100" w:afterAutospacing="1" w:line="240" w:lineRule="auto"/>
        <w:jc w:val="center"/>
        <w:outlineLvl w:val="1"/>
        <w:rPr>
          <w:rFonts w:ascii="Georgia" w:eastAsia="Times New Roman" w:hAnsi="Georgia" w:cs="Times New Roman"/>
          <w:b/>
          <w:bCs/>
          <w:color w:val="002060"/>
          <w:sz w:val="36"/>
          <w:szCs w:val="36"/>
        </w:rPr>
      </w:pPr>
      <w:r>
        <w:rPr>
          <w:rFonts w:ascii="Segoe UI Emoji" w:eastAsia="Times New Roman" w:hAnsi="Segoe UI Emoji" w:cs="Segoe UI Emoji"/>
          <w:b/>
          <w:bCs/>
          <w:noProof/>
          <w:color w:val="002060"/>
          <w:sz w:val="36"/>
          <w:szCs w:val="36"/>
        </w:rPr>
        <w:lastRenderedPageBreak/>
        <mc:AlternateContent>
          <mc:Choice Requires="wpi">
            <w:drawing>
              <wp:anchor distT="0" distB="0" distL="114300" distR="114300" simplePos="0" relativeHeight="251761664" behindDoc="0" locked="0" layoutInCell="1" allowOverlap="1" wp14:anchorId="306BF2F4" wp14:editId="676C3D3A">
                <wp:simplePos x="0" y="0"/>
                <wp:positionH relativeFrom="column">
                  <wp:posOffset>-4925</wp:posOffset>
                </wp:positionH>
                <wp:positionV relativeFrom="paragraph">
                  <wp:posOffset>379812</wp:posOffset>
                </wp:positionV>
                <wp:extent cx="6878880" cy="360"/>
                <wp:effectExtent l="114300" t="190500" r="113030" b="190500"/>
                <wp:wrapNone/>
                <wp:docPr id="673145987" name="Ink 170"/>
                <wp:cNvGraphicFramePr/>
                <a:graphic xmlns:a="http://schemas.openxmlformats.org/drawingml/2006/main">
                  <a:graphicData uri="http://schemas.microsoft.com/office/word/2010/wordprocessingInk">
                    <w14:contentPart bwMode="auto" r:id="rId131">
                      <w14:nvContentPartPr>
                        <w14:cNvContentPartPr/>
                      </w14:nvContentPartPr>
                      <w14:xfrm>
                        <a:off x="0" y="0"/>
                        <a:ext cx="6878880" cy="360"/>
                      </w14:xfrm>
                    </w14:contentPart>
                  </a:graphicData>
                </a:graphic>
              </wp:anchor>
            </w:drawing>
          </mc:Choice>
          <mc:Fallback>
            <w:pict>
              <v:shape w14:anchorId="7BD3FA3E" id="Ink 170" o:spid="_x0000_s1026" type="#_x0000_t75" style="position:absolute;margin-left:-6.05pt;margin-top:18.55pt;width:553pt;height:22.75pt;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">
                <v:imagedata r:id="rId132" o:title=""/>
              </v:shape>
            </w:pict>
          </mc:Fallback>
        </mc:AlternateContent>
      </w:r>
      <w:r>
        <w:rPr>
          <w:rFonts w:ascii="Segoe UI Emoji" w:eastAsia="Times New Roman" w:hAnsi="Segoe UI Emoji" w:cs="Segoe UI Emoji"/>
          <w:b/>
          <w:bCs/>
          <w:noProof/>
          <w:color w:val="002060"/>
          <w:sz w:val="36"/>
          <w:szCs w:val="36"/>
        </w:rPr>
        <mc:AlternateContent>
          <mc:Choice Requires="wpi">
            <w:drawing>
              <wp:anchor distT="0" distB="0" distL="114300" distR="114300" simplePos="0" relativeHeight="251760640" behindDoc="0" locked="0" layoutInCell="1" allowOverlap="1" wp14:anchorId="4A4B2CB8" wp14:editId="702C4B38">
                <wp:simplePos x="0" y="0"/>
                <wp:positionH relativeFrom="column">
                  <wp:posOffset>-4925</wp:posOffset>
                </wp:positionH>
                <wp:positionV relativeFrom="paragraph">
                  <wp:posOffset>128532</wp:posOffset>
                </wp:positionV>
                <wp:extent cx="6896520" cy="360"/>
                <wp:effectExtent l="114300" t="190500" r="114300" b="190500"/>
                <wp:wrapNone/>
                <wp:docPr id="260246485" name="Ink 169"/>
                <wp:cNvGraphicFramePr/>
                <a:graphic xmlns:a="http://schemas.openxmlformats.org/drawingml/2006/main">
                  <a:graphicData uri="http://schemas.microsoft.com/office/word/2010/wordprocessingInk">
                    <w14:contentPart bwMode="auto" r:id="rId133">
                      <w14:nvContentPartPr>
                        <w14:cNvContentPartPr/>
                      </w14:nvContentPartPr>
                      <w14:xfrm>
                        <a:off x="0" y="0"/>
                        <a:ext cx="6896520" cy="360"/>
                      </w14:xfrm>
                    </w14:contentPart>
                  </a:graphicData>
                </a:graphic>
              </wp:anchor>
            </w:drawing>
          </mc:Choice>
          <mc:Fallback>
            <w:pict>
              <v:shape w14:anchorId="4BF5524E" id="Ink 169" o:spid="_x0000_s1026" type="#_x0000_t75" style="position:absolute;margin-left:-6.05pt;margin-top:-1.2pt;width:554.4pt;height:22.75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">
                <v:imagedata r:id="rId134" o:title=""/>
              </v:shape>
            </w:pict>
          </mc:Fallback>
        </mc:AlternateContent>
      </w:r>
      <w:r>
        <w:rPr>
          <w:rFonts w:ascii="Segoe UI Emoji" w:eastAsia="Times New Roman" w:hAnsi="Segoe UI Emoji" w:cs="Segoe UI Emoji"/>
          <w:b/>
          <w:bCs/>
          <w:color w:val="002060"/>
          <w:sz w:val="36"/>
          <w:szCs w:val="36"/>
        </w:rPr>
        <w:t xml:space="preserve">  </w:t>
      </w:r>
      <w:r w:rsidR="003841FB" w:rsidRPr="001C6094">
        <w:rPr>
          <w:rFonts w:ascii="Georgia" w:eastAsia="Times New Roman" w:hAnsi="Georgia" w:cs="Times New Roman"/>
          <w:b/>
          <w:bCs/>
          <w:color w:val="002060"/>
          <w:sz w:val="36"/>
          <w:szCs w:val="36"/>
        </w:rPr>
        <w:t>Transparency &amp; Accountability</w:t>
      </w:r>
    </w:p>
    <w:p w14:paraId="6C753D1B" w14:textId="41246608" w:rsidR="003841FB" w:rsidRPr="00942A4F" w:rsidRDefault="001A17C8" w:rsidP="003841FB">
      <w:pPr>
        <w:spacing w:before="100" w:beforeAutospacing="1" w:after="100" w:afterAutospacing="1"/>
        <w:rPr>
          <w:rFonts w:ascii="Georgia" w:eastAsia="Times New Roman" w:hAnsi="Georgia" w:cs="Times New Roman"/>
          <w:b/>
          <w:bCs/>
          <w:color w:val="002060"/>
          <w:sz w:val="24"/>
          <w:szCs w:val="24"/>
        </w:rPr>
      </w:pPr>
      <w:r>
        <w:rPr>
          <w:rFonts w:ascii="Georgia" w:eastAsia="Times New Roman" w:hAnsi="Georgia" w:cs="Times New Roman"/>
          <w:b/>
          <w:bCs/>
          <w:noProof/>
          <w:color w:val="002060"/>
          <w:sz w:val="24"/>
          <w:szCs w:val="24"/>
        </w:rPr>
        <mc:AlternateContent>
          <mc:Choice Requires="wpi">
            <w:drawing>
              <wp:anchor distT="0" distB="0" distL="114300" distR="114300" simplePos="0" relativeHeight="251764736" behindDoc="0" locked="0" layoutInCell="1" allowOverlap="1" wp14:anchorId="2C6B144E" wp14:editId="60DFA40C">
                <wp:simplePos x="0" y="0"/>
                <wp:positionH relativeFrom="column">
                  <wp:posOffset>-15365</wp:posOffset>
                </wp:positionH>
                <wp:positionV relativeFrom="paragraph">
                  <wp:posOffset>585257</wp:posOffset>
                </wp:positionV>
                <wp:extent cx="6902280" cy="360"/>
                <wp:effectExtent l="114300" t="190500" r="127635" b="190500"/>
                <wp:wrapNone/>
                <wp:docPr id="1593876623" name="Ink 178"/>
                <wp:cNvGraphicFramePr/>
                <a:graphic xmlns:a="http://schemas.openxmlformats.org/drawingml/2006/main">
                  <a:graphicData uri="http://schemas.microsoft.com/office/word/2010/wordprocessingInk">
                    <w14:contentPart bwMode="auto" r:id="rId135">
                      <w14:nvContentPartPr>
                        <w14:cNvContentPartPr/>
                      </w14:nvContentPartPr>
                      <w14:xfrm>
                        <a:off x="0" y="0"/>
                        <a:ext cx="6902280" cy="360"/>
                      </w14:xfrm>
                    </w14:contentPart>
                  </a:graphicData>
                </a:graphic>
              </wp:anchor>
            </w:drawing>
          </mc:Choice>
          <mc:Fallback>
            <w:pict>
              <v:shape w14:anchorId="2B793038" id="Ink 178" o:spid="_x0000_s1026" type="#_x0000_t75" style="position:absolute;margin-left:-6.85pt;margin-top:34.8pt;width:554.85pt;height:22.75pt;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">
                <v:imagedata r:id="rId136" o:title=""/>
              </v:shape>
            </w:pict>
          </mc:Fallback>
        </mc:AlternateContent>
      </w:r>
      <w:r>
        <w:rPr>
          <w:rFonts w:ascii="Georgia" w:eastAsia="Times New Roman" w:hAnsi="Georgia" w:cs="Times New Roman"/>
          <w:b/>
          <w:bCs/>
          <w:noProof/>
          <w:color w:val="002060"/>
          <w:sz w:val="24"/>
          <w:szCs w:val="24"/>
        </w:rPr>
        <mc:AlternateContent>
          <mc:Choice Requires="wpi">
            <w:drawing>
              <wp:anchor distT="0" distB="0" distL="114300" distR="114300" simplePos="0" relativeHeight="251763712" behindDoc="0" locked="0" layoutInCell="1" allowOverlap="1" wp14:anchorId="630ADBEB" wp14:editId="0B67A0F4">
                <wp:simplePos x="0" y="0"/>
                <wp:positionH relativeFrom="column">
                  <wp:posOffset>-25085</wp:posOffset>
                </wp:positionH>
                <wp:positionV relativeFrom="paragraph">
                  <wp:posOffset>464657</wp:posOffset>
                </wp:positionV>
                <wp:extent cx="6906960" cy="360"/>
                <wp:effectExtent l="114300" t="190500" r="122555" b="190500"/>
                <wp:wrapNone/>
                <wp:docPr id="785380422" name="Ink 176"/>
                <wp:cNvGraphicFramePr/>
                <a:graphic xmlns:a="http://schemas.openxmlformats.org/drawingml/2006/main">
                  <a:graphicData uri="http://schemas.microsoft.com/office/word/2010/wordprocessingInk">
                    <w14:contentPart bwMode="auto" r:id="rId137">
                      <w14:nvContentPartPr>
                        <w14:cNvContentPartPr/>
                      </w14:nvContentPartPr>
                      <w14:xfrm>
                        <a:off x="0" y="0"/>
                        <a:ext cx="6906960" cy="360"/>
                      </w14:xfrm>
                    </w14:contentPart>
                  </a:graphicData>
                </a:graphic>
              </wp:anchor>
            </w:drawing>
          </mc:Choice>
          <mc:Fallback>
            <w:pict>
              <v:shape w14:anchorId="18DE8C5C" id="Ink 176" o:spid="_x0000_s1026" type="#_x0000_t75" style="position:absolute;margin-left:-7.65pt;margin-top:25.3pt;width:555.15pt;height:22.75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">
                <v:imagedata r:id="rId138" o:title=""/>
              </v:shape>
            </w:pict>
          </mc:Fallback>
        </mc:AlternateContent>
      </w:r>
      <w:r>
        <w:rPr>
          <w:rFonts w:ascii="Georgia" w:eastAsia="Times New Roman" w:hAnsi="Georgia" w:cs="Times New Roman"/>
          <w:b/>
          <w:bCs/>
          <w:noProof/>
          <w:color w:val="002060"/>
          <w:sz w:val="24"/>
          <w:szCs w:val="24"/>
        </w:rPr>
        <mc:AlternateContent>
          <mc:Choice Requires="wpi">
            <w:drawing>
              <wp:anchor distT="0" distB="0" distL="114300" distR="114300" simplePos="0" relativeHeight="251762688" behindDoc="0" locked="0" layoutInCell="1" allowOverlap="1" wp14:anchorId="4E7EEE87" wp14:editId="73CFCAE5">
                <wp:simplePos x="0" y="0"/>
                <wp:positionH relativeFrom="column">
                  <wp:posOffset>-15365</wp:posOffset>
                </wp:positionH>
                <wp:positionV relativeFrom="paragraph">
                  <wp:posOffset>193577</wp:posOffset>
                </wp:positionV>
                <wp:extent cx="6898680" cy="360"/>
                <wp:effectExtent l="114300" t="190500" r="111760" b="190500"/>
                <wp:wrapNone/>
                <wp:docPr id="792471556" name="Ink 171"/>
                <wp:cNvGraphicFramePr/>
                <a:graphic xmlns:a="http://schemas.openxmlformats.org/drawingml/2006/main">
                  <a:graphicData uri="http://schemas.microsoft.com/office/word/2010/wordprocessingInk">
                    <w14:contentPart bwMode="auto" r:id="rId139">
                      <w14:nvContentPartPr>
                        <w14:cNvContentPartPr/>
                      </w14:nvContentPartPr>
                      <w14:xfrm>
                        <a:off x="0" y="0"/>
                        <a:ext cx="6898680" cy="360"/>
                      </w14:xfrm>
                    </w14:contentPart>
                  </a:graphicData>
                </a:graphic>
              </wp:anchor>
            </w:drawing>
          </mc:Choice>
          <mc:Fallback>
            <w:pict>
              <v:shape w14:anchorId="3A1AEA5E" id="Ink 171" o:spid="_x0000_s1026" type="#_x0000_t75" style="position:absolute;margin-left:-6.85pt;margin-top:3.9pt;width:554.5pt;height:22.75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">
                <v:imagedata r:id="rId140" o:title=""/>
              </v:shape>
            </w:pict>
          </mc:Fallback>
        </mc:AlternateContent>
      </w:r>
      <w:r w:rsidR="003841FB" w:rsidRPr="00942A4F">
        <w:rPr>
          <w:rFonts w:ascii="Georgia" w:eastAsia="Times New Roman" w:hAnsi="Georgia" w:cs="Times New Roman"/>
          <w:b/>
          <w:bCs/>
          <w:color w:val="002060"/>
          <w:sz w:val="24"/>
          <w:szCs w:val="24"/>
        </w:rPr>
        <w:t>We pledge full transparency.</w:t>
      </w:r>
      <w:r w:rsidR="003841FB" w:rsidRPr="00942A4F">
        <w:rPr>
          <w:rFonts w:ascii="Georgia" w:eastAsia="Times New Roman" w:hAnsi="Georgia" w:cs="Times New Roman"/>
          <w:b/>
          <w:bCs/>
          <w:color w:val="002060"/>
          <w:sz w:val="24"/>
          <w:szCs w:val="24"/>
        </w:rPr>
        <w:br/>
        <w:t>Donors receive email updates, impact reports, and visual documentation of how every dollar is used to make real change.</w:t>
      </w:r>
    </w:p>
    <w:p w14:paraId="68B61F81" w14:textId="54C669E7" w:rsidR="003841FB" w:rsidRPr="00EC1ADD" w:rsidRDefault="000F0EED" w:rsidP="003841FB">
      <w:pPr>
        <w:spacing w:before="100" w:beforeAutospacing="1" w:after="100" w:afterAutospacing="1" w:line="240" w:lineRule="auto"/>
        <w:jc w:val="center"/>
        <w:outlineLvl w:val="1"/>
        <w:rPr>
          <w:rFonts w:ascii="Georgia" w:eastAsia="Times New Roman" w:hAnsi="Georgia" w:cs="Times New Roman"/>
          <w:b/>
          <w:bCs/>
          <w:color w:val="002060"/>
          <w:sz w:val="36"/>
          <w:szCs w:val="36"/>
        </w:rPr>
      </w:pPr>
      <w:r>
        <w:rPr>
          <w:rFonts w:ascii="Georgia" w:eastAsia="Times New Roman" w:hAnsi="Georgia" w:cs="Times New Roman"/>
          <w:b/>
          <w:bCs/>
          <w:noProof/>
          <w:color w:val="002060"/>
          <w:sz w:val="36"/>
          <w:szCs w:val="36"/>
        </w:rPr>
        <mc:AlternateContent>
          <mc:Choice Requires="wpi">
            <w:drawing>
              <wp:anchor distT="0" distB="0" distL="114300" distR="114300" simplePos="0" relativeHeight="251801600" behindDoc="0" locked="0" layoutInCell="1" allowOverlap="1" wp14:anchorId="5AD9B628" wp14:editId="4A4C892B">
                <wp:simplePos x="0" y="0"/>
                <wp:positionH relativeFrom="column">
                  <wp:posOffset>8365075</wp:posOffset>
                </wp:positionH>
                <wp:positionV relativeFrom="paragraph">
                  <wp:posOffset>580532</wp:posOffset>
                </wp:positionV>
                <wp:extent cx="360" cy="360"/>
                <wp:effectExtent l="114300" t="190500" r="114300" b="190500"/>
                <wp:wrapNone/>
                <wp:docPr id="1500279166" name="Ink 253"/>
                <wp:cNvGraphicFramePr/>
                <a:graphic xmlns:a="http://schemas.openxmlformats.org/drawingml/2006/main">
                  <a:graphicData uri="http://schemas.microsoft.com/office/word/2010/wordprocessingInk">
                    <w14:contentPart bwMode="auto" r:id="rId141">
                      <w14:nvContentPartPr>
                        <w14:cNvContentPartPr/>
                      </w14:nvContentPartPr>
                      <w14:xfrm>
                        <a:off x="0" y="0"/>
                        <a:ext cx="360" cy="360"/>
                      </w14:xfrm>
                    </w14:contentPart>
                  </a:graphicData>
                </a:graphic>
              </wp:anchor>
            </w:drawing>
          </mc:Choice>
          <mc:Fallback>
            <w:pict>
              <v:shape w14:anchorId="593B7997" id="Ink 253" o:spid="_x0000_s1026" type="#_x0000_t75" style="position:absolute;margin-left:653pt;margin-top:34.4pt;width:11.4pt;height:22.75pt;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">
                <v:imagedata r:id="rId142" o:title=""/>
              </v:shape>
            </w:pict>
          </mc:Fallback>
        </mc:AlternateContent>
      </w:r>
      <w:r w:rsidR="007454F0">
        <w:rPr>
          <w:rFonts w:ascii="Georgia" w:eastAsia="Times New Roman" w:hAnsi="Georgia" w:cs="Times New Roman"/>
          <w:b/>
          <w:bCs/>
          <w:noProof/>
          <w:color w:val="002060"/>
          <w:sz w:val="36"/>
          <w:szCs w:val="36"/>
        </w:rPr>
        <mc:AlternateContent>
          <mc:Choice Requires="wpi">
            <w:drawing>
              <wp:anchor distT="0" distB="0" distL="114300" distR="114300" simplePos="0" relativeHeight="251731968" behindDoc="0" locked="0" layoutInCell="1" allowOverlap="1" wp14:anchorId="2023A144" wp14:editId="2D2010BF">
                <wp:simplePos x="0" y="0"/>
                <wp:positionH relativeFrom="column">
                  <wp:posOffset>-15365</wp:posOffset>
                </wp:positionH>
                <wp:positionV relativeFrom="paragraph">
                  <wp:posOffset>3744813</wp:posOffset>
                </wp:positionV>
                <wp:extent cx="6906600" cy="360"/>
                <wp:effectExtent l="114300" t="190500" r="123190" b="190500"/>
                <wp:wrapNone/>
                <wp:docPr id="1396579823" name="Ink 131"/>
                <wp:cNvGraphicFramePr/>
                <a:graphic xmlns:a="http://schemas.openxmlformats.org/drawingml/2006/main">
                  <a:graphicData uri="http://schemas.microsoft.com/office/word/2010/wordprocessingInk">
                    <w14:contentPart bwMode="auto" r:id="rId143">
                      <w14:nvContentPartPr>
                        <w14:cNvContentPartPr/>
                      </w14:nvContentPartPr>
                      <w14:xfrm>
                        <a:off x="0" y="0"/>
                        <a:ext cx="6906600" cy="360"/>
                      </w14:xfrm>
                    </w14:contentPart>
                  </a:graphicData>
                </a:graphic>
              </wp:anchor>
            </w:drawing>
          </mc:Choice>
          <mc:Fallback>
            <w:pict>
              <v:shape w14:anchorId="0E4570F1" id="Ink 131" o:spid="_x0000_s1026" type="#_x0000_t75" style="position:absolute;margin-left:-6.85pt;margin-top:283.5pt;width:555.2pt;height:22.75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">
                <v:imagedata r:id="rId144" o:title=""/>
              </v:shape>
            </w:pict>
          </mc:Fallback>
        </mc:AlternateContent>
      </w:r>
      <w:r w:rsidR="007454F0">
        <w:rPr>
          <w:rFonts w:ascii="Georgia" w:eastAsia="Times New Roman" w:hAnsi="Georgia" w:cs="Times New Roman"/>
          <w:b/>
          <w:bCs/>
          <w:noProof/>
          <w:color w:val="002060"/>
          <w:sz w:val="36"/>
          <w:szCs w:val="36"/>
        </w:rPr>
        <mc:AlternateContent>
          <mc:Choice Requires="wpi">
            <w:drawing>
              <wp:anchor distT="0" distB="0" distL="114300" distR="114300" simplePos="0" relativeHeight="251730944" behindDoc="0" locked="0" layoutInCell="1" allowOverlap="1" wp14:anchorId="709F272D" wp14:editId="595DF211">
                <wp:simplePos x="0" y="0"/>
                <wp:positionH relativeFrom="column">
                  <wp:posOffset>-15365</wp:posOffset>
                </wp:positionH>
                <wp:positionV relativeFrom="paragraph">
                  <wp:posOffset>3523773</wp:posOffset>
                </wp:positionV>
                <wp:extent cx="6923520" cy="360"/>
                <wp:effectExtent l="114300" t="190500" r="125095" b="190500"/>
                <wp:wrapNone/>
                <wp:docPr id="888372462" name="Ink 130"/>
                <wp:cNvGraphicFramePr/>
                <a:graphic xmlns:a="http://schemas.openxmlformats.org/drawingml/2006/main">
                  <a:graphicData uri="http://schemas.microsoft.com/office/word/2010/wordprocessingInk">
                    <w14:contentPart bwMode="auto" r:id="rId145">
                      <w14:nvContentPartPr>
                        <w14:cNvContentPartPr/>
                      </w14:nvContentPartPr>
                      <w14:xfrm>
                        <a:off x="0" y="0"/>
                        <a:ext cx="6923520" cy="360"/>
                      </w14:xfrm>
                    </w14:contentPart>
                  </a:graphicData>
                </a:graphic>
              </wp:anchor>
            </w:drawing>
          </mc:Choice>
          <mc:Fallback>
            <w:pict>
              <v:shape w14:anchorId="1542C88A" id="Ink 130" o:spid="_x0000_s1026" type="#_x0000_t75" style="position:absolute;margin-left:-6.85pt;margin-top:266.1pt;width:556.45pt;height:22.75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">
                <v:imagedata r:id="rId146" o:title=""/>
              </v:shape>
            </w:pict>
          </mc:Fallback>
        </mc:AlternateContent>
      </w:r>
      <w:r w:rsidR="007454F0">
        <w:rPr>
          <w:rFonts w:ascii="Georgia" w:eastAsia="Times New Roman" w:hAnsi="Georgia" w:cs="Times New Roman"/>
          <w:b/>
          <w:bCs/>
          <w:noProof/>
          <w:color w:val="002060"/>
          <w:sz w:val="36"/>
          <w:szCs w:val="36"/>
        </w:rPr>
        <mc:AlternateContent>
          <mc:Choice Requires="wpi">
            <w:drawing>
              <wp:anchor distT="0" distB="0" distL="114300" distR="114300" simplePos="0" relativeHeight="251729920" behindDoc="0" locked="0" layoutInCell="1" allowOverlap="1" wp14:anchorId="74FF9838" wp14:editId="7C665834">
                <wp:simplePos x="0" y="0"/>
                <wp:positionH relativeFrom="column">
                  <wp:posOffset>-25085</wp:posOffset>
                </wp:positionH>
                <wp:positionV relativeFrom="paragraph">
                  <wp:posOffset>3272493</wp:posOffset>
                </wp:positionV>
                <wp:extent cx="6913800" cy="360"/>
                <wp:effectExtent l="114300" t="190500" r="116205" b="190500"/>
                <wp:wrapNone/>
                <wp:docPr id="1000060303" name="Ink 129"/>
                <wp:cNvGraphicFramePr/>
                <a:graphic xmlns:a="http://schemas.openxmlformats.org/drawingml/2006/main">
                  <a:graphicData uri="http://schemas.microsoft.com/office/word/2010/wordprocessingInk">
                    <w14:contentPart bwMode="auto" r:id="rId147">
                      <w14:nvContentPartPr>
                        <w14:cNvContentPartPr/>
                      </w14:nvContentPartPr>
                      <w14:xfrm>
                        <a:off x="0" y="0"/>
                        <a:ext cx="6913800" cy="360"/>
                      </w14:xfrm>
                    </w14:contentPart>
                  </a:graphicData>
                </a:graphic>
              </wp:anchor>
            </w:drawing>
          </mc:Choice>
          <mc:Fallback>
            <w:pict>
              <v:shape w14:anchorId="3A0554DE" id="Ink 129" o:spid="_x0000_s1026" type="#_x0000_t75" style="position:absolute;margin-left:-7.65pt;margin-top:246.35pt;width:555.75pt;height:22.75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">
                <v:imagedata r:id="rId148" o:title=""/>
              </v:shape>
            </w:pict>
          </mc:Fallback>
        </mc:AlternateContent>
      </w:r>
      <w:r w:rsidR="007454F0">
        <w:rPr>
          <w:rFonts w:ascii="Georgia" w:eastAsia="Times New Roman" w:hAnsi="Georgia" w:cs="Times New Roman"/>
          <w:b/>
          <w:bCs/>
          <w:noProof/>
          <w:color w:val="002060"/>
          <w:sz w:val="36"/>
          <w:szCs w:val="36"/>
        </w:rPr>
        <mc:AlternateContent>
          <mc:Choice Requires="wpi">
            <w:drawing>
              <wp:anchor distT="0" distB="0" distL="114300" distR="114300" simplePos="0" relativeHeight="251728896" behindDoc="0" locked="0" layoutInCell="1" allowOverlap="1" wp14:anchorId="13174587" wp14:editId="5ED62EBA">
                <wp:simplePos x="0" y="0"/>
                <wp:positionH relativeFrom="column">
                  <wp:posOffset>-25085</wp:posOffset>
                </wp:positionH>
                <wp:positionV relativeFrom="paragraph">
                  <wp:posOffset>3031293</wp:posOffset>
                </wp:positionV>
                <wp:extent cx="6926400" cy="360"/>
                <wp:effectExtent l="114300" t="190500" r="122555" b="190500"/>
                <wp:wrapNone/>
                <wp:docPr id="441154640" name="Ink 123"/>
                <wp:cNvGraphicFramePr/>
                <a:graphic xmlns:a="http://schemas.openxmlformats.org/drawingml/2006/main">
                  <a:graphicData uri="http://schemas.microsoft.com/office/word/2010/wordprocessingInk">
                    <w14:contentPart bwMode="auto" r:id="rId149">
                      <w14:nvContentPartPr>
                        <w14:cNvContentPartPr/>
                      </w14:nvContentPartPr>
                      <w14:xfrm>
                        <a:off x="0" y="0"/>
                        <a:ext cx="6926400" cy="360"/>
                      </w14:xfrm>
                    </w14:contentPart>
                  </a:graphicData>
                </a:graphic>
              </wp:anchor>
            </w:drawing>
          </mc:Choice>
          <mc:Fallback>
            <w:pict>
              <v:shape w14:anchorId="757AAA56" id="Ink 123" o:spid="_x0000_s1026" type="#_x0000_t75" style="position:absolute;margin-left:-7.65pt;margin-top:227.4pt;width:556.75pt;height:22.75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">
                <v:imagedata r:id="rId150" o:title=""/>
              </v:shape>
            </w:pict>
          </mc:Fallback>
        </mc:AlternateContent>
      </w:r>
      <w:r w:rsidR="007454F0">
        <w:rPr>
          <w:rFonts w:ascii="Georgia" w:eastAsia="Times New Roman" w:hAnsi="Georgia" w:cs="Times New Roman"/>
          <w:b/>
          <w:bCs/>
          <w:noProof/>
          <w:color w:val="002060"/>
          <w:sz w:val="36"/>
          <w:szCs w:val="36"/>
        </w:rPr>
        <mc:AlternateContent>
          <mc:Choice Requires="wpi">
            <w:drawing>
              <wp:anchor distT="0" distB="0" distL="114300" distR="114300" simplePos="0" relativeHeight="251727872" behindDoc="0" locked="0" layoutInCell="1" allowOverlap="1" wp14:anchorId="6B2A720E" wp14:editId="18341C93">
                <wp:simplePos x="0" y="0"/>
                <wp:positionH relativeFrom="column">
                  <wp:posOffset>-15365</wp:posOffset>
                </wp:positionH>
                <wp:positionV relativeFrom="paragraph">
                  <wp:posOffset>2790315</wp:posOffset>
                </wp:positionV>
                <wp:extent cx="6906600" cy="360"/>
                <wp:effectExtent l="114300" t="190500" r="123190" b="190500"/>
                <wp:wrapNone/>
                <wp:docPr id="1047964492" name="Ink 120"/>
                <wp:cNvGraphicFramePr/>
                <a:graphic xmlns:a="http://schemas.openxmlformats.org/drawingml/2006/main">
                  <a:graphicData uri="http://schemas.microsoft.com/office/word/2010/wordprocessingInk">
                    <w14:contentPart bwMode="auto" r:id="rId151">
                      <w14:nvContentPartPr>
                        <w14:cNvContentPartPr/>
                      </w14:nvContentPartPr>
                      <w14:xfrm>
                        <a:off x="0" y="0"/>
                        <a:ext cx="6906600" cy="360"/>
                      </w14:xfrm>
                    </w14:contentPart>
                  </a:graphicData>
                </a:graphic>
              </wp:anchor>
            </w:drawing>
          </mc:Choice>
          <mc:Fallback>
            <w:pict>
              <v:shape w14:anchorId="57838897" id="Ink 120" o:spid="_x0000_s1026" type="#_x0000_t75" style="position:absolute;margin-left:-6.85pt;margin-top:208.35pt;width:555.2pt;height:22.75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">
                <v:imagedata r:id="rId144" o:title=""/>
              </v:shape>
            </w:pict>
          </mc:Fallback>
        </mc:AlternateContent>
      </w:r>
      <w:r w:rsidR="007454F0">
        <w:rPr>
          <w:rFonts w:ascii="Georgia" w:eastAsia="Times New Roman" w:hAnsi="Georgia" w:cs="Times New Roman"/>
          <w:b/>
          <w:bCs/>
          <w:noProof/>
          <w:color w:val="002060"/>
          <w:sz w:val="36"/>
          <w:szCs w:val="36"/>
        </w:rPr>
        <mc:AlternateContent>
          <mc:Choice Requires="wpi">
            <w:drawing>
              <wp:anchor distT="0" distB="0" distL="114300" distR="114300" simplePos="0" relativeHeight="251726848" behindDoc="0" locked="0" layoutInCell="1" allowOverlap="1" wp14:anchorId="79C0B8BF" wp14:editId="2F5B00A8">
                <wp:simplePos x="0" y="0"/>
                <wp:positionH relativeFrom="column">
                  <wp:posOffset>-15365</wp:posOffset>
                </wp:positionH>
                <wp:positionV relativeFrom="paragraph">
                  <wp:posOffset>2569243</wp:posOffset>
                </wp:positionV>
                <wp:extent cx="6896160" cy="360"/>
                <wp:effectExtent l="114300" t="190500" r="114300" b="190500"/>
                <wp:wrapNone/>
                <wp:docPr id="821802770" name="Ink 119"/>
                <wp:cNvGraphicFramePr/>
                <a:graphic xmlns:a="http://schemas.openxmlformats.org/drawingml/2006/main">
                  <a:graphicData uri="http://schemas.microsoft.com/office/word/2010/wordprocessingInk">
                    <w14:contentPart bwMode="auto" r:id="rId152">
                      <w14:nvContentPartPr>
                        <w14:cNvContentPartPr/>
                      </w14:nvContentPartPr>
                      <w14:xfrm>
                        <a:off x="0" y="0"/>
                        <a:ext cx="6896160" cy="360"/>
                      </w14:xfrm>
                    </w14:contentPart>
                  </a:graphicData>
                </a:graphic>
              </wp:anchor>
            </w:drawing>
          </mc:Choice>
          <mc:Fallback>
            <w:pict>
              <v:shape w14:anchorId="1A69AF0E" id="Ink 119" o:spid="_x0000_s1026" type="#_x0000_t75" style="position:absolute;margin-left:-6.85pt;margin-top:190.95pt;width:554.3pt;height:22.7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">
                <v:imagedata r:id="rId153" o:title=""/>
              </v:shape>
            </w:pict>
          </mc:Fallback>
        </mc:AlternateContent>
      </w:r>
      <w:r w:rsidR="007454F0">
        <w:rPr>
          <w:rFonts w:ascii="Georgia" w:eastAsia="Times New Roman" w:hAnsi="Georgia" w:cs="Times New Roman"/>
          <w:b/>
          <w:bCs/>
          <w:noProof/>
          <w:color w:val="002060"/>
          <w:sz w:val="36"/>
          <w:szCs w:val="36"/>
        </w:rPr>
        <mc:AlternateContent>
          <mc:Choice Requires="wpi">
            <w:drawing>
              <wp:anchor distT="0" distB="0" distL="114300" distR="114300" simplePos="0" relativeHeight="251725824" behindDoc="0" locked="0" layoutInCell="1" allowOverlap="1" wp14:anchorId="4A6FD95B" wp14:editId="71D871A0">
                <wp:simplePos x="0" y="0"/>
                <wp:positionH relativeFrom="column">
                  <wp:posOffset>-15365</wp:posOffset>
                </wp:positionH>
                <wp:positionV relativeFrom="paragraph">
                  <wp:posOffset>2357923</wp:posOffset>
                </wp:positionV>
                <wp:extent cx="6895080" cy="360"/>
                <wp:effectExtent l="114300" t="190500" r="115570" b="190500"/>
                <wp:wrapNone/>
                <wp:docPr id="376621336" name="Ink 118"/>
                <wp:cNvGraphicFramePr/>
                <a:graphic xmlns:a="http://schemas.openxmlformats.org/drawingml/2006/main">
                  <a:graphicData uri="http://schemas.microsoft.com/office/word/2010/wordprocessingInk">
                    <w14:contentPart bwMode="auto" r:id="rId154">
                      <w14:nvContentPartPr>
                        <w14:cNvContentPartPr/>
                      </w14:nvContentPartPr>
                      <w14:xfrm>
                        <a:off x="0" y="0"/>
                        <a:ext cx="6895080" cy="360"/>
                      </w14:xfrm>
                    </w14:contentPart>
                  </a:graphicData>
                </a:graphic>
              </wp:anchor>
            </w:drawing>
          </mc:Choice>
          <mc:Fallback>
            <w:pict>
              <v:shape w14:anchorId="17D1AB2A" id="Ink 118" o:spid="_x0000_s1026" type="#_x0000_t75" style="position:absolute;margin-left:-6.85pt;margin-top:174.35pt;width:554.25pt;height:22.75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">
                <v:imagedata r:id="rId155" o:title=""/>
              </v:shape>
            </w:pict>
          </mc:Fallback>
        </mc:AlternateContent>
      </w:r>
      <w:r w:rsidR="007454F0">
        <w:rPr>
          <w:rFonts w:ascii="Georgia" w:eastAsia="Times New Roman" w:hAnsi="Georgia" w:cs="Times New Roman"/>
          <w:b/>
          <w:bCs/>
          <w:noProof/>
          <w:color w:val="002060"/>
          <w:sz w:val="36"/>
          <w:szCs w:val="36"/>
        </w:rPr>
        <mc:AlternateContent>
          <mc:Choice Requires="wpi">
            <w:drawing>
              <wp:anchor distT="0" distB="0" distL="114300" distR="114300" simplePos="0" relativeHeight="251724800" behindDoc="0" locked="0" layoutInCell="1" allowOverlap="1" wp14:anchorId="53B94D2B" wp14:editId="109FF767">
                <wp:simplePos x="0" y="0"/>
                <wp:positionH relativeFrom="column">
                  <wp:posOffset>-15365</wp:posOffset>
                </wp:positionH>
                <wp:positionV relativeFrom="paragraph">
                  <wp:posOffset>2126803</wp:posOffset>
                </wp:positionV>
                <wp:extent cx="6897600" cy="360"/>
                <wp:effectExtent l="114300" t="190500" r="113030" b="190500"/>
                <wp:wrapNone/>
                <wp:docPr id="1038449789" name="Ink 115"/>
                <wp:cNvGraphicFramePr/>
                <a:graphic xmlns:a="http://schemas.openxmlformats.org/drawingml/2006/main">
                  <a:graphicData uri="http://schemas.microsoft.com/office/word/2010/wordprocessingInk">
                    <w14:contentPart bwMode="auto" r:id="rId156">
                      <w14:nvContentPartPr>
                        <w14:cNvContentPartPr/>
                      </w14:nvContentPartPr>
                      <w14:xfrm>
                        <a:off x="0" y="0"/>
                        <a:ext cx="6897600" cy="360"/>
                      </w14:xfrm>
                    </w14:contentPart>
                  </a:graphicData>
                </a:graphic>
              </wp:anchor>
            </w:drawing>
          </mc:Choice>
          <mc:Fallback>
            <w:pict>
              <v:shape w14:anchorId="60E21E71" id="Ink 115" o:spid="_x0000_s1026" type="#_x0000_t75" style="position:absolute;margin-left:-6.85pt;margin-top:156.15pt;width:554.45pt;height:22.75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">
                <v:imagedata r:id="rId157" o:title=""/>
              </v:shape>
            </w:pict>
          </mc:Fallback>
        </mc:AlternateContent>
      </w:r>
      <w:r w:rsidR="007454F0">
        <w:rPr>
          <w:rFonts w:ascii="Georgia" w:eastAsia="Times New Roman" w:hAnsi="Georgia" w:cs="Times New Roman"/>
          <w:b/>
          <w:bCs/>
          <w:noProof/>
          <w:color w:val="002060"/>
          <w:sz w:val="36"/>
          <w:szCs w:val="36"/>
        </w:rPr>
        <mc:AlternateContent>
          <mc:Choice Requires="wpi">
            <w:drawing>
              <wp:anchor distT="0" distB="0" distL="114300" distR="114300" simplePos="0" relativeHeight="251723776" behindDoc="0" locked="0" layoutInCell="1" allowOverlap="1" wp14:anchorId="543C15AF" wp14:editId="77E7D91E">
                <wp:simplePos x="0" y="0"/>
                <wp:positionH relativeFrom="column">
                  <wp:posOffset>-4925</wp:posOffset>
                </wp:positionH>
                <wp:positionV relativeFrom="paragraph">
                  <wp:posOffset>1865803</wp:posOffset>
                </wp:positionV>
                <wp:extent cx="6870960" cy="360"/>
                <wp:effectExtent l="114300" t="190500" r="120650" b="190500"/>
                <wp:wrapNone/>
                <wp:docPr id="1015991503" name="Ink 114"/>
                <wp:cNvGraphicFramePr/>
                <a:graphic xmlns:a="http://schemas.openxmlformats.org/drawingml/2006/main">
                  <a:graphicData uri="http://schemas.microsoft.com/office/word/2010/wordprocessingInk">
                    <w14:contentPart bwMode="auto" r:id="rId158">
                      <w14:nvContentPartPr>
                        <w14:cNvContentPartPr/>
                      </w14:nvContentPartPr>
                      <w14:xfrm>
                        <a:off x="0" y="0"/>
                        <a:ext cx="6870960" cy="360"/>
                      </w14:xfrm>
                    </w14:contentPart>
                  </a:graphicData>
                </a:graphic>
              </wp:anchor>
            </w:drawing>
          </mc:Choice>
          <mc:Fallback>
            <w:pict>
              <v:shape w14:anchorId="72275E05" id="Ink 114" o:spid="_x0000_s1026" type="#_x0000_t75" style="position:absolute;margin-left:-6.05pt;margin-top:135.55pt;width:552.35pt;height:22.75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">
                <v:imagedata r:id="rId159" o:title=""/>
              </v:shape>
            </w:pict>
          </mc:Fallback>
        </mc:AlternateContent>
      </w:r>
      <w:r w:rsidR="007454F0">
        <w:rPr>
          <w:rFonts w:ascii="Georgia" w:eastAsia="Times New Roman" w:hAnsi="Georgia" w:cs="Times New Roman"/>
          <w:b/>
          <w:bCs/>
          <w:noProof/>
          <w:color w:val="002060"/>
          <w:sz w:val="36"/>
          <w:szCs w:val="36"/>
        </w:rPr>
        <mc:AlternateContent>
          <mc:Choice Requires="wpi">
            <w:drawing>
              <wp:anchor distT="0" distB="0" distL="114300" distR="114300" simplePos="0" relativeHeight="251722752" behindDoc="0" locked="0" layoutInCell="1" allowOverlap="1" wp14:anchorId="6A23157B" wp14:editId="5E7F1461">
                <wp:simplePos x="0" y="0"/>
                <wp:positionH relativeFrom="column">
                  <wp:posOffset>-15365</wp:posOffset>
                </wp:positionH>
                <wp:positionV relativeFrom="paragraph">
                  <wp:posOffset>1604443</wp:posOffset>
                </wp:positionV>
                <wp:extent cx="6897600" cy="360"/>
                <wp:effectExtent l="114300" t="190500" r="113030" b="190500"/>
                <wp:wrapNone/>
                <wp:docPr id="1606190286" name="Ink 113"/>
                <wp:cNvGraphicFramePr/>
                <a:graphic xmlns:a="http://schemas.openxmlformats.org/drawingml/2006/main">
                  <a:graphicData uri="http://schemas.microsoft.com/office/word/2010/wordprocessingInk">
                    <w14:contentPart bwMode="auto" r:id="rId160">
                      <w14:nvContentPartPr>
                        <w14:cNvContentPartPr/>
                      </w14:nvContentPartPr>
                      <w14:xfrm>
                        <a:off x="0" y="0"/>
                        <a:ext cx="6897600" cy="360"/>
                      </w14:xfrm>
                    </w14:contentPart>
                  </a:graphicData>
                </a:graphic>
              </wp:anchor>
            </w:drawing>
          </mc:Choice>
          <mc:Fallback>
            <w:pict>
              <v:shape w14:anchorId="7A957CA5" id="Ink 113" o:spid="_x0000_s1026" type="#_x0000_t75" style="position:absolute;margin-left:-6.85pt;margin-top:115.05pt;width:554.45pt;height:22.7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">
                <v:imagedata r:id="rId161" o:title=""/>
              </v:shape>
            </w:pict>
          </mc:Fallback>
        </mc:AlternateContent>
      </w:r>
      <w:r w:rsidR="007454F0">
        <w:rPr>
          <w:rFonts w:ascii="Georgia" w:eastAsia="Times New Roman" w:hAnsi="Georgia" w:cs="Times New Roman"/>
          <w:b/>
          <w:bCs/>
          <w:noProof/>
          <w:color w:val="002060"/>
          <w:sz w:val="36"/>
          <w:szCs w:val="36"/>
        </w:rPr>
        <mc:AlternateContent>
          <mc:Choice Requires="wpi">
            <w:drawing>
              <wp:anchor distT="0" distB="0" distL="114300" distR="114300" simplePos="0" relativeHeight="251721728" behindDoc="0" locked="0" layoutInCell="1" allowOverlap="1" wp14:anchorId="1420E9E7" wp14:editId="3B84F6F7">
                <wp:simplePos x="0" y="0"/>
                <wp:positionH relativeFrom="column">
                  <wp:posOffset>-15365</wp:posOffset>
                </wp:positionH>
                <wp:positionV relativeFrom="paragraph">
                  <wp:posOffset>1363243</wp:posOffset>
                </wp:positionV>
                <wp:extent cx="6900120" cy="360"/>
                <wp:effectExtent l="114300" t="190500" r="110490" b="190500"/>
                <wp:wrapNone/>
                <wp:docPr id="1958475881" name="Ink 112"/>
                <wp:cNvGraphicFramePr/>
                <a:graphic xmlns:a="http://schemas.openxmlformats.org/drawingml/2006/main">
                  <a:graphicData uri="http://schemas.microsoft.com/office/word/2010/wordprocessingInk">
                    <w14:contentPart bwMode="auto" r:id="rId162">
                      <w14:nvContentPartPr>
                        <w14:cNvContentPartPr/>
                      </w14:nvContentPartPr>
                      <w14:xfrm>
                        <a:off x="0" y="0"/>
                        <a:ext cx="6900120" cy="360"/>
                      </w14:xfrm>
                    </w14:contentPart>
                  </a:graphicData>
                </a:graphic>
              </wp:anchor>
            </w:drawing>
          </mc:Choice>
          <mc:Fallback>
            <w:pict>
              <v:shape w14:anchorId="67C573D4" id="Ink 112" o:spid="_x0000_s1026" type="#_x0000_t75" style="position:absolute;margin-left:-6.85pt;margin-top:96.05pt;width:554.65pt;height:22.75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">
                <v:imagedata r:id="rId163" o:title=""/>
              </v:shape>
            </w:pict>
          </mc:Fallback>
        </mc:AlternateContent>
      </w:r>
      <w:r w:rsidR="007454F0">
        <w:rPr>
          <w:rFonts w:ascii="Georgia" w:eastAsia="Times New Roman" w:hAnsi="Georgia" w:cs="Times New Roman"/>
          <w:b/>
          <w:bCs/>
          <w:noProof/>
          <w:color w:val="002060"/>
          <w:sz w:val="36"/>
          <w:szCs w:val="36"/>
        </w:rPr>
        <mc:AlternateContent>
          <mc:Choice Requires="wpi">
            <w:drawing>
              <wp:anchor distT="0" distB="0" distL="114300" distR="114300" simplePos="0" relativeHeight="251720704" behindDoc="0" locked="0" layoutInCell="1" allowOverlap="1" wp14:anchorId="666AE2EC" wp14:editId="013598EA">
                <wp:simplePos x="0" y="0"/>
                <wp:positionH relativeFrom="column">
                  <wp:posOffset>-15365</wp:posOffset>
                </wp:positionH>
                <wp:positionV relativeFrom="paragraph">
                  <wp:posOffset>1082083</wp:posOffset>
                </wp:positionV>
                <wp:extent cx="6898680" cy="360"/>
                <wp:effectExtent l="114300" t="190500" r="111760" b="190500"/>
                <wp:wrapNone/>
                <wp:docPr id="1135014398" name="Ink 111"/>
                <wp:cNvGraphicFramePr/>
                <a:graphic xmlns:a="http://schemas.openxmlformats.org/drawingml/2006/main">
                  <a:graphicData uri="http://schemas.microsoft.com/office/word/2010/wordprocessingInk">
                    <w14:contentPart bwMode="auto" r:id="rId164">
                      <w14:nvContentPartPr>
                        <w14:cNvContentPartPr/>
                      </w14:nvContentPartPr>
                      <w14:xfrm>
                        <a:off x="0" y="0"/>
                        <a:ext cx="6898680" cy="360"/>
                      </w14:xfrm>
                    </w14:contentPart>
                  </a:graphicData>
                </a:graphic>
              </wp:anchor>
            </w:drawing>
          </mc:Choice>
          <mc:Fallback>
            <w:pict>
              <v:shape w14:anchorId="46C23A82" id="Ink 111" o:spid="_x0000_s1026" type="#_x0000_t75" style="position:absolute;margin-left:-6.85pt;margin-top:73.85pt;width:554.5pt;height:22.7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">
                <v:imagedata r:id="rId165" o:title=""/>
              </v:shape>
            </w:pict>
          </mc:Fallback>
        </mc:AlternateContent>
      </w:r>
      <w:r w:rsidR="007454F0">
        <w:rPr>
          <w:rFonts w:ascii="Georgia" w:eastAsia="Times New Roman" w:hAnsi="Georgia" w:cs="Times New Roman"/>
          <w:b/>
          <w:bCs/>
          <w:noProof/>
          <w:color w:val="002060"/>
          <w:sz w:val="36"/>
          <w:szCs w:val="36"/>
        </w:rPr>
        <mc:AlternateContent>
          <mc:Choice Requires="wpi">
            <w:drawing>
              <wp:anchor distT="0" distB="0" distL="114300" distR="114300" simplePos="0" relativeHeight="251719680" behindDoc="0" locked="0" layoutInCell="1" allowOverlap="1" wp14:anchorId="3D0D9792" wp14:editId="14FA8E29">
                <wp:simplePos x="0" y="0"/>
                <wp:positionH relativeFrom="column">
                  <wp:posOffset>-15365</wp:posOffset>
                </wp:positionH>
                <wp:positionV relativeFrom="paragraph">
                  <wp:posOffset>861043</wp:posOffset>
                </wp:positionV>
                <wp:extent cx="6900840" cy="360"/>
                <wp:effectExtent l="114300" t="190500" r="109855" b="190500"/>
                <wp:wrapNone/>
                <wp:docPr id="534901352" name="Ink 108"/>
                <wp:cNvGraphicFramePr/>
                <a:graphic xmlns:a="http://schemas.openxmlformats.org/drawingml/2006/main">
                  <a:graphicData uri="http://schemas.microsoft.com/office/word/2010/wordprocessingInk">
                    <w14:contentPart bwMode="auto" r:id="rId166">
                      <w14:nvContentPartPr>
                        <w14:cNvContentPartPr/>
                      </w14:nvContentPartPr>
                      <w14:xfrm>
                        <a:off x="0" y="0"/>
                        <a:ext cx="6900840" cy="360"/>
                      </w14:xfrm>
                    </w14:contentPart>
                  </a:graphicData>
                </a:graphic>
              </wp:anchor>
            </w:drawing>
          </mc:Choice>
          <mc:Fallback>
            <w:pict>
              <v:shape w14:anchorId="06231CCB" id="Ink 108" o:spid="_x0000_s1026" type="#_x0000_t75" style="position:absolute;margin-left:-6.85pt;margin-top:56.45pt;width:554.7pt;height:22.75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">
                <v:imagedata r:id="rId167" o:title=""/>
              </v:shape>
            </w:pict>
          </mc:Fallback>
        </mc:AlternateContent>
      </w:r>
      <w:r w:rsidR="007454F0">
        <w:rPr>
          <w:rFonts w:ascii="Georgia" w:eastAsia="Times New Roman" w:hAnsi="Georgia" w:cs="Times New Roman"/>
          <w:b/>
          <w:bCs/>
          <w:noProof/>
          <w:color w:val="002060"/>
          <w:sz w:val="36"/>
          <w:szCs w:val="36"/>
        </w:rPr>
        <mc:AlternateContent>
          <mc:Choice Requires="wpi">
            <w:drawing>
              <wp:anchor distT="0" distB="0" distL="114300" distR="114300" simplePos="0" relativeHeight="251718656" behindDoc="0" locked="0" layoutInCell="1" allowOverlap="1" wp14:anchorId="5D59B009" wp14:editId="7580EF96">
                <wp:simplePos x="0" y="0"/>
                <wp:positionH relativeFrom="column">
                  <wp:posOffset>-25085</wp:posOffset>
                </wp:positionH>
                <wp:positionV relativeFrom="paragraph">
                  <wp:posOffset>599683</wp:posOffset>
                </wp:positionV>
                <wp:extent cx="6913800" cy="360"/>
                <wp:effectExtent l="114300" t="190500" r="116205" b="190500"/>
                <wp:wrapNone/>
                <wp:docPr id="1701929786" name="Ink 106"/>
                <wp:cNvGraphicFramePr/>
                <a:graphic xmlns:a="http://schemas.openxmlformats.org/drawingml/2006/main">
                  <a:graphicData uri="http://schemas.microsoft.com/office/word/2010/wordprocessingInk">
                    <w14:contentPart bwMode="auto" r:id="rId168">
                      <w14:nvContentPartPr>
                        <w14:cNvContentPartPr/>
                      </w14:nvContentPartPr>
                      <w14:xfrm>
                        <a:off x="0" y="0"/>
                        <a:ext cx="6913800" cy="360"/>
                      </w14:xfrm>
                    </w14:contentPart>
                  </a:graphicData>
                </a:graphic>
              </wp:anchor>
            </w:drawing>
          </mc:Choice>
          <mc:Fallback>
            <w:pict>
              <v:shape w14:anchorId="77E8C7E6" id="Ink 106" o:spid="_x0000_s1026" type="#_x0000_t75" style="position:absolute;margin-left:-7.65pt;margin-top:35.85pt;width:555.75pt;height:22.7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">
                <v:imagedata r:id="rId148" o:title=""/>
              </v:shape>
            </w:pict>
          </mc:Fallback>
        </mc:AlternateContent>
      </w:r>
      <w:r w:rsidR="007454F0">
        <w:rPr>
          <w:rFonts w:ascii="Georgia" w:eastAsia="Times New Roman" w:hAnsi="Georgia" w:cs="Times New Roman"/>
          <w:b/>
          <w:bCs/>
          <w:noProof/>
          <w:color w:val="002060"/>
          <w:sz w:val="36"/>
          <w:szCs w:val="36"/>
        </w:rPr>
        <mc:AlternateContent>
          <mc:Choice Requires="wpi">
            <w:drawing>
              <wp:anchor distT="0" distB="0" distL="114300" distR="114300" simplePos="0" relativeHeight="251717632" behindDoc="0" locked="0" layoutInCell="1" allowOverlap="1" wp14:anchorId="4B1E79A2" wp14:editId="2CC80CBE">
                <wp:simplePos x="0" y="0"/>
                <wp:positionH relativeFrom="column">
                  <wp:posOffset>-25085</wp:posOffset>
                </wp:positionH>
                <wp:positionV relativeFrom="paragraph">
                  <wp:posOffset>338323</wp:posOffset>
                </wp:positionV>
                <wp:extent cx="6907320" cy="360"/>
                <wp:effectExtent l="114300" t="190500" r="122555" b="190500"/>
                <wp:wrapNone/>
                <wp:docPr id="983720173" name="Ink 105"/>
                <wp:cNvGraphicFramePr/>
                <a:graphic xmlns:a="http://schemas.openxmlformats.org/drawingml/2006/main">
                  <a:graphicData uri="http://schemas.microsoft.com/office/word/2010/wordprocessingInk">
                    <w14:contentPart bwMode="auto" r:id="rId169">
                      <w14:nvContentPartPr>
                        <w14:cNvContentPartPr/>
                      </w14:nvContentPartPr>
                      <w14:xfrm>
                        <a:off x="0" y="0"/>
                        <a:ext cx="6907320" cy="360"/>
                      </w14:xfrm>
                    </w14:contentPart>
                  </a:graphicData>
                </a:graphic>
              </wp:anchor>
            </w:drawing>
          </mc:Choice>
          <mc:Fallback>
            <w:pict>
              <v:shape w14:anchorId="27DD1A93" id="Ink 105" o:spid="_x0000_s1026" type="#_x0000_t75" style="position:absolute;margin-left:-7.65pt;margin-top:15.35pt;width:555.25pt;height:22.75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">
                <v:imagedata r:id="rId170" o:title=""/>
              </v:shape>
            </w:pict>
          </mc:Fallback>
        </mc:AlternateContent>
      </w:r>
      <w:r w:rsidR="007454F0">
        <w:rPr>
          <w:rFonts w:ascii="Georgia" w:eastAsia="Times New Roman" w:hAnsi="Georgia" w:cs="Times New Roman"/>
          <w:b/>
          <w:bCs/>
          <w:noProof/>
          <w:color w:val="002060"/>
          <w:sz w:val="36"/>
          <w:szCs w:val="36"/>
        </w:rPr>
        <mc:AlternateContent>
          <mc:Choice Requires="wpi">
            <w:drawing>
              <wp:anchor distT="0" distB="0" distL="114300" distR="114300" simplePos="0" relativeHeight="251716608" behindDoc="0" locked="0" layoutInCell="1" allowOverlap="1" wp14:anchorId="695A13D6" wp14:editId="2595E69D">
                <wp:simplePos x="0" y="0"/>
                <wp:positionH relativeFrom="column">
                  <wp:posOffset>-15365</wp:posOffset>
                </wp:positionH>
                <wp:positionV relativeFrom="paragraph">
                  <wp:posOffset>87043</wp:posOffset>
                </wp:positionV>
                <wp:extent cx="6896880" cy="360"/>
                <wp:effectExtent l="114300" t="190500" r="113665" b="190500"/>
                <wp:wrapNone/>
                <wp:docPr id="1317665745" name="Ink 104"/>
                <wp:cNvGraphicFramePr/>
                <a:graphic xmlns:a="http://schemas.openxmlformats.org/drawingml/2006/main">
                  <a:graphicData uri="http://schemas.microsoft.com/office/word/2010/wordprocessingInk">
                    <w14:contentPart bwMode="auto" r:id="rId171">
                      <w14:nvContentPartPr>
                        <w14:cNvContentPartPr/>
                      </w14:nvContentPartPr>
                      <w14:xfrm>
                        <a:off x="0" y="0"/>
                        <a:ext cx="6896880" cy="360"/>
                      </w14:xfrm>
                    </w14:contentPart>
                  </a:graphicData>
                </a:graphic>
              </wp:anchor>
            </w:drawing>
          </mc:Choice>
          <mc:Fallback>
            <w:pict>
              <v:shape w14:anchorId="1F94508A" id="Ink 104" o:spid="_x0000_s1026" type="#_x0000_t75" style="position:absolute;margin-left:-6.85pt;margin-top:-4.45pt;width:554.35pt;height:22.7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">
                <v:imagedata r:id="rId107" o:title=""/>
              </v:shape>
            </w:pict>
          </mc:Fallback>
        </mc:AlternateContent>
      </w:r>
      <w:r w:rsidR="003841FB" w:rsidRPr="001C6094">
        <w:rPr>
          <w:rFonts w:ascii="Georgia" w:eastAsia="Times New Roman" w:hAnsi="Georgia" w:cs="Times New Roman"/>
          <w:b/>
          <w:bCs/>
          <w:color w:val="002060"/>
          <w:sz w:val="36"/>
          <w:szCs w:val="36"/>
        </w:rPr>
        <w:t>Contribution Packages</w:t>
      </w:r>
    </w:p>
    <w:tbl>
      <w:tblPr>
        <w:tblpPr w:leftFromText="180" w:rightFromText="180" w:vertAnchor="text" w:tblpY="1"/>
        <w:tblOverlap w:val="never"/>
        <w:tblW w:w="0" w:type="auto"/>
        <w:tblCellSpacing w:w="15" w:type="dxa"/>
        <w:tblCellMar>
          <w:top w:w="15" w:type="dxa"/>
          <w:left w:w="15" w:type="dxa"/>
          <w:bottom w:w="15" w:type="dxa"/>
          <w:right w:w="15" w:type="dxa"/>
        </w:tblCellMar>
        <w:tblLook w:val="04A0" w:firstRow="1" w:lastRow="0" w:firstColumn="1" w:lastColumn="0" w:noHBand="0" w:noVBand="1"/>
      </w:tblPr>
      <w:tblGrid>
        <w:gridCol w:w="3492"/>
        <w:gridCol w:w="7308"/>
      </w:tblGrid>
      <w:tr w:rsidR="003841FB" w:rsidRPr="00942A4F" w14:paraId="5E11B277" w14:textId="77777777" w:rsidTr="001737E3">
        <w:trPr>
          <w:tblHeader/>
          <w:tblCellSpacing w:w="15" w:type="dxa"/>
        </w:trPr>
        <w:tc>
          <w:tcPr>
            <w:tcW w:w="0" w:type="auto"/>
            <w:vAlign w:val="center"/>
            <w:hideMark/>
          </w:tcPr>
          <w:p w14:paraId="2DE38AE1" w14:textId="77777777" w:rsidR="003841FB" w:rsidRPr="00942A4F" w:rsidRDefault="003841FB" w:rsidP="001737E3">
            <w:pPr>
              <w:spacing w:after="0" w:line="240" w:lineRule="auto"/>
              <w:jc w:val="center"/>
              <w:rPr>
                <w:rFonts w:ascii="Georgia" w:eastAsia="Times New Roman" w:hAnsi="Georgia" w:cs="Times New Roman"/>
                <w:b/>
                <w:bCs/>
                <w:color w:val="002060"/>
                <w:sz w:val="24"/>
                <w:szCs w:val="24"/>
              </w:rPr>
            </w:pPr>
            <w:r w:rsidRPr="00942A4F">
              <w:rPr>
                <w:rFonts w:ascii="Georgia" w:eastAsia="Times New Roman" w:hAnsi="Georgia" w:cs="Times New Roman"/>
                <w:b/>
                <w:bCs/>
                <w:color w:val="002060"/>
                <w:sz w:val="24"/>
                <w:szCs w:val="24"/>
              </w:rPr>
              <w:t>Level</w:t>
            </w:r>
          </w:p>
        </w:tc>
        <w:tc>
          <w:tcPr>
            <w:tcW w:w="0" w:type="auto"/>
            <w:vAlign w:val="center"/>
            <w:hideMark/>
          </w:tcPr>
          <w:p w14:paraId="0D53AC9D" w14:textId="77777777" w:rsidR="003841FB" w:rsidRPr="00942A4F" w:rsidRDefault="003841FB" w:rsidP="001737E3">
            <w:pPr>
              <w:spacing w:after="0" w:line="240" w:lineRule="auto"/>
              <w:jc w:val="center"/>
              <w:rPr>
                <w:rFonts w:ascii="Georgia" w:eastAsia="Times New Roman" w:hAnsi="Georgia" w:cs="Times New Roman"/>
                <w:b/>
                <w:bCs/>
                <w:color w:val="002060"/>
                <w:sz w:val="24"/>
                <w:szCs w:val="24"/>
              </w:rPr>
            </w:pPr>
            <w:r w:rsidRPr="00942A4F">
              <w:rPr>
                <w:rFonts w:ascii="Georgia" w:eastAsia="Times New Roman" w:hAnsi="Georgia" w:cs="Times New Roman"/>
                <w:b/>
                <w:bCs/>
                <w:color w:val="002060"/>
                <w:sz w:val="24"/>
                <w:szCs w:val="24"/>
              </w:rPr>
              <w:t>Package Includes</w:t>
            </w:r>
          </w:p>
        </w:tc>
      </w:tr>
      <w:tr w:rsidR="003841FB" w:rsidRPr="00942A4F" w14:paraId="62FC3935" w14:textId="77777777" w:rsidTr="001737E3">
        <w:trPr>
          <w:tblCellSpacing w:w="15" w:type="dxa"/>
        </w:trPr>
        <w:tc>
          <w:tcPr>
            <w:tcW w:w="0" w:type="auto"/>
            <w:vAlign w:val="center"/>
            <w:hideMark/>
          </w:tcPr>
          <w:p w14:paraId="67F8583E" w14:textId="77777777" w:rsidR="003841FB" w:rsidRPr="00942A4F" w:rsidRDefault="003841FB" w:rsidP="001737E3">
            <w:pPr>
              <w:spacing w:after="0" w:line="240" w:lineRule="auto"/>
              <w:rPr>
                <w:rFonts w:ascii="Georgia" w:eastAsia="Times New Roman" w:hAnsi="Georgia" w:cs="Times New Roman"/>
                <w:b/>
                <w:bCs/>
                <w:color w:val="002060"/>
                <w:sz w:val="24"/>
                <w:szCs w:val="24"/>
              </w:rPr>
            </w:pPr>
            <w:r w:rsidRPr="00942A4F">
              <w:rPr>
                <w:rFonts w:ascii="Segoe UI Emoji" w:eastAsia="Times New Roman" w:hAnsi="Segoe UI Emoji" w:cs="Segoe UI Emoji"/>
                <w:b/>
                <w:bCs/>
                <w:color w:val="002060"/>
                <w:sz w:val="24"/>
                <w:szCs w:val="24"/>
              </w:rPr>
              <w:t>💛</w:t>
            </w:r>
            <w:r w:rsidRPr="00942A4F">
              <w:rPr>
                <w:rFonts w:ascii="Georgia" w:eastAsia="Times New Roman" w:hAnsi="Georgia" w:cs="Times New Roman"/>
                <w:b/>
                <w:bCs/>
                <w:color w:val="002060"/>
                <w:sz w:val="24"/>
                <w:szCs w:val="24"/>
              </w:rPr>
              <w:t xml:space="preserve"> </w:t>
            </w:r>
            <w:r w:rsidRPr="00942A4F">
              <w:rPr>
                <w:rFonts w:ascii="Georgia" w:eastAsia="Times New Roman" w:hAnsi="Georgia" w:cs="Times New Roman"/>
                <w:b/>
                <w:bCs/>
                <w:i/>
                <w:iCs/>
                <w:color w:val="002060"/>
                <w:sz w:val="24"/>
                <w:szCs w:val="24"/>
              </w:rPr>
              <w:t>Guardian of Hope</w:t>
            </w:r>
            <w:r w:rsidRPr="00942A4F">
              <w:rPr>
                <w:rFonts w:ascii="Georgia" w:eastAsia="Times New Roman" w:hAnsi="Georgia" w:cs="Times New Roman"/>
                <w:b/>
                <w:bCs/>
                <w:color w:val="002060"/>
                <w:sz w:val="24"/>
                <w:szCs w:val="24"/>
              </w:rPr>
              <w:t xml:space="preserve"> — $25</w:t>
            </w:r>
          </w:p>
        </w:tc>
        <w:tc>
          <w:tcPr>
            <w:tcW w:w="0" w:type="auto"/>
            <w:vAlign w:val="center"/>
            <w:hideMark/>
          </w:tcPr>
          <w:p w14:paraId="3D5E3AA2" w14:textId="77777777" w:rsidR="003841FB" w:rsidRPr="00942A4F" w:rsidRDefault="003841FB" w:rsidP="001737E3">
            <w:pPr>
              <w:spacing w:after="0" w:line="240" w:lineRule="auto"/>
              <w:rPr>
                <w:rFonts w:ascii="Georgia" w:eastAsia="Times New Roman" w:hAnsi="Georgia" w:cs="Times New Roman"/>
                <w:b/>
                <w:bCs/>
                <w:color w:val="002060"/>
                <w:sz w:val="24"/>
                <w:szCs w:val="24"/>
              </w:rPr>
            </w:pPr>
            <w:r w:rsidRPr="00942A4F">
              <w:rPr>
                <w:rFonts w:ascii="Georgia" w:eastAsia="Times New Roman" w:hAnsi="Georgia" w:cs="Times New Roman"/>
                <w:b/>
                <w:bCs/>
                <w:color w:val="002060"/>
                <w:sz w:val="24"/>
                <w:szCs w:val="24"/>
              </w:rPr>
              <w:t>Event Ticket • Donor Wall • Digital Badge • Email Updates</w:t>
            </w:r>
          </w:p>
        </w:tc>
      </w:tr>
      <w:tr w:rsidR="003841FB" w:rsidRPr="00942A4F" w14:paraId="7F86C2B2" w14:textId="77777777" w:rsidTr="001737E3">
        <w:trPr>
          <w:tblCellSpacing w:w="15" w:type="dxa"/>
        </w:trPr>
        <w:tc>
          <w:tcPr>
            <w:tcW w:w="0" w:type="auto"/>
            <w:vAlign w:val="center"/>
            <w:hideMark/>
          </w:tcPr>
          <w:p w14:paraId="012B96BA" w14:textId="77777777" w:rsidR="003841FB" w:rsidRPr="00942A4F" w:rsidRDefault="003841FB" w:rsidP="001737E3">
            <w:pPr>
              <w:spacing w:after="0" w:line="240" w:lineRule="auto"/>
              <w:rPr>
                <w:rFonts w:ascii="Georgia" w:eastAsia="Times New Roman" w:hAnsi="Georgia" w:cs="Times New Roman"/>
                <w:b/>
                <w:bCs/>
                <w:color w:val="002060"/>
                <w:sz w:val="24"/>
                <w:szCs w:val="24"/>
              </w:rPr>
            </w:pPr>
            <w:r w:rsidRPr="00942A4F">
              <w:rPr>
                <w:rFonts w:ascii="Georgia" w:eastAsia="Times New Roman" w:hAnsi="Georgia" w:cs="Times New Roman"/>
                <w:b/>
                <w:bCs/>
                <w:i/>
                <w:iCs/>
                <w:noProof/>
                <w:color w:val="002060"/>
                <w:sz w:val="24"/>
                <w:szCs w:val="24"/>
              </w:rPr>
              <w:drawing>
                <wp:inline distT="0" distB="0" distL="0" distR="0" wp14:anchorId="09940A88" wp14:editId="0F64C1E7">
                  <wp:extent cx="304800" cy="304800"/>
                  <wp:effectExtent l="0" t="0" r="0" b="0"/>
                  <wp:docPr id="1464912326" name="Graphic 60" descr="Body build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912326" name="Graphic 1464912326" descr="Body builder with solid fill"/>
                          <pic:cNvPicPr/>
                        </pic:nvPicPr>
                        <pic:blipFill>
                          <a:blip r:embed="rId172">
                            <a:extLst>
                              <a:ext uri="{96DAC541-7B7A-43D3-8B79-37D633B846F1}">
                                <asvg:svgBlip xmlns:asvg="http://schemas.microsoft.com/office/drawing/2016/SVG/main" r:embed="rId173"/>
                              </a:ext>
                            </a:extLst>
                          </a:blip>
                          <a:stretch>
                            <a:fillRect/>
                          </a:stretch>
                        </pic:blipFill>
                        <pic:spPr>
                          <a:xfrm>
                            <a:off x="0" y="0"/>
                            <a:ext cx="304800" cy="304800"/>
                          </a:xfrm>
                          <a:prstGeom prst="rect">
                            <a:avLst/>
                          </a:prstGeom>
                        </pic:spPr>
                      </pic:pic>
                    </a:graphicData>
                  </a:graphic>
                </wp:inline>
              </w:drawing>
            </w:r>
            <w:r w:rsidRPr="00942A4F">
              <w:rPr>
                <w:rFonts w:ascii="Georgia" w:eastAsia="Times New Roman" w:hAnsi="Georgia" w:cs="Times New Roman"/>
                <w:b/>
                <w:bCs/>
                <w:i/>
                <w:iCs/>
                <w:color w:val="002060"/>
                <w:sz w:val="24"/>
                <w:szCs w:val="24"/>
              </w:rPr>
              <w:t>Protector of Dreams</w:t>
            </w:r>
            <w:r w:rsidRPr="00942A4F">
              <w:rPr>
                <w:rFonts w:ascii="Georgia" w:eastAsia="Times New Roman" w:hAnsi="Georgia" w:cs="Times New Roman"/>
                <w:b/>
                <w:bCs/>
                <w:color w:val="002060"/>
                <w:sz w:val="24"/>
                <w:szCs w:val="24"/>
              </w:rPr>
              <w:t xml:space="preserve"> — $50</w:t>
            </w:r>
          </w:p>
        </w:tc>
        <w:tc>
          <w:tcPr>
            <w:tcW w:w="0" w:type="auto"/>
            <w:vAlign w:val="center"/>
            <w:hideMark/>
          </w:tcPr>
          <w:p w14:paraId="00420357" w14:textId="77777777" w:rsidR="003841FB" w:rsidRPr="00942A4F" w:rsidRDefault="003841FB" w:rsidP="001737E3">
            <w:pPr>
              <w:spacing w:after="0" w:line="240" w:lineRule="auto"/>
              <w:rPr>
                <w:rFonts w:ascii="Georgia" w:eastAsia="Times New Roman" w:hAnsi="Georgia" w:cs="Times New Roman"/>
                <w:b/>
                <w:bCs/>
                <w:color w:val="002060"/>
                <w:sz w:val="24"/>
                <w:szCs w:val="24"/>
              </w:rPr>
            </w:pPr>
            <w:r w:rsidRPr="00942A4F">
              <w:rPr>
                <w:rFonts w:ascii="Georgia" w:eastAsia="Times New Roman" w:hAnsi="Georgia" w:cs="Times New Roman"/>
                <w:b/>
                <w:bCs/>
                <w:color w:val="002060"/>
                <w:sz w:val="24"/>
                <w:szCs w:val="24"/>
              </w:rPr>
              <w:t>All Above + Certificate • Raffle Entry</w:t>
            </w:r>
          </w:p>
        </w:tc>
      </w:tr>
      <w:tr w:rsidR="003841FB" w:rsidRPr="00942A4F" w14:paraId="11DDA9DC" w14:textId="77777777" w:rsidTr="001737E3">
        <w:trPr>
          <w:tblCellSpacing w:w="15" w:type="dxa"/>
        </w:trPr>
        <w:tc>
          <w:tcPr>
            <w:tcW w:w="0" w:type="auto"/>
            <w:vAlign w:val="center"/>
            <w:hideMark/>
          </w:tcPr>
          <w:p w14:paraId="6FE824CD" w14:textId="77777777" w:rsidR="003841FB" w:rsidRPr="00942A4F" w:rsidRDefault="003841FB" w:rsidP="001737E3">
            <w:pPr>
              <w:spacing w:after="0" w:line="240" w:lineRule="auto"/>
              <w:rPr>
                <w:rFonts w:ascii="Georgia" w:eastAsia="Times New Roman" w:hAnsi="Georgia" w:cs="Times New Roman"/>
                <w:b/>
                <w:bCs/>
                <w:color w:val="002060"/>
                <w:sz w:val="24"/>
                <w:szCs w:val="24"/>
              </w:rPr>
            </w:pPr>
            <w:r w:rsidRPr="00942A4F">
              <w:rPr>
                <w:rFonts w:ascii="Segoe UI Emoji" w:eastAsia="Times New Roman" w:hAnsi="Segoe UI Emoji" w:cs="Segoe UI Emoji"/>
                <w:b/>
                <w:bCs/>
                <w:color w:val="002060"/>
                <w:sz w:val="24"/>
                <w:szCs w:val="24"/>
              </w:rPr>
              <w:t>🧁</w:t>
            </w:r>
            <w:r w:rsidRPr="00942A4F">
              <w:rPr>
                <w:rFonts w:ascii="Georgia" w:eastAsia="Times New Roman" w:hAnsi="Georgia" w:cs="Times New Roman"/>
                <w:b/>
                <w:bCs/>
                <w:color w:val="002060"/>
                <w:sz w:val="24"/>
                <w:szCs w:val="24"/>
              </w:rPr>
              <w:t xml:space="preserve"> </w:t>
            </w:r>
            <w:r w:rsidRPr="00942A4F">
              <w:rPr>
                <w:rFonts w:ascii="Georgia" w:eastAsia="Times New Roman" w:hAnsi="Georgia" w:cs="Times New Roman"/>
                <w:b/>
                <w:bCs/>
                <w:i/>
                <w:iCs/>
                <w:color w:val="002060"/>
                <w:sz w:val="24"/>
                <w:szCs w:val="24"/>
              </w:rPr>
              <w:t>Champion for Change</w:t>
            </w:r>
            <w:r w:rsidRPr="00942A4F">
              <w:rPr>
                <w:rFonts w:ascii="Georgia" w:eastAsia="Times New Roman" w:hAnsi="Georgia" w:cs="Times New Roman"/>
                <w:b/>
                <w:bCs/>
                <w:color w:val="002060"/>
                <w:sz w:val="24"/>
                <w:szCs w:val="24"/>
              </w:rPr>
              <w:t xml:space="preserve"> — $100</w:t>
            </w:r>
          </w:p>
        </w:tc>
        <w:tc>
          <w:tcPr>
            <w:tcW w:w="0" w:type="auto"/>
            <w:vAlign w:val="center"/>
            <w:hideMark/>
          </w:tcPr>
          <w:p w14:paraId="37D8C3D6" w14:textId="77777777" w:rsidR="003841FB" w:rsidRPr="00942A4F" w:rsidRDefault="003841FB" w:rsidP="001737E3">
            <w:pPr>
              <w:spacing w:after="0" w:line="240" w:lineRule="auto"/>
              <w:rPr>
                <w:rFonts w:ascii="Georgia" w:eastAsia="Times New Roman" w:hAnsi="Georgia" w:cs="Times New Roman"/>
                <w:b/>
                <w:bCs/>
                <w:color w:val="002060"/>
                <w:sz w:val="24"/>
                <w:szCs w:val="24"/>
              </w:rPr>
            </w:pPr>
            <w:r w:rsidRPr="00942A4F">
              <w:rPr>
                <w:rFonts w:ascii="Georgia" w:eastAsia="Times New Roman" w:hAnsi="Georgia" w:cs="Times New Roman"/>
                <w:b/>
                <w:bCs/>
                <w:color w:val="002060"/>
                <w:sz w:val="24"/>
                <w:szCs w:val="24"/>
              </w:rPr>
              <w:t>All Above + Wristband • Pin • Donor Spotlight</w:t>
            </w:r>
          </w:p>
        </w:tc>
      </w:tr>
      <w:tr w:rsidR="003841FB" w:rsidRPr="00942A4F" w14:paraId="4689B61A" w14:textId="77777777" w:rsidTr="001737E3">
        <w:trPr>
          <w:tblCellSpacing w:w="15" w:type="dxa"/>
        </w:trPr>
        <w:tc>
          <w:tcPr>
            <w:tcW w:w="0" w:type="auto"/>
            <w:vAlign w:val="center"/>
            <w:hideMark/>
          </w:tcPr>
          <w:p w14:paraId="7FCA0A7A" w14:textId="77777777" w:rsidR="003841FB" w:rsidRPr="00942A4F" w:rsidRDefault="003841FB" w:rsidP="001737E3">
            <w:pPr>
              <w:spacing w:after="0" w:line="240" w:lineRule="auto"/>
              <w:rPr>
                <w:rFonts w:ascii="Georgia" w:eastAsia="Times New Roman" w:hAnsi="Georgia" w:cs="Times New Roman"/>
                <w:b/>
                <w:bCs/>
                <w:color w:val="002060"/>
                <w:sz w:val="24"/>
                <w:szCs w:val="24"/>
              </w:rPr>
            </w:pPr>
            <w:r w:rsidRPr="00942A4F">
              <w:rPr>
                <w:rFonts w:ascii="Segoe UI Emoji" w:eastAsia="Times New Roman" w:hAnsi="Segoe UI Emoji" w:cs="Segoe UI Emoji"/>
                <w:b/>
                <w:bCs/>
                <w:color w:val="002060"/>
                <w:sz w:val="24"/>
                <w:szCs w:val="24"/>
              </w:rPr>
              <w:t>💙</w:t>
            </w:r>
            <w:r w:rsidRPr="00942A4F">
              <w:rPr>
                <w:rFonts w:ascii="Georgia" w:eastAsia="Times New Roman" w:hAnsi="Georgia" w:cs="Times New Roman"/>
                <w:b/>
                <w:bCs/>
                <w:color w:val="002060"/>
                <w:sz w:val="24"/>
                <w:szCs w:val="24"/>
              </w:rPr>
              <w:t xml:space="preserve"> </w:t>
            </w:r>
            <w:r w:rsidRPr="00942A4F">
              <w:rPr>
                <w:rFonts w:ascii="Georgia" w:eastAsia="Times New Roman" w:hAnsi="Georgia" w:cs="Times New Roman"/>
                <w:b/>
                <w:bCs/>
                <w:i/>
                <w:iCs/>
                <w:color w:val="002060"/>
                <w:sz w:val="24"/>
                <w:szCs w:val="24"/>
              </w:rPr>
              <w:t>Advocate for Action</w:t>
            </w:r>
            <w:r w:rsidRPr="00942A4F">
              <w:rPr>
                <w:rFonts w:ascii="Georgia" w:eastAsia="Times New Roman" w:hAnsi="Georgia" w:cs="Times New Roman"/>
                <w:b/>
                <w:bCs/>
                <w:color w:val="002060"/>
                <w:sz w:val="24"/>
                <w:szCs w:val="24"/>
              </w:rPr>
              <w:t xml:space="preserve"> — $250</w:t>
            </w:r>
          </w:p>
        </w:tc>
        <w:tc>
          <w:tcPr>
            <w:tcW w:w="0" w:type="auto"/>
            <w:vAlign w:val="center"/>
            <w:hideMark/>
          </w:tcPr>
          <w:p w14:paraId="0500D4F2" w14:textId="77777777" w:rsidR="003841FB" w:rsidRPr="00942A4F" w:rsidRDefault="003841FB" w:rsidP="001737E3">
            <w:pPr>
              <w:spacing w:after="0" w:line="240" w:lineRule="auto"/>
              <w:rPr>
                <w:rFonts w:ascii="Georgia" w:eastAsia="Times New Roman" w:hAnsi="Georgia" w:cs="Times New Roman"/>
                <w:b/>
                <w:bCs/>
                <w:color w:val="002060"/>
                <w:sz w:val="24"/>
                <w:szCs w:val="24"/>
              </w:rPr>
            </w:pPr>
            <w:r w:rsidRPr="00942A4F">
              <w:rPr>
                <w:rFonts w:ascii="Georgia" w:eastAsia="Times New Roman" w:hAnsi="Georgia" w:cs="Times New Roman"/>
                <w:b/>
                <w:bCs/>
                <w:color w:val="002060"/>
                <w:sz w:val="24"/>
                <w:szCs w:val="24"/>
              </w:rPr>
              <w:t>All Above + VIP Seating • Event T-shirt • Awards Recognition</w:t>
            </w:r>
          </w:p>
          <w:p w14:paraId="0BF60DAD" w14:textId="77777777" w:rsidR="003841FB" w:rsidRPr="00942A4F" w:rsidRDefault="003841FB" w:rsidP="001737E3">
            <w:pPr>
              <w:spacing w:after="0" w:line="240" w:lineRule="auto"/>
              <w:rPr>
                <w:rFonts w:ascii="Georgia" w:eastAsia="Times New Roman" w:hAnsi="Georgia" w:cs="Times New Roman"/>
                <w:b/>
                <w:bCs/>
                <w:color w:val="002060"/>
                <w:sz w:val="24"/>
                <w:szCs w:val="24"/>
              </w:rPr>
            </w:pPr>
          </w:p>
          <w:p w14:paraId="79775D71" w14:textId="77777777" w:rsidR="003841FB" w:rsidRPr="00942A4F" w:rsidRDefault="003841FB" w:rsidP="001737E3">
            <w:pPr>
              <w:spacing w:after="0" w:line="240" w:lineRule="auto"/>
              <w:rPr>
                <w:rFonts w:ascii="Georgia" w:eastAsia="Times New Roman" w:hAnsi="Georgia" w:cs="Times New Roman"/>
                <w:b/>
                <w:bCs/>
                <w:color w:val="002060"/>
                <w:sz w:val="24"/>
                <w:szCs w:val="24"/>
              </w:rPr>
            </w:pPr>
          </w:p>
          <w:p w14:paraId="7348AFB5" w14:textId="77777777" w:rsidR="003841FB" w:rsidRPr="00942A4F" w:rsidRDefault="003841FB" w:rsidP="001737E3">
            <w:pPr>
              <w:spacing w:after="0" w:line="240" w:lineRule="auto"/>
              <w:rPr>
                <w:rFonts w:ascii="Georgia" w:eastAsia="Times New Roman" w:hAnsi="Georgia" w:cs="Times New Roman"/>
                <w:b/>
                <w:bCs/>
                <w:color w:val="002060"/>
                <w:sz w:val="24"/>
                <w:szCs w:val="24"/>
              </w:rPr>
            </w:pPr>
          </w:p>
        </w:tc>
      </w:tr>
      <w:tr w:rsidR="003841FB" w:rsidRPr="00942A4F" w14:paraId="3F67B4CB" w14:textId="77777777" w:rsidTr="001737E3">
        <w:trPr>
          <w:trHeight w:val="1077"/>
          <w:tblCellSpacing w:w="15" w:type="dxa"/>
        </w:trPr>
        <w:tc>
          <w:tcPr>
            <w:tcW w:w="0" w:type="auto"/>
            <w:vAlign w:val="center"/>
            <w:hideMark/>
          </w:tcPr>
          <w:p w14:paraId="2C1BED52" w14:textId="77777777" w:rsidR="003841FB" w:rsidRPr="00942A4F" w:rsidRDefault="003841FB" w:rsidP="001737E3">
            <w:pPr>
              <w:spacing w:after="0" w:line="240" w:lineRule="auto"/>
              <w:rPr>
                <w:rFonts w:ascii="Georgia" w:eastAsia="Times New Roman" w:hAnsi="Georgia" w:cs="Times New Roman"/>
                <w:b/>
                <w:bCs/>
                <w:color w:val="002060"/>
                <w:sz w:val="24"/>
                <w:szCs w:val="24"/>
              </w:rPr>
            </w:pPr>
            <w:r w:rsidRPr="00942A4F">
              <w:rPr>
                <w:rFonts w:ascii="Segoe UI Emoji" w:eastAsia="Times New Roman" w:hAnsi="Segoe UI Emoji" w:cs="Segoe UI Emoji"/>
                <w:b/>
                <w:bCs/>
                <w:color w:val="002060"/>
                <w:sz w:val="24"/>
                <w:szCs w:val="24"/>
              </w:rPr>
              <w:t>💜</w:t>
            </w:r>
            <w:r w:rsidRPr="00942A4F">
              <w:rPr>
                <w:rFonts w:ascii="Georgia" w:eastAsia="Times New Roman" w:hAnsi="Georgia" w:cs="Times New Roman"/>
                <w:b/>
                <w:bCs/>
                <w:color w:val="002060"/>
                <w:sz w:val="24"/>
                <w:szCs w:val="24"/>
              </w:rPr>
              <w:t xml:space="preserve"> </w:t>
            </w:r>
            <w:r w:rsidRPr="00942A4F">
              <w:rPr>
                <w:rFonts w:ascii="Georgia" w:eastAsia="Times New Roman" w:hAnsi="Georgia" w:cs="Times New Roman"/>
                <w:b/>
                <w:bCs/>
                <w:i/>
                <w:iCs/>
                <w:color w:val="002060"/>
                <w:sz w:val="24"/>
                <w:szCs w:val="24"/>
              </w:rPr>
              <w:t>Hero of Outreach</w:t>
            </w:r>
            <w:r w:rsidRPr="00942A4F">
              <w:rPr>
                <w:rFonts w:ascii="Georgia" w:eastAsia="Times New Roman" w:hAnsi="Georgia" w:cs="Times New Roman"/>
                <w:b/>
                <w:bCs/>
                <w:color w:val="002060"/>
                <w:sz w:val="24"/>
                <w:szCs w:val="24"/>
              </w:rPr>
              <w:t xml:space="preserve"> — $500</w:t>
            </w:r>
          </w:p>
        </w:tc>
        <w:tc>
          <w:tcPr>
            <w:tcW w:w="0" w:type="auto"/>
            <w:vAlign w:val="center"/>
            <w:hideMark/>
          </w:tcPr>
          <w:p w14:paraId="466C2F84" w14:textId="77777777" w:rsidR="003841FB" w:rsidRPr="00942A4F" w:rsidRDefault="003841FB" w:rsidP="001737E3">
            <w:pPr>
              <w:spacing w:after="0" w:line="240" w:lineRule="auto"/>
              <w:rPr>
                <w:rFonts w:ascii="Georgia" w:eastAsia="Times New Roman" w:hAnsi="Georgia" w:cs="Times New Roman"/>
                <w:b/>
                <w:bCs/>
                <w:color w:val="002060"/>
                <w:sz w:val="24"/>
                <w:szCs w:val="24"/>
              </w:rPr>
            </w:pPr>
            <w:r w:rsidRPr="00942A4F">
              <w:rPr>
                <w:rFonts w:ascii="Georgia" w:eastAsia="Times New Roman" w:hAnsi="Georgia" w:cs="Times New Roman"/>
                <w:b/>
                <w:bCs/>
                <w:color w:val="002060"/>
                <w:sz w:val="24"/>
                <w:szCs w:val="24"/>
              </w:rPr>
              <w:t>All Above + Appreciation Brunch • Impact Report</w:t>
            </w:r>
          </w:p>
        </w:tc>
      </w:tr>
      <w:tr w:rsidR="003841FB" w:rsidRPr="00942A4F" w14:paraId="1FC35B91" w14:textId="77777777" w:rsidTr="001737E3">
        <w:trPr>
          <w:tblCellSpacing w:w="15" w:type="dxa"/>
        </w:trPr>
        <w:tc>
          <w:tcPr>
            <w:tcW w:w="0" w:type="auto"/>
            <w:vAlign w:val="center"/>
            <w:hideMark/>
          </w:tcPr>
          <w:p w14:paraId="088FA16C" w14:textId="77777777" w:rsidR="003841FB" w:rsidRPr="00942A4F" w:rsidRDefault="003841FB" w:rsidP="001737E3">
            <w:pPr>
              <w:spacing w:after="0" w:line="240" w:lineRule="auto"/>
              <w:rPr>
                <w:rFonts w:ascii="Georgia" w:eastAsia="Times New Roman" w:hAnsi="Georgia" w:cs="Times New Roman"/>
                <w:b/>
                <w:bCs/>
                <w:color w:val="002060"/>
                <w:sz w:val="24"/>
                <w:szCs w:val="24"/>
              </w:rPr>
            </w:pPr>
            <w:r w:rsidRPr="00942A4F">
              <w:rPr>
                <w:rFonts w:ascii="Segoe UI Emoji" w:eastAsia="Times New Roman" w:hAnsi="Segoe UI Emoji" w:cs="Segoe UI Emoji"/>
                <w:b/>
                <w:bCs/>
                <w:color w:val="002060"/>
                <w:sz w:val="24"/>
                <w:szCs w:val="24"/>
              </w:rPr>
              <w:t>🔍</w:t>
            </w:r>
            <w:r w:rsidRPr="00942A4F">
              <w:rPr>
                <w:rFonts w:ascii="Georgia" w:eastAsia="Times New Roman" w:hAnsi="Georgia" w:cs="Times New Roman"/>
                <w:b/>
                <w:bCs/>
                <w:color w:val="002060"/>
                <w:sz w:val="24"/>
                <w:szCs w:val="24"/>
              </w:rPr>
              <w:t xml:space="preserve"> </w:t>
            </w:r>
            <w:r w:rsidRPr="00942A4F">
              <w:rPr>
                <w:rFonts w:ascii="Georgia" w:eastAsia="Times New Roman" w:hAnsi="Georgia" w:cs="Times New Roman"/>
                <w:b/>
                <w:bCs/>
                <w:i/>
                <w:iCs/>
                <w:color w:val="002060"/>
                <w:sz w:val="24"/>
                <w:szCs w:val="24"/>
              </w:rPr>
              <w:t>Defender of the Future</w:t>
            </w:r>
            <w:r w:rsidRPr="00942A4F">
              <w:rPr>
                <w:rFonts w:ascii="Georgia" w:eastAsia="Times New Roman" w:hAnsi="Georgia" w:cs="Times New Roman"/>
                <w:b/>
                <w:bCs/>
                <w:color w:val="002060"/>
                <w:sz w:val="24"/>
                <w:szCs w:val="24"/>
              </w:rPr>
              <w:t xml:space="preserve"> — $1,000+</w:t>
            </w:r>
          </w:p>
        </w:tc>
        <w:tc>
          <w:tcPr>
            <w:tcW w:w="0" w:type="auto"/>
            <w:vAlign w:val="center"/>
            <w:hideMark/>
          </w:tcPr>
          <w:p w14:paraId="09305F44" w14:textId="77777777" w:rsidR="003841FB" w:rsidRPr="00942A4F" w:rsidRDefault="003841FB" w:rsidP="001737E3">
            <w:pPr>
              <w:spacing w:after="0" w:line="240" w:lineRule="auto"/>
              <w:rPr>
                <w:rFonts w:ascii="Georgia" w:eastAsia="Times New Roman" w:hAnsi="Georgia" w:cs="Times New Roman"/>
                <w:b/>
                <w:bCs/>
                <w:color w:val="002060"/>
                <w:sz w:val="24"/>
                <w:szCs w:val="24"/>
              </w:rPr>
            </w:pPr>
            <w:r w:rsidRPr="00942A4F">
              <w:rPr>
                <w:rFonts w:ascii="Georgia" w:eastAsia="Times New Roman" w:hAnsi="Georgia" w:cs="Times New Roman"/>
                <w:b/>
                <w:bCs/>
                <w:color w:val="002060"/>
                <w:sz w:val="24"/>
                <w:szCs w:val="24"/>
              </w:rPr>
              <w:t>All Above + VIP Recognition • Vehicle/Supply Sponsorship • Custom Award Plaque</w:t>
            </w:r>
          </w:p>
        </w:tc>
      </w:tr>
    </w:tbl>
    <w:p w14:paraId="249C956E" w14:textId="456C1FC8" w:rsidR="003841FB" w:rsidRPr="00942A4F" w:rsidRDefault="007454F0" w:rsidP="003841FB">
      <w:pPr>
        <w:spacing w:before="100" w:beforeAutospacing="1" w:after="100" w:afterAutospacing="1" w:line="240" w:lineRule="auto"/>
        <w:rPr>
          <w:rFonts w:ascii="Georgia" w:eastAsia="Times New Roman" w:hAnsi="Georgia" w:cs="Times New Roman"/>
          <w:b/>
          <w:bCs/>
          <w:color w:val="002060"/>
          <w:sz w:val="24"/>
          <w:szCs w:val="24"/>
        </w:rPr>
      </w:pPr>
      <w:r w:rsidRPr="00EC1ADD">
        <w:rPr>
          <w:rFonts w:ascii="Georgia" w:hAnsi="Georgia"/>
          <w:noProof/>
          <w:color w:val="002060"/>
        </w:rPr>
        <w:drawing>
          <wp:anchor distT="0" distB="0" distL="114300" distR="114300" simplePos="0" relativeHeight="251660288" behindDoc="0" locked="0" layoutInCell="1" allowOverlap="1" wp14:anchorId="276F6644" wp14:editId="2A219F46">
            <wp:simplePos x="0" y="0"/>
            <wp:positionH relativeFrom="margin">
              <wp:posOffset>1360393</wp:posOffset>
            </wp:positionH>
            <wp:positionV relativeFrom="paragraph">
              <wp:posOffset>4549803</wp:posOffset>
            </wp:positionV>
            <wp:extent cx="4188479" cy="2421241"/>
            <wp:effectExtent l="19050" t="0" r="21590" b="703580"/>
            <wp:wrapNone/>
            <wp:docPr id="817857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857532" name="Picture 1"/>
                    <pic:cNvPicPr>
                      <a:picLocks noChangeAspect="1"/>
                    </pic:cNvPicPr>
                  </pic:nvPicPr>
                  <pic:blipFill>
                    <a:blip r:embed="rId174">
                      <a:extLst>
                        <a:ext uri="{28A0092B-C50C-407E-A947-70E740481C1C}">
                          <a14:useLocalDpi xmlns:a14="http://schemas.microsoft.com/office/drawing/2010/main" val="0"/>
                        </a:ext>
                        <a:ext uri="{837473B0-CC2E-450A-ABE3-18F120FF3D39}">
                          <a1611:picAttrSrcUrl xmlns:a1611="http://schemas.microsoft.com/office/drawing/2016/11/main" r:id="rId175"/>
                        </a:ext>
                      </a:extLst>
                    </a:blip>
                    <a:stretch>
                      <a:fillRect/>
                    </a:stretch>
                  </pic:blipFill>
                  <pic:spPr>
                    <a:xfrm>
                      <a:off x="0" y="0"/>
                      <a:ext cx="4188479" cy="242124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Georgia" w:eastAsia="Times New Roman" w:hAnsi="Georgia" w:cs="Segoe UI Emoji"/>
          <w:b/>
          <w:bCs/>
          <w:noProof/>
          <w:color w:val="002060"/>
          <w:sz w:val="24"/>
          <w:szCs w:val="24"/>
        </w:rPr>
        <mc:AlternateContent>
          <mc:Choice Requires="wpi">
            <w:drawing>
              <wp:anchor distT="0" distB="0" distL="114300" distR="114300" simplePos="0" relativeHeight="251732992" behindDoc="0" locked="0" layoutInCell="1" allowOverlap="1" wp14:anchorId="43F174A5" wp14:editId="2578E557">
                <wp:simplePos x="0" y="0"/>
                <wp:positionH relativeFrom="column">
                  <wp:posOffset>-15365</wp:posOffset>
                </wp:positionH>
                <wp:positionV relativeFrom="paragraph">
                  <wp:posOffset>3518258</wp:posOffset>
                </wp:positionV>
                <wp:extent cx="6894720" cy="360"/>
                <wp:effectExtent l="114300" t="190500" r="116205" b="190500"/>
                <wp:wrapNone/>
                <wp:docPr id="685107956" name="Ink 133"/>
                <wp:cNvGraphicFramePr/>
                <a:graphic xmlns:a="http://schemas.openxmlformats.org/drawingml/2006/main">
                  <a:graphicData uri="http://schemas.microsoft.com/office/word/2010/wordprocessingInk">
                    <w14:contentPart bwMode="auto" r:id="rId176">
                      <w14:nvContentPartPr>
                        <w14:cNvContentPartPr/>
                      </w14:nvContentPartPr>
                      <w14:xfrm>
                        <a:off x="0" y="0"/>
                        <a:ext cx="6894720" cy="360"/>
                      </w14:xfrm>
                    </w14:contentPart>
                  </a:graphicData>
                </a:graphic>
              </wp:anchor>
            </w:drawing>
          </mc:Choice>
          <mc:Fallback>
            <w:pict>
              <v:shape w14:anchorId="380CFA1F" id="Ink 133" o:spid="_x0000_s1026" type="#_x0000_t75" style="position:absolute;margin-left:-6.85pt;margin-top:265.7pt;width:554.25pt;height:22.75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">
                <v:imagedata r:id="rId155" o:title=""/>
              </v:shape>
            </w:pict>
          </mc:Fallback>
        </mc:AlternateContent>
      </w:r>
      <w:r w:rsidR="003841FB" w:rsidRPr="00942A4F">
        <w:rPr>
          <w:rFonts w:ascii="Georgia" w:eastAsia="Times New Roman" w:hAnsi="Georgia" w:cs="Segoe UI Emoji"/>
          <w:b/>
          <w:bCs/>
          <w:color w:val="002060"/>
          <w:sz w:val="24"/>
          <w:szCs w:val="24"/>
        </w:rPr>
        <w:br w:type="textWrapping" w:clear="all"/>
      </w:r>
      <w:r w:rsidR="003841FB" w:rsidRPr="00942A4F">
        <w:rPr>
          <w:rFonts w:ascii="Segoe UI Emoji" w:eastAsia="Times New Roman" w:hAnsi="Segoe UI Emoji" w:cs="Segoe UI Emoji"/>
          <w:b/>
          <w:bCs/>
          <w:color w:val="002060"/>
          <w:sz w:val="24"/>
          <w:szCs w:val="24"/>
        </w:rPr>
        <w:t>🎟️</w:t>
      </w:r>
      <w:r w:rsidR="003841FB" w:rsidRPr="00942A4F">
        <w:rPr>
          <w:rFonts w:ascii="Georgia" w:eastAsia="Times New Roman" w:hAnsi="Georgia" w:cs="Times New Roman"/>
          <w:b/>
          <w:bCs/>
          <w:color w:val="002060"/>
          <w:sz w:val="24"/>
          <w:szCs w:val="24"/>
        </w:rPr>
        <w:t xml:space="preserve"> Bonus Add-Ons:</w:t>
      </w:r>
      <w:r w:rsidR="003841FB" w:rsidRPr="00942A4F">
        <w:rPr>
          <w:rFonts w:ascii="Georgia" w:eastAsia="Times New Roman" w:hAnsi="Georgia" w:cs="Times New Roman"/>
          <w:b/>
          <w:bCs/>
          <w:color w:val="002060"/>
          <w:sz w:val="24"/>
          <w:szCs w:val="24"/>
        </w:rPr>
        <w:br/>
        <w:t xml:space="preserve">• </w:t>
      </w:r>
      <w:r w:rsidR="003841FB" w:rsidRPr="00942A4F">
        <w:rPr>
          <w:rFonts w:ascii="Segoe UI Emoji" w:eastAsia="Times New Roman" w:hAnsi="Segoe UI Emoji" w:cs="Segoe UI Emoji"/>
          <w:b/>
          <w:bCs/>
          <w:color w:val="002060"/>
          <w:sz w:val="24"/>
          <w:szCs w:val="24"/>
        </w:rPr>
        <w:t>🎫</w:t>
      </w:r>
      <w:r w:rsidR="003841FB" w:rsidRPr="00942A4F">
        <w:rPr>
          <w:rFonts w:ascii="Georgia" w:eastAsia="Times New Roman" w:hAnsi="Georgia" w:cs="Times New Roman"/>
          <w:b/>
          <w:bCs/>
          <w:color w:val="002060"/>
          <w:sz w:val="24"/>
          <w:szCs w:val="24"/>
        </w:rPr>
        <w:t xml:space="preserve"> Extra Raffle Tickets – $5 each</w:t>
      </w:r>
      <w:r w:rsidR="003841FB" w:rsidRPr="00942A4F">
        <w:rPr>
          <w:rFonts w:ascii="Georgia" w:eastAsia="Times New Roman" w:hAnsi="Georgia" w:cs="Times New Roman"/>
          <w:b/>
          <w:bCs/>
          <w:color w:val="002060"/>
          <w:sz w:val="24"/>
          <w:szCs w:val="24"/>
        </w:rPr>
        <w:br/>
        <w:t xml:space="preserve">• </w:t>
      </w:r>
      <w:r w:rsidR="003841FB" w:rsidRPr="00942A4F">
        <w:rPr>
          <w:rFonts w:ascii="Segoe UI Emoji" w:eastAsia="Times New Roman" w:hAnsi="Segoe UI Emoji" w:cs="Segoe UI Emoji"/>
          <w:b/>
          <w:bCs/>
          <w:color w:val="002060"/>
          <w:sz w:val="24"/>
          <w:szCs w:val="24"/>
        </w:rPr>
        <w:t>🧸</w:t>
      </w:r>
      <w:r w:rsidR="003841FB" w:rsidRPr="00942A4F">
        <w:rPr>
          <w:rFonts w:ascii="Georgia" w:eastAsia="Times New Roman" w:hAnsi="Georgia" w:cs="Times New Roman"/>
          <w:b/>
          <w:bCs/>
          <w:color w:val="002060"/>
          <w:sz w:val="24"/>
          <w:szCs w:val="24"/>
        </w:rPr>
        <w:t xml:space="preserve"> Sponsor a Child Registration Package – $40</w:t>
      </w:r>
      <w:r w:rsidR="003841FB" w:rsidRPr="00942A4F">
        <w:rPr>
          <w:rFonts w:ascii="Georgia" w:eastAsia="Times New Roman" w:hAnsi="Georgia" w:cs="Times New Roman"/>
          <w:b/>
          <w:bCs/>
          <w:color w:val="002060"/>
          <w:sz w:val="24"/>
          <w:szCs w:val="24"/>
        </w:rPr>
        <w:br/>
        <w:t xml:space="preserve">• </w:t>
      </w:r>
      <w:r w:rsidR="003841FB" w:rsidRPr="00942A4F">
        <w:rPr>
          <w:rFonts w:ascii="Segoe UI Emoji" w:eastAsia="Times New Roman" w:hAnsi="Segoe UI Emoji" w:cs="Segoe UI Emoji"/>
          <w:b/>
          <w:bCs/>
          <w:color w:val="002060"/>
          <w:sz w:val="24"/>
          <w:szCs w:val="24"/>
        </w:rPr>
        <w:t>⛽</w:t>
      </w:r>
      <w:r w:rsidR="003841FB" w:rsidRPr="00942A4F">
        <w:rPr>
          <w:rFonts w:ascii="Georgia" w:eastAsia="Times New Roman" w:hAnsi="Georgia" w:cs="Times New Roman"/>
          <w:b/>
          <w:bCs/>
          <w:color w:val="002060"/>
          <w:sz w:val="24"/>
          <w:szCs w:val="24"/>
        </w:rPr>
        <w:t xml:space="preserve"> Sponsor an Outreach Fuel Card – $75</w:t>
      </w:r>
    </w:p>
    <w:p w14:paraId="703818F5" w14:textId="39E94796" w:rsidR="003841FB" w:rsidRPr="00EC1ADD" w:rsidRDefault="003841FB" w:rsidP="003841FB">
      <w:pPr>
        <w:spacing w:before="100" w:beforeAutospacing="1" w:after="100" w:afterAutospacing="1" w:line="240" w:lineRule="auto"/>
        <w:rPr>
          <w:rFonts w:ascii="Georgia" w:eastAsia="Times New Roman" w:hAnsi="Georgia" w:cs="Times New Roman"/>
          <w:b/>
          <w:bCs/>
          <w:color w:val="002060"/>
          <w:sz w:val="28"/>
          <w:szCs w:val="28"/>
        </w:rPr>
      </w:pPr>
    </w:p>
    <w:p w14:paraId="261D68F1" w14:textId="707BEA97" w:rsidR="003841FB" w:rsidRPr="00EC1ADD" w:rsidRDefault="009E7324" w:rsidP="003841FB">
      <w:pPr>
        <w:spacing w:after="0" w:line="240" w:lineRule="auto"/>
        <w:rPr>
          <w:rFonts w:ascii="Georgia" w:eastAsia="Times New Roman" w:hAnsi="Georgia" w:cs="Times New Roman"/>
          <w:color w:val="002060"/>
          <w:sz w:val="24"/>
          <w:szCs w:val="24"/>
        </w:rPr>
      </w:pPr>
      <w:r>
        <w:rPr>
          <w:rFonts w:ascii="Georgia" w:hAnsi="Georgia"/>
          <w:noProof/>
          <w:color w:val="002060"/>
        </w:rPr>
        <w:t xml:space="preserve">    </w:t>
      </w:r>
    </w:p>
    <w:p w14:paraId="514FA012" w14:textId="77777777" w:rsidR="003841FB" w:rsidRPr="00EC1ADD" w:rsidRDefault="003841FB" w:rsidP="003841FB">
      <w:pPr>
        <w:spacing w:after="0" w:line="240" w:lineRule="auto"/>
        <w:rPr>
          <w:rFonts w:ascii="Georgia" w:eastAsia="Times New Roman" w:hAnsi="Georgia" w:cs="Times New Roman"/>
          <w:color w:val="002060"/>
          <w:sz w:val="24"/>
          <w:szCs w:val="24"/>
        </w:rPr>
      </w:pPr>
    </w:p>
    <w:p w14:paraId="76BCA70E" w14:textId="5C517E6F" w:rsidR="003841FB" w:rsidRPr="00EC1ADD" w:rsidRDefault="009E7324" w:rsidP="003841FB">
      <w:pPr>
        <w:spacing w:after="0" w:line="240" w:lineRule="auto"/>
        <w:rPr>
          <w:rFonts w:ascii="Georgia" w:eastAsia="Times New Roman" w:hAnsi="Georgia" w:cs="Times New Roman"/>
          <w:color w:val="002060"/>
          <w:sz w:val="24"/>
          <w:szCs w:val="24"/>
        </w:rPr>
      </w:pPr>
      <w:r>
        <w:rPr>
          <w:rFonts w:ascii="Georgia" w:eastAsia="Times New Roman" w:hAnsi="Georgia" w:cs="Times New Roman"/>
          <w:color w:val="002060"/>
          <w:sz w:val="24"/>
          <w:szCs w:val="24"/>
        </w:rPr>
        <w:t xml:space="preserve">                            </w:t>
      </w:r>
    </w:p>
    <w:p w14:paraId="3E61C018" w14:textId="77777777" w:rsidR="003841FB" w:rsidRPr="00EC1ADD" w:rsidRDefault="003841FB" w:rsidP="003841FB">
      <w:pPr>
        <w:spacing w:after="0" w:line="240" w:lineRule="auto"/>
        <w:rPr>
          <w:rFonts w:ascii="Georgia" w:eastAsia="Times New Roman" w:hAnsi="Georgia" w:cs="Times New Roman"/>
          <w:color w:val="002060"/>
          <w:sz w:val="24"/>
          <w:szCs w:val="24"/>
        </w:rPr>
      </w:pPr>
    </w:p>
    <w:p w14:paraId="471323DF" w14:textId="77777777" w:rsidR="003841FB" w:rsidRPr="00EC1ADD" w:rsidRDefault="003841FB" w:rsidP="003841FB">
      <w:pPr>
        <w:spacing w:after="0" w:line="240" w:lineRule="auto"/>
        <w:rPr>
          <w:rFonts w:ascii="Georgia" w:eastAsia="Times New Roman" w:hAnsi="Georgia" w:cs="Times New Roman"/>
          <w:color w:val="002060"/>
          <w:sz w:val="24"/>
          <w:szCs w:val="24"/>
        </w:rPr>
      </w:pPr>
    </w:p>
    <w:p w14:paraId="445402F8" w14:textId="77777777" w:rsidR="003841FB" w:rsidRPr="00EC1ADD" w:rsidRDefault="003841FB" w:rsidP="003841FB">
      <w:pPr>
        <w:spacing w:after="0" w:line="240" w:lineRule="auto"/>
        <w:rPr>
          <w:rFonts w:ascii="Georgia" w:eastAsia="Times New Roman" w:hAnsi="Georgia" w:cs="Times New Roman"/>
          <w:color w:val="002060"/>
          <w:sz w:val="24"/>
          <w:szCs w:val="24"/>
        </w:rPr>
      </w:pPr>
    </w:p>
    <w:p w14:paraId="6602BF94" w14:textId="77777777" w:rsidR="003841FB" w:rsidRDefault="003841FB" w:rsidP="003841FB">
      <w:pPr>
        <w:spacing w:before="100" w:beforeAutospacing="1" w:after="100" w:afterAutospacing="1" w:line="240" w:lineRule="auto"/>
        <w:outlineLvl w:val="1"/>
        <w:rPr>
          <w:rFonts w:ascii="Segoe UI Emoji" w:eastAsia="Times New Roman" w:hAnsi="Segoe UI Emoji" w:cs="Segoe UI Emoji"/>
          <w:b/>
          <w:bCs/>
          <w:color w:val="002060"/>
          <w:sz w:val="36"/>
          <w:szCs w:val="36"/>
        </w:rPr>
      </w:pPr>
    </w:p>
    <w:p w14:paraId="479E9DA1" w14:textId="0D318502" w:rsidR="003841FB" w:rsidRDefault="003841FB" w:rsidP="003841FB">
      <w:pPr>
        <w:spacing w:before="100" w:beforeAutospacing="1" w:after="100" w:afterAutospacing="1" w:line="240" w:lineRule="auto"/>
        <w:outlineLvl w:val="1"/>
        <w:rPr>
          <w:rFonts w:ascii="Segoe UI Emoji" w:eastAsia="Times New Roman" w:hAnsi="Segoe UI Emoji" w:cs="Segoe UI Emoji"/>
          <w:b/>
          <w:bCs/>
          <w:color w:val="002060"/>
          <w:sz w:val="36"/>
          <w:szCs w:val="36"/>
        </w:rPr>
      </w:pPr>
    </w:p>
    <w:p w14:paraId="6CE5A162" w14:textId="77777777" w:rsidR="003841FB" w:rsidRDefault="003841FB" w:rsidP="003841FB">
      <w:pPr>
        <w:spacing w:before="100" w:beforeAutospacing="1" w:after="100" w:afterAutospacing="1" w:line="240" w:lineRule="auto"/>
        <w:outlineLvl w:val="1"/>
        <w:rPr>
          <w:rFonts w:ascii="Segoe UI Emoji" w:eastAsia="Times New Roman" w:hAnsi="Segoe UI Emoji" w:cs="Segoe UI Emoji"/>
          <w:b/>
          <w:bCs/>
          <w:color w:val="002060"/>
          <w:sz w:val="36"/>
          <w:szCs w:val="36"/>
        </w:rPr>
      </w:pPr>
    </w:p>
    <w:p w14:paraId="322F09F0" w14:textId="29A49DCF" w:rsidR="003841FB" w:rsidRPr="00EC1ADD" w:rsidRDefault="007454F0" w:rsidP="003841FB">
      <w:pPr>
        <w:spacing w:before="100" w:beforeAutospacing="1" w:after="100" w:afterAutospacing="1" w:line="240" w:lineRule="auto"/>
        <w:jc w:val="center"/>
        <w:outlineLvl w:val="1"/>
        <w:rPr>
          <w:rFonts w:ascii="Georgia" w:eastAsia="Times New Roman" w:hAnsi="Georgia" w:cs="Times New Roman"/>
          <w:b/>
          <w:bCs/>
          <w:color w:val="002060"/>
          <w:sz w:val="36"/>
          <w:szCs w:val="36"/>
        </w:rPr>
      </w:pPr>
      <w:r>
        <w:rPr>
          <w:rFonts w:ascii="Georgia" w:eastAsia="Times New Roman" w:hAnsi="Georgia" w:cs="Times New Roman"/>
          <w:b/>
          <w:bCs/>
          <w:noProof/>
          <w:color w:val="002060"/>
          <w:sz w:val="36"/>
          <w:szCs w:val="36"/>
        </w:rPr>
        <mc:AlternateContent>
          <mc:Choice Requires="wpi">
            <w:drawing>
              <wp:anchor distT="0" distB="0" distL="114300" distR="114300" simplePos="0" relativeHeight="251749376" behindDoc="0" locked="0" layoutInCell="1" allowOverlap="1" wp14:anchorId="2B46D229" wp14:editId="635E1D1D">
                <wp:simplePos x="0" y="0"/>
                <wp:positionH relativeFrom="column">
                  <wp:posOffset>-25085</wp:posOffset>
                </wp:positionH>
                <wp:positionV relativeFrom="paragraph">
                  <wp:posOffset>3545228</wp:posOffset>
                </wp:positionV>
                <wp:extent cx="6915960" cy="360"/>
                <wp:effectExtent l="114300" t="190500" r="113665" b="190500"/>
                <wp:wrapNone/>
                <wp:docPr id="498272837" name="Ink 154"/>
                <wp:cNvGraphicFramePr/>
                <a:graphic xmlns:a="http://schemas.openxmlformats.org/drawingml/2006/main">
                  <a:graphicData uri="http://schemas.microsoft.com/office/word/2010/wordprocessingInk">
                    <w14:contentPart bwMode="auto" r:id="rId177">
                      <w14:nvContentPartPr>
                        <w14:cNvContentPartPr/>
                      </w14:nvContentPartPr>
                      <w14:xfrm>
                        <a:off x="0" y="0"/>
                        <a:ext cx="6915960" cy="360"/>
                      </w14:xfrm>
                    </w14:contentPart>
                  </a:graphicData>
                </a:graphic>
              </wp:anchor>
            </w:drawing>
          </mc:Choice>
          <mc:Fallback>
            <w:pict>
              <v:shape w14:anchorId="072F8F14" id="Ink 154" o:spid="_x0000_s1026" type="#_x0000_t75" style="position:absolute;margin-left:-7.65pt;margin-top:267.85pt;width:555.85pt;height:22.75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">
                <v:imagedata r:id="rId178" o:title=""/>
              </v:shape>
            </w:pict>
          </mc:Fallback>
        </mc:AlternateContent>
      </w:r>
      <w:r>
        <w:rPr>
          <w:rFonts w:ascii="Georgia" w:eastAsia="Times New Roman" w:hAnsi="Georgia" w:cs="Times New Roman"/>
          <w:b/>
          <w:bCs/>
          <w:noProof/>
          <w:color w:val="002060"/>
          <w:sz w:val="36"/>
          <w:szCs w:val="36"/>
        </w:rPr>
        <mc:AlternateContent>
          <mc:Choice Requires="wpi">
            <w:drawing>
              <wp:anchor distT="0" distB="0" distL="114300" distR="114300" simplePos="0" relativeHeight="251748352" behindDoc="0" locked="0" layoutInCell="1" allowOverlap="1" wp14:anchorId="71DA6A09" wp14:editId="60F3A0B0">
                <wp:simplePos x="0" y="0"/>
                <wp:positionH relativeFrom="column">
                  <wp:posOffset>-25085</wp:posOffset>
                </wp:positionH>
                <wp:positionV relativeFrom="paragraph">
                  <wp:posOffset>3324188</wp:posOffset>
                </wp:positionV>
                <wp:extent cx="6918480" cy="360"/>
                <wp:effectExtent l="114300" t="190500" r="111125" b="190500"/>
                <wp:wrapNone/>
                <wp:docPr id="2142509941" name="Ink 153"/>
                <wp:cNvGraphicFramePr/>
                <a:graphic xmlns:a="http://schemas.openxmlformats.org/drawingml/2006/main">
                  <a:graphicData uri="http://schemas.microsoft.com/office/word/2010/wordprocessingInk">
                    <w14:contentPart bwMode="auto" r:id="rId179">
                      <w14:nvContentPartPr>
                        <w14:cNvContentPartPr/>
                      </w14:nvContentPartPr>
                      <w14:xfrm>
                        <a:off x="0" y="0"/>
                        <a:ext cx="6918480" cy="360"/>
                      </w14:xfrm>
                    </w14:contentPart>
                  </a:graphicData>
                </a:graphic>
              </wp:anchor>
            </w:drawing>
          </mc:Choice>
          <mc:Fallback>
            <w:pict>
              <v:shape w14:anchorId="3516EA94" id="Ink 153" o:spid="_x0000_s1026" type="#_x0000_t75" style="position:absolute;margin-left:-7.65pt;margin-top:250.45pt;width:556.05pt;height:22.75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">
                <v:imagedata r:id="rId180" o:title=""/>
              </v:shape>
            </w:pict>
          </mc:Fallback>
        </mc:AlternateContent>
      </w:r>
      <w:r>
        <w:rPr>
          <w:rFonts w:ascii="Georgia" w:eastAsia="Times New Roman" w:hAnsi="Georgia" w:cs="Times New Roman"/>
          <w:b/>
          <w:bCs/>
          <w:noProof/>
          <w:color w:val="002060"/>
          <w:sz w:val="36"/>
          <w:szCs w:val="36"/>
        </w:rPr>
        <mc:AlternateContent>
          <mc:Choice Requires="wpi">
            <w:drawing>
              <wp:anchor distT="0" distB="0" distL="114300" distR="114300" simplePos="0" relativeHeight="251747328" behindDoc="0" locked="0" layoutInCell="1" allowOverlap="1" wp14:anchorId="077B7D71" wp14:editId="3117A45A">
                <wp:simplePos x="0" y="0"/>
                <wp:positionH relativeFrom="column">
                  <wp:posOffset>-15365</wp:posOffset>
                </wp:positionH>
                <wp:positionV relativeFrom="paragraph">
                  <wp:posOffset>3082988</wp:posOffset>
                </wp:positionV>
                <wp:extent cx="6938280" cy="360"/>
                <wp:effectExtent l="114300" t="190500" r="110490" b="190500"/>
                <wp:wrapNone/>
                <wp:docPr id="1597617572" name="Ink 152"/>
                <wp:cNvGraphicFramePr/>
                <a:graphic xmlns:a="http://schemas.openxmlformats.org/drawingml/2006/main">
                  <a:graphicData uri="http://schemas.microsoft.com/office/word/2010/wordprocessingInk">
                    <w14:contentPart bwMode="auto" r:id="rId181">
                      <w14:nvContentPartPr>
                        <w14:cNvContentPartPr/>
                      </w14:nvContentPartPr>
                      <w14:xfrm>
                        <a:off x="0" y="0"/>
                        <a:ext cx="6938280" cy="360"/>
                      </w14:xfrm>
                    </w14:contentPart>
                  </a:graphicData>
                </a:graphic>
              </wp:anchor>
            </w:drawing>
          </mc:Choice>
          <mc:Fallback>
            <w:pict>
              <v:shape w14:anchorId="57895545" id="Ink 152" o:spid="_x0000_s1026" type="#_x0000_t75" style="position:absolute;margin-left:-6.85pt;margin-top:231.45pt;width:557.65pt;height:22.75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">
                <v:imagedata r:id="rId182" o:title=""/>
              </v:shape>
            </w:pict>
          </mc:Fallback>
        </mc:AlternateContent>
      </w:r>
      <w:r>
        <w:rPr>
          <w:rFonts w:ascii="Georgia" w:eastAsia="Times New Roman" w:hAnsi="Georgia" w:cs="Times New Roman"/>
          <w:b/>
          <w:bCs/>
          <w:noProof/>
          <w:color w:val="002060"/>
          <w:sz w:val="36"/>
          <w:szCs w:val="36"/>
        </w:rPr>
        <mc:AlternateContent>
          <mc:Choice Requires="wpi">
            <w:drawing>
              <wp:anchor distT="0" distB="0" distL="114300" distR="114300" simplePos="0" relativeHeight="251746304" behindDoc="0" locked="0" layoutInCell="1" allowOverlap="1" wp14:anchorId="2D8F995A" wp14:editId="4BADF592">
                <wp:simplePos x="0" y="0"/>
                <wp:positionH relativeFrom="column">
                  <wp:posOffset>-25085</wp:posOffset>
                </wp:positionH>
                <wp:positionV relativeFrom="paragraph">
                  <wp:posOffset>2852228</wp:posOffset>
                </wp:positionV>
                <wp:extent cx="6919920" cy="360"/>
                <wp:effectExtent l="114300" t="190500" r="109855" b="190500"/>
                <wp:wrapNone/>
                <wp:docPr id="1990046692" name="Ink 150"/>
                <wp:cNvGraphicFramePr/>
                <a:graphic xmlns:a="http://schemas.openxmlformats.org/drawingml/2006/main">
                  <a:graphicData uri="http://schemas.microsoft.com/office/word/2010/wordprocessingInk">
                    <w14:contentPart bwMode="auto" r:id="rId183">
                      <w14:nvContentPartPr>
                        <w14:cNvContentPartPr/>
                      </w14:nvContentPartPr>
                      <w14:xfrm>
                        <a:off x="0" y="0"/>
                        <a:ext cx="6919920" cy="360"/>
                      </w14:xfrm>
                    </w14:contentPart>
                  </a:graphicData>
                </a:graphic>
              </wp:anchor>
            </w:drawing>
          </mc:Choice>
          <mc:Fallback>
            <w:pict>
              <v:shape w14:anchorId="67FD702D" id="Ink 150" o:spid="_x0000_s1026" type="#_x0000_t75" style="position:absolute;margin-left:-7.65pt;margin-top:213.25pt;width:556.25pt;height:22.75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">
                <v:imagedata r:id="rId184" o:title=""/>
              </v:shape>
            </w:pict>
          </mc:Fallback>
        </mc:AlternateContent>
      </w:r>
      <w:r>
        <w:rPr>
          <w:rFonts w:ascii="Georgia" w:eastAsia="Times New Roman" w:hAnsi="Georgia" w:cs="Times New Roman"/>
          <w:b/>
          <w:bCs/>
          <w:noProof/>
          <w:color w:val="002060"/>
          <w:sz w:val="36"/>
          <w:szCs w:val="36"/>
        </w:rPr>
        <mc:AlternateContent>
          <mc:Choice Requires="wpi">
            <w:drawing>
              <wp:anchor distT="0" distB="0" distL="114300" distR="114300" simplePos="0" relativeHeight="251745280" behindDoc="0" locked="0" layoutInCell="1" allowOverlap="1" wp14:anchorId="46669F74" wp14:editId="60D35767">
                <wp:simplePos x="0" y="0"/>
                <wp:positionH relativeFrom="column">
                  <wp:posOffset>-15365</wp:posOffset>
                </wp:positionH>
                <wp:positionV relativeFrom="paragraph">
                  <wp:posOffset>2630828</wp:posOffset>
                </wp:positionV>
                <wp:extent cx="6901920" cy="360"/>
                <wp:effectExtent l="114300" t="190500" r="127635" b="190500"/>
                <wp:wrapNone/>
                <wp:docPr id="1535329756" name="Ink 149"/>
                <wp:cNvGraphicFramePr/>
                <a:graphic xmlns:a="http://schemas.openxmlformats.org/drawingml/2006/main">
                  <a:graphicData uri="http://schemas.microsoft.com/office/word/2010/wordprocessingInk">
                    <w14:contentPart bwMode="auto" r:id="rId185">
                      <w14:nvContentPartPr>
                        <w14:cNvContentPartPr/>
                      </w14:nvContentPartPr>
                      <w14:xfrm>
                        <a:off x="0" y="0"/>
                        <a:ext cx="6901920" cy="360"/>
                      </w14:xfrm>
                    </w14:contentPart>
                  </a:graphicData>
                </a:graphic>
              </wp:anchor>
            </w:drawing>
          </mc:Choice>
          <mc:Fallback>
            <w:pict>
              <v:shape w14:anchorId="2191F90A" id="Ink 149" o:spid="_x0000_s1026" type="#_x0000_t75" style="position:absolute;margin-left:-6.85pt;margin-top:195.85pt;width:554.75pt;height:22.75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">
                <v:imagedata r:id="rId186" o:title=""/>
              </v:shape>
            </w:pict>
          </mc:Fallback>
        </mc:AlternateContent>
      </w:r>
      <w:r>
        <w:rPr>
          <w:rFonts w:ascii="Georgia" w:eastAsia="Times New Roman" w:hAnsi="Georgia" w:cs="Times New Roman"/>
          <w:b/>
          <w:bCs/>
          <w:noProof/>
          <w:color w:val="002060"/>
          <w:sz w:val="36"/>
          <w:szCs w:val="36"/>
        </w:rPr>
        <mc:AlternateContent>
          <mc:Choice Requires="wpi">
            <w:drawing>
              <wp:anchor distT="0" distB="0" distL="114300" distR="114300" simplePos="0" relativeHeight="251744256" behindDoc="0" locked="0" layoutInCell="1" allowOverlap="1" wp14:anchorId="3D31C772" wp14:editId="441384E1">
                <wp:simplePos x="0" y="0"/>
                <wp:positionH relativeFrom="column">
                  <wp:posOffset>-15365</wp:posOffset>
                </wp:positionH>
                <wp:positionV relativeFrom="paragraph">
                  <wp:posOffset>2419868</wp:posOffset>
                </wp:positionV>
                <wp:extent cx="6921360" cy="360"/>
                <wp:effectExtent l="114300" t="190500" r="127635" b="190500"/>
                <wp:wrapNone/>
                <wp:docPr id="437057689" name="Ink 148"/>
                <wp:cNvGraphicFramePr/>
                <a:graphic xmlns:a="http://schemas.openxmlformats.org/drawingml/2006/main">
                  <a:graphicData uri="http://schemas.microsoft.com/office/word/2010/wordprocessingInk">
                    <w14:contentPart bwMode="auto" r:id="rId187">
                      <w14:nvContentPartPr>
                        <w14:cNvContentPartPr/>
                      </w14:nvContentPartPr>
                      <w14:xfrm>
                        <a:off x="0" y="0"/>
                        <a:ext cx="6921360" cy="360"/>
                      </w14:xfrm>
                    </w14:contentPart>
                  </a:graphicData>
                </a:graphic>
              </wp:anchor>
            </w:drawing>
          </mc:Choice>
          <mc:Fallback>
            <w:pict>
              <v:shape w14:anchorId="53EAE29F" id="Ink 148" o:spid="_x0000_s1026" type="#_x0000_t75" style="position:absolute;margin-left:-6.85pt;margin-top:179.25pt;width:556.35pt;height:22.75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">
                <v:imagedata r:id="rId188" o:title=""/>
              </v:shape>
            </w:pict>
          </mc:Fallback>
        </mc:AlternateContent>
      </w:r>
      <w:r>
        <w:rPr>
          <w:rFonts w:ascii="Georgia" w:eastAsia="Times New Roman" w:hAnsi="Georgia" w:cs="Times New Roman"/>
          <w:b/>
          <w:bCs/>
          <w:noProof/>
          <w:color w:val="002060"/>
          <w:sz w:val="36"/>
          <w:szCs w:val="36"/>
        </w:rPr>
        <mc:AlternateContent>
          <mc:Choice Requires="wpi">
            <w:drawing>
              <wp:anchor distT="0" distB="0" distL="114300" distR="114300" simplePos="0" relativeHeight="251743232" behindDoc="0" locked="0" layoutInCell="1" allowOverlap="1" wp14:anchorId="33A6E4C6" wp14:editId="5115033B">
                <wp:simplePos x="0" y="0"/>
                <wp:positionH relativeFrom="column">
                  <wp:posOffset>-15365</wp:posOffset>
                </wp:positionH>
                <wp:positionV relativeFrom="paragraph">
                  <wp:posOffset>2198892</wp:posOffset>
                </wp:positionV>
                <wp:extent cx="6901920" cy="360"/>
                <wp:effectExtent l="114300" t="190500" r="127635" b="190500"/>
                <wp:wrapNone/>
                <wp:docPr id="1141347276" name="Ink 146"/>
                <wp:cNvGraphicFramePr/>
                <a:graphic xmlns:a="http://schemas.openxmlformats.org/drawingml/2006/main">
                  <a:graphicData uri="http://schemas.microsoft.com/office/word/2010/wordprocessingInk">
                    <w14:contentPart bwMode="auto" r:id="rId189">
                      <w14:nvContentPartPr>
                        <w14:cNvContentPartPr/>
                      </w14:nvContentPartPr>
                      <w14:xfrm>
                        <a:off x="0" y="0"/>
                        <a:ext cx="6901920" cy="360"/>
                      </w14:xfrm>
                    </w14:contentPart>
                  </a:graphicData>
                </a:graphic>
              </wp:anchor>
            </w:drawing>
          </mc:Choice>
          <mc:Fallback>
            <w:pict>
              <v:shape w14:anchorId="62693839" id="Ink 146" o:spid="_x0000_s1026" type="#_x0000_t75" style="position:absolute;margin-left:-6.85pt;margin-top:161.85pt;width:554.75pt;height:22.75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">
                <v:imagedata r:id="rId186" o:title=""/>
              </v:shape>
            </w:pict>
          </mc:Fallback>
        </mc:AlternateContent>
      </w:r>
      <w:r>
        <w:rPr>
          <w:rFonts w:ascii="Georgia" w:eastAsia="Times New Roman" w:hAnsi="Georgia" w:cs="Times New Roman"/>
          <w:b/>
          <w:bCs/>
          <w:noProof/>
          <w:color w:val="002060"/>
          <w:sz w:val="36"/>
          <w:szCs w:val="36"/>
        </w:rPr>
        <mc:AlternateContent>
          <mc:Choice Requires="wpi">
            <w:drawing>
              <wp:anchor distT="0" distB="0" distL="114300" distR="114300" simplePos="0" relativeHeight="251742208" behindDoc="0" locked="0" layoutInCell="1" allowOverlap="1" wp14:anchorId="611120B3" wp14:editId="4B698931">
                <wp:simplePos x="0" y="0"/>
                <wp:positionH relativeFrom="column">
                  <wp:posOffset>-15365</wp:posOffset>
                </wp:positionH>
                <wp:positionV relativeFrom="paragraph">
                  <wp:posOffset>1998012</wp:posOffset>
                </wp:positionV>
                <wp:extent cx="6902640" cy="360"/>
                <wp:effectExtent l="114300" t="190500" r="127000" b="190500"/>
                <wp:wrapNone/>
                <wp:docPr id="2009386923" name="Ink 145"/>
                <wp:cNvGraphicFramePr/>
                <a:graphic xmlns:a="http://schemas.openxmlformats.org/drawingml/2006/main">
                  <a:graphicData uri="http://schemas.microsoft.com/office/word/2010/wordprocessingInk">
                    <w14:contentPart bwMode="auto" r:id="rId190">
                      <w14:nvContentPartPr>
                        <w14:cNvContentPartPr/>
                      </w14:nvContentPartPr>
                      <w14:xfrm>
                        <a:off x="0" y="0"/>
                        <a:ext cx="6902640" cy="360"/>
                      </w14:xfrm>
                    </w14:contentPart>
                  </a:graphicData>
                </a:graphic>
              </wp:anchor>
            </w:drawing>
          </mc:Choice>
          <mc:Fallback>
            <w:pict>
              <v:shape w14:anchorId="2CF0D0F4" id="Ink 145" o:spid="_x0000_s1026" type="#_x0000_t75" style="position:absolute;margin-left:-6.85pt;margin-top:145.95pt;width:554.85pt;height:22.75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">
                <v:imagedata r:id="rId191" o:title=""/>
              </v:shape>
            </w:pict>
          </mc:Fallback>
        </mc:AlternateContent>
      </w:r>
      <w:r>
        <w:rPr>
          <w:rFonts w:ascii="Georgia" w:eastAsia="Times New Roman" w:hAnsi="Georgia" w:cs="Times New Roman"/>
          <w:b/>
          <w:bCs/>
          <w:noProof/>
          <w:color w:val="002060"/>
          <w:sz w:val="36"/>
          <w:szCs w:val="36"/>
        </w:rPr>
        <mc:AlternateContent>
          <mc:Choice Requires="wpi">
            <w:drawing>
              <wp:anchor distT="0" distB="0" distL="114300" distR="114300" simplePos="0" relativeHeight="251741184" behindDoc="0" locked="0" layoutInCell="1" allowOverlap="1" wp14:anchorId="4B601A27" wp14:editId="4185B03B">
                <wp:simplePos x="0" y="0"/>
                <wp:positionH relativeFrom="column">
                  <wp:posOffset>-15365</wp:posOffset>
                </wp:positionH>
                <wp:positionV relativeFrom="paragraph">
                  <wp:posOffset>1787087</wp:posOffset>
                </wp:positionV>
                <wp:extent cx="6900120" cy="360"/>
                <wp:effectExtent l="114300" t="190500" r="110490" b="190500"/>
                <wp:wrapNone/>
                <wp:docPr id="477243745" name="Ink 144"/>
                <wp:cNvGraphicFramePr/>
                <a:graphic xmlns:a="http://schemas.openxmlformats.org/drawingml/2006/main">
                  <a:graphicData uri="http://schemas.microsoft.com/office/word/2010/wordprocessingInk">
                    <w14:contentPart bwMode="auto" r:id="rId192">
                      <w14:nvContentPartPr>
                        <w14:cNvContentPartPr/>
                      </w14:nvContentPartPr>
                      <w14:xfrm>
                        <a:off x="0" y="0"/>
                        <a:ext cx="6900120" cy="360"/>
                      </w14:xfrm>
                    </w14:contentPart>
                  </a:graphicData>
                </a:graphic>
              </wp:anchor>
            </w:drawing>
          </mc:Choice>
          <mc:Fallback>
            <w:pict>
              <v:shape w14:anchorId="384919E9" id="Ink 144" o:spid="_x0000_s1026" type="#_x0000_t75" style="position:absolute;margin-left:-6.85pt;margin-top:129.35pt;width:554.65pt;height:22.75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">
                <v:imagedata r:id="rId163" o:title=""/>
              </v:shape>
            </w:pict>
          </mc:Fallback>
        </mc:AlternateContent>
      </w:r>
      <w:r>
        <w:rPr>
          <w:rFonts w:ascii="Georgia" w:eastAsia="Times New Roman" w:hAnsi="Georgia" w:cs="Times New Roman"/>
          <w:b/>
          <w:bCs/>
          <w:noProof/>
          <w:color w:val="002060"/>
          <w:sz w:val="36"/>
          <w:szCs w:val="36"/>
        </w:rPr>
        <mc:AlternateContent>
          <mc:Choice Requires="wpi">
            <w:drawing>
              <wp:anchor distT="0" distB="0" distL="114300" distR="114300" simplePos="0" relativeHeight="251740160" behindDoc="0" locked="0" layoutInCell="1" allowOverlap="1" wp14:anchorId="76BA3454" wp14:editId="142D6D14">
                <wp:simplePos x="0" y="0"/>
                <wp:positionH relativeFrom="column">
                  <wp:posOffset>-15365</wp:posOffset>
                </wp:positionH>
                <wp:positionV relativeFrom="paragraph">
                  <wp:posOffset>1545887</wp:posOffset>
                </wp:positionV>
                <wp:extent cx="6901560" cy="360"/>
                <wp:effectExtent l="114300" t="190500" r="128270" b="190500"/>
                <wp:wrapNone/>
                <wp:docPr id="1993143180" name="Ink 143"/>
                <wp:cNvGraphicFramePr/>
                <a:graphic xmlns:a="http://schemas.openxmlformats.org/drawingml/2006/main">
                  <a:graphicData uri="http://schemas.microsoft.com/office/word/2010/wordprocessingInk">
                    <w14:contentPart bwMode="auto" r:id="rId193">
                      <w14:nvContentPartPr>
                        <w14:cNvContentPartPr/>
                      </w14:nvContentPartPr>
                      <w14:xfrm>
                        <a:off x="0" y="0"/>
                        <a:ext cx="6901560" cy="360"/>
                      </w14:xfrm>
                    </w14:contentPart>
                  </a:graphicData>
                </a:graphic>
              </wp:anchor>
            </w:drawing>
          </mc:Choice>
          <mc:Fallback>
            <w:pict>
              <v:shape w14:anchorId="76113E44" id="Ink 143" o:spid="_x0000_s1026" type="#_x0000_t75" style="position:absolute;margin-left:-6.85pt;margin-top:110.35pt;width:554.8pt;height:22.75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">
                <v:imagedata r:id="rId194" o:title=""/>
              </v:shape>
            </w:pict>
          </mc:Fallback>
        </mc:AlternateContent>
      </w:r>
      <w:r>
        <w:rPr>
          <w:rFonts w:ascii="Georgia" w:eastAsia="Times New Roman" w:hAnsi="Georgia" w:cs="Times New Roman"/>
          <w:b/>
          <w:bCs/>
          <w:noProof/>
          <w:color w:val="002060"/>
          <w:sz w:val="36"/>
          <w:szCs w:val="36"/>
        </w:rPr>
        <mc:AlternateContent>
          <mc:Choice Requires="wpi">
            <w:drawing>
              <wp:anchor distT="0" distB="0" distL="114300" distR="114300" simplePos="0" relativeHeight="251739136" behindDoc="0" locked="0" layoutInCell="1" allowOverlap="1" wp14:anchorId="7D5311E2" wp14:editId="7329DE35">
                <wp:simplePos x="0" y="0"/>
                <wp:positionH relativeFrom="column">
                  <wp:posOffset>-15365</wp:posOffset>
                </wp:positionH>
                <wp:positionV relativeFrom="paragraph">
                  <wp:posOffset>1274447</wp:posOffset>
                </wp:positionV>
                <wp:extent cx="6888600" cy="360"/>
                <wp:effectExtent l="114300" t="190500" r="121920" b="190500"/>
                <wp:wrapNone/>
                <wp:docPr id="1962620526" name="Ink 141"/>
                <wp:cNvGraphicFramePr/>
                <a:graphic xmlns:a="http://schemas.openxmlformats.org/drawingml/2006/main">
                  <a:graphicData uri="http://schemas.microsoft.com/office/word/2010/wordprocessingInk">
                    <w14:contentPart bwMode="auto" r:id="rId195">
                      <w14:nvContentPartPr>
                        <w14:cNvContentPartPr/>
                      </w14:nvContentPartPr>
                      <w14:xfrm>
                        <a:off x="0" y="0"/>
                        <a:ext cx="6888600" cy="360"/>
                      </w14:xfrm>
                    </w14:contentPart>
                  </a:graphicData>
                </a:graphic>
              </wp:anchor>
            </w:drawing>
          </mc:Choice>
          <mc:Fallback>
            <w:pict>
              <v:shape w14:anchorId="55CED733" id="Ink 141" o:spid="_x0000_s1026" type="#_x0000_t75" style="position:absolute;margin-left:-6.85pt;margin-top:89.05pt;width:553.7pt;height:22.75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">
                <v:imagedata r:id="rId196" o:title=""/>
              </v:shape>
            </w:pict>
          </mc:Fallback>
        </mc:AlternateContent>
      </w:r>
      <w:r>
        <w:rPr>
          <w:rFonts w:ascii="Georgia" w:eastAsia="Times New Roman" w:hAnsi="Georgia" w:cs="Times New Roman"/>
          <w:b/>
          <w:bCs/>
          <w:noProof/>
          <w:color w:val="002060"/>
          <w:sz w:val="36"/>
          <w:szCs w:val="36"/>
        </w:rPr>
        <mc:AlternateContent>
          <mc:Choice Requires="wpi">
            <w:drawing>
              <wp:anchor distT="0" distB="0" distL="114300" distR="114300" simplePos="0" relativeHeight="251738112" behindDoc="0" locked="0" layoutInCell="1" allowOverlap="1" wp14:anchorId="0E8CECAA" wp14:editId="19154D6D">
                <wp:simplePos x="0" y="0"/>
                <wp:positionH relativeFrom="column">
                  <wp:posOffset>-25085</wp:posOffset>
                </wp:positionH>
                <wp:positionV relativeFrom="paragraph">
                  <wp:posOffset>1013087</wp:posOffset>
                </wp:positionV>
                <wp:extent cx="6928200" cy="360"/>
                <wp:effectExtent l="114300" t="190500" r="120650" b="190500"/>
                <wp:wrapNone/>
                <wp:docPr id="1980372776" name="Ink 140"/>
                <wp:cNvGraphicFramePr/>
                <a:graphic xmlns:a="http://schemas.openxmlformats.org/drawingml/2006/main">
                  <a:graphicData uri="http://schemas.microsoft.com/office/word/2010/wordprocessingInk">
                    <w14:contentPart bwMode="auto" r:id="rId197">
                      <w14:nvContentPartPr>
                        <w14:cNvContentPartPr/>
                      </w14:nvContentPartPr>
                      <w14:xfrm>
                        <a:off x="0" y="0"/>
                        <a:ext cx="6928200" cy="360"/>
                      </w14:xfrm>
                    </w14:contentPart>
                  </a:graphicData>
                </a:graphic>
              </wp:anchor>
            </w:drawing>
          </mc:Choice>
          <mc:Fallback>
            <w:pict>
              <v:shape w14:anchorId="2BFCE2ED" id="Ink 140" o:spid="_x0000_s1026" type="#_x0000_t75" style="position:absolute;margin-left:-7.65pt;margin-top:68.45pt;width:556.9pt;height:22.75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">
                <v:imagedata r:id="rId198" o:title=""/>
              </v:shape>
            </w:pict>
          </mc:Fallback>
        </mc:AlternateContent>
      </w:r>
      <w:r>
        <w:rPr>
          <w:rFonts w:ascii="Georgia" w:eastAsia="Times New Roman" w:hAnsi="Georgia" w:cs="Times New Roman"/>
          <w:b/>
          <w:bCs/>
          <w:noProof/>
          <w:color w:val="002060"/>
          <w:sz w:val="36"/>
          <w:szCs w:val="36"/>
        </w:rPr>
        <mc:AlternateContent>
          <mc:Choice Requires="wpi">
            <w:drawing>
              <wp:anchor distT="0" distB="0" distL="114300" distR="114300" simplePos="0" relativeHeight="251737088" behindDoc="0" locked="0" layoutInCell="1" allowOverlap="1" wp14:anchorId="2AF38A5C" wp14:editId="7373CA42">
                <wp:simplePos x="0" y="0"/>
                <wp:positionH relativeFrom="column">
                  <wp:posOffset>-15365</wp:posOffset>
                </wp:positionH>
                <wp:positionV relativeFrom="paragraph">
                  <wp:posOffset>762167</wp:posOffset>
                </wp:positionV>
                <wp:extent cx="6902640" cy="360"/>
                <wp:effectExtent l="114300" t="190500" r="127000" b="190500"/>
                <wp:wrapNone/>
                <wp:docPr id="1863931555" name="Ink 139"/>
                <wp:cNvGraphicFramePr/>
                <a:graphic xmlns:a="http://schemas.openxmlformats.org/drawingml/2006/main">
                  <a:graphicData uri="http://schemas.microsoft.com/office/word/2010/wordprocessingInk">
                    <w14:contentPart bwMode="auto" r:id="rId199">
                      <w14:nvContentPartPr>
                        <w14:cNvContentPartPr/>
                      </w14:nvContentPartPr>
                      <w14:xfrm>
                        <a:off x="0" y="0"/>
                        <a:ext cx="6902640" cy="360"/>
                      </w14:xfrm>
                    </w14:contentPart>
                  </a:graphicData>
                </a:graphic>
              </wp:anchor>
            </w:drawing>
          </mc:Choice>
          <mc:Fallback>
            <w:pict>
              <v:shape w14:anchorId="0B3FAD53" id="Ink 139" o:spid="_x0000_s1026" type="#_x0000_t75" style="position:absolute;margin-left:-6.85pt;margin-top:48.65pt;width:554.85pt;height:22.75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">
                <v:imagedata r:id="rId191" o:title=""/>
              </v:shape>
            </w:pict>
          </mc:Fallback>
        </mc:AlternateContent>
      </w:r>
      <w:r>
        <w:rPr>
          <w:rFonts w:ascii="Georgia" w:eastAsia="Times New Roman" w:hAnsi="Georgia" w:cs="Times New Roman"/>
          <w:b/>
          <w:bCs/>
          <w:noProof/>
          <w:color w:val="002060"/>
          <w:sz w:val="36"/>
          <w:szCs w:val="36"/>
        </w:rPr>
        <mc:AlternateContent>
          <mc:Choice Requires="wpi">
            <w:drawing>
              <wp:anchor distT="0" distB="0" distL="114300" distR="114300" simplePos="0" relativeHeight="251736064" behindDoc="0" locked="0" layoutInCell="1" allowOverlap="1" wp14:anchorId="6484BC23" wp14:editId="14DCCC97">
                <wp:simplePos x="0" y="0"/>
                <wp:positionH relativeFrom="column">
                  <wp:posOffset>-15365</wp:posOffset>
                </wp:positionH>
                <wp:positionV relativeFrom="paragraph">
                  <wp:posOffset>540767</wp:posOffset>
                </wp:positionV>
                <wp:extent cx="6900840" cy="360"/>
                <wp:effectExtent l="114300" t="190500" r="109855" b="190500"/>
                <wp:wrapNone/>
                <wp:docPr id="34490624" name="Ink 137"/>
                <wp:cNvGraphicFramePr/>
                <a:graphic xmlns:a="http://schemas.openxmlformats.org/drawingml/2006/main">
                  <a:graphicData uri="http://schemas.microsoft.com/office/word/2010/wordprocessingInk">
                    <w14:contentPart bwMode="auto" r:id="rId200">
                      <w14:nvContentPartPr>
                        <w14:cNvContentPartPr/>
                      </w14:nvContentPartPr>
                      <w14:xfrm>
                        <a:off x="0" y="0"/>
                        <a:ext cx="6900840" cy="360"/>
                      </w14:xfrm>
                    </w14:contentPart>
                  </a:graphicData>
                </a:graphic>
              </wp:anchor>
            </w:drawing>
          </mc:Choice>
          <mc:Fallback>
            <w:pict>
              <v:shape w14:anchorId="6664FD4E" id="Ink 137" o:spid="_x0000_s1026" type="#_x0000_t75" style="position:absolute;margin-left:-6.85pt;margin-top:31.3pt;width:554.7pt;height:22.75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">
                <v:imagedata r:id="rId167" o:title=""/>
              </v:shape>
            </w:pict>
          </mc:Fallback>
        </mc:AlternateContent>
      </w:r>
      <w:r>
        <w:rPr>
          <w:rFonts w:ascii="Georgia" w:eastAsia="Times New Roman" w:hAnsi="Georgia" w:cs="Times New Roman"/>
          <w:b/>
          <w:bCs/>
          <w:noProof/>
          <w:color w:val="002060"/>
          <w:sz w:val="36"/>
          <w:szCs w:val="36"/>
        </w:rPr>
        <mc:AlternateContent>
          <mc:Choice Requires="wpi">
            <w:drawing>
              <wp:anchor distT="0" distB="0" distL="114300" distR="114300" simplePos="0" relativeHeight="251735040" behindDoc="0" locked="0" layoutInCell="1" allowOverlap="1" wp14:anchorId="152B3DF6" wp14:editId="4772EA9B">
                <wp:simplePos x="0" y="0"/>
                <wp:positionH relativeFrom="column">
                  <wp:posOffset>-15365</wp:posOffset>
                </wp:positionH>
                <wp:positionV relativeFrom="paragraph">
                  <wp:posOffset>329807</wp:posOffset>
                </wp:positionV>
                <wp:extent cx="6900480" cy="360"/>
                <wp:effectExtent l="114300" t="190500" r="110490" b="190500"/>
                <wp:wrapNone/>
                <wp:docPr id="1338792300" name="Ink 135"/>
                <wp:cNvGraphicFramePr/>
                <a:graphic xmlns:a="http://schemas.openxmlformats.org/drawingml/2006/main">
                  <a:graphicData uri="http://schemas.microsoft.com/office/word/2010/wordprocessingInk">
                    <w14:contentPart bwMode="auto" r:id="rId201">
                      <w14:nvContentPartPr>
                        <w14:cNvContentPartPr/>
                      </w14:nvContentPartPr>
                      <w14:xfrm>
                        <a:off x="0" y="0"/>
                        <a:ext cx="6900480" cy="360"/>
                      </w14:xfrm>
                    </w14:contentPart>
                  </a:graphicData>
                </a:graphic>
              </wp:anchor>
            </w:drawing>
          </mc:Choice>
          <mc:Fallback>
            <w:pict>
              <v:shape w14:anchorId="12746A09" id="Ink 135" o:spid="_x0000_s1026" type="#_x0000_t75" style="position:absolute;margin-left:-6.85pt;margin-top:14.65pt;width:554.7pt;height:22.75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">
                <v:imagedata r:id="rId163" o:title=""/>
              </v:shape>
            </w:pict>
          </mc:Fallback>
        </mc:AlternateContent>
      </w:r>
      <w:r>
        <w:rPr>
          <w:rFonts w:ascii="Georgia" w:eastAsia="Times New Roman" w:hAnsi="Georgia" w:cs="Times New Roman"/>
          <w:b/>
          <w:bCs/>
          <w:noProof/>
          <w:color w:val="002060"/>
          <w:sz w:val="36"/>
          <w:szCs w:val="36"/>
        </w:rPr>
        <mc:AlternateContent>
          <mc:Choice Requires="wpi">
            <w:drawing>
              <wp:anchor distT="0" distB="0" distL="114300" distR="114300" simplePos="0" relativeHeight="251734016" behindDoc="0" locked="0" layoutInCell="1" allowOverlap="1" wp14:anchorId="74DBC3E3" wp14:editId="26717146">
                <wp:simplePos x="0" y="0"/>
                <wp:positionH relativeFrom="column">
                  <wp:posOffset>-15365</wp:posOffset>
                </wp:positionH>
                <wp:positionV relativeFrom="paragraph">
                  <wp:posOffset>78527</wp:posOffset>
                </wp:positionV>
                <wp:extent cx="6882840" cy="360"/>
                <wp:effectExtent l="114300" t="190500" r="127635" b="190500"/>
                <wp:wrapNone/>
                <wp:docPr id="649108877" name="Ink 134"/>
                <wp:cNvGraphicFramePr/>
                <a:graphic xmlns:a="http://schemas.openxmlformats.org/drawingml/2006/main">
                  <a:graphicData uri="http://schemas.microsoft.com/office/word/2010/wordprocessingInk">
                    <w14:contentPart bwMode="auto" r:id="rId202">
                      <w14:nvContentPartPr>
                        <w14:cNvContentPartPr/>
                      </w14:nvContentPartPr>
                      <w14:xfrm>
                        <a:off x="0" y="0"/>
                        <a:ext cx="6882840" cy="360"/>
                      </w14:xfrm>
                    </w14:contentPart>
                  </a:graphicData>
                </a:graphic>
              </wp:anchor>
            </w:drawing>
          </mc:Choice>
          <mc:Fallback>
            <w:pict>
              <v:shape w14:anchorId="4AC96B66" id="Ink 134" o:spid="_x0000_s1026" type="#_x0000_t75" style="position:absolute;margin-left:-6.85pt;margin-top:-5.1pt;width:553.25pt;height:22.75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">
                <v:imagedata r:id="rId203" o:title=""/>
              </v:shape>
            </w:pict>
          </mc:Fallback>
        </mc:AlternateContent>
      </w:r>
      <w:r w:rsidR="003841FB" w:rsidRPr="00EC1ADD">
        <w:rPr>
          <w:rFonts w:ascii="Georgia" w:eastAsia="Times New Roman" w:hAnsi="Georgia" w:cs="Times New Roman"/>
          <w:b/>
          <w:bCs/>
          <w:color w:val="002060"/>
          <w:sz w:val="36"/>
          <w:szCs w:val="36"/>
        </w:rPr>
        <w:t>VIP Sponsorship Opportunities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37"/>
        <w:gridCol w:w="1841"/>
        <w:gridCol w:w="1745"/>
        <w:gridCol w:w="1659"/>
        <w:gridCol w:w="2418"/>
      </w:tblGrid>
      <w:tr w:rsidR="003841FB" w:rsidRPr="00942A4F" w14:paraId="0676003F" w14:textId="77777777" w:rsidTr="001737E3">
        <w:trPr>
          <w:tblHeader/>
          <w:tblCellSpacing w:w="15" w:type="dxa"/>
        </w:trPr>
        <w:tc>
          <w:tcPr>
            <w:tcW w:w="0" w:type="auto"/>
            <w:vAlign w:val="center"/>
            <w:hideMark/>
          </w:tcPr>
          <w:p w14:paraId="519D0F35" w14:textId="77777777" w:rsidR="003841FB" w:rsidRPr="007454F0" w:rsidRDefault="003841FB" w:rsidP="001737E3">
            <w:pPr>
              <w:spacing w:after="0" w:line="240" w:lineRule="auto"/>
              <w:jc w:val="center"/>
              <w:rPr>
                <w:rFonts w:ascii="Georgia" w:eastAsia="Times New Roman" w:hAnsi="Georgia" w:cs="Times New Roman"/>
                <w:b/>
                <w:bCs/>
                <w:color w:val="002060"/>
                <w:sz w:val="24"/>
                <w:szCs w:val="24"/>
              </w:rPr>
            </w:pPr>
            <w:r w:rsidRPr="007454F0">
              <w:rPr>
                <w:rFonts w:ascii="Georgia" w:eastAsia="Times New Roman" w:hAnsi="Georgia" w:cs="Times New Roman"/>
                <w:b/>
                <w:bCs/>
                <w:color w:val="002060"/>
                <w:sz w:val="24"/>
                <w:szCs w:val="24"/>
              </w:rPr>
              <w:t>Level</w:t>
            </w:r>
          </w:p>
        </w:tc>
        <w:tc>
          <w:tcPr>
            <w:tcW w:w="0" w:type="auto"/>
            <w:vAlign w:val="center"/>
            <w:hideMark/>
          </w:tcPr>
          <w:p w14:paraId="115D537D" w14:textId="77777777" w:rsidR="003841FB" w:rsidRPr="007454F0" w:rsidRDefault="003841FB" w:rsidP="001737E3">
            <w:pPr>
              <w:spacing w:after="0" w:line="240" w:lineRule="auto"/>
              <w:jc w:val="center"/>
              <w:rPr>
                <w:rFonts w:ascii="Georgia" w:eastAsia="Times New Roman" w:hAnsi="Georgia" w:cs="Times New Roman"/>
                <w:b/>
                <w:bCs/>
                <w:color w:val="002060"/>
                <w:sz w:val="24"/>
                <w:szCs w:val="24"/>
              </w:rPr>
            </w:pPr>
            <w:r w:rsidRPr="007454F0">
              <w:rPr>
                <w:rFonts w:ascii="Georgia" w:eastAsia="Times New Roman" w:hAnsi="Georgia" w:cs="Times New Roman"/>
                <w:b/>
                <w:bCs/>
                <w:color w:val="002060"/>
                <w:sz w:val="24"/>
                <w:szCs w:val="24"/>
              </w:rPr>
              <w:t>Bronze ($1,500)</w:t>
            </w:r>
          </w:p>
        </w:tc>
        <w:tc>
          <w:tcPr>
            <w:tcW w:w="0" w:type="auto"/>
            <w:vAlign w:val="center"/>
            <w:hideMark/>
          </w:tcPr>
          <w:p w14:paraId="44589B81" w14:textId="77777777" w:rsidR="003841FB" w:rsidRPr="007454F0" w:rsidRDefault="003841FB" w:rsidP="001737E3">
            <w:pPr>
              <w:spacing w:after="0" w:line="240" w:lineRule="auto"/>
              <w:jc w:val="center"/>
              <w:rPr>
                <w:rFonts w:ascii="Georgia" w:eastAsia="Times New Roman" w:hAnsi="Georgia" w:cs="Times New Roman"/>
                <w:b/>
                <w:bCs/>
                <w:color w:val="002060"/>
                <w:sz w:val="24"/>
                <w:szCs w:val="24"/>
              </w:rPr>
            </w:pPr>
            <w:r w:rsidRPr="007454F0">
              <w:rPr>
                <w:rFonts w:ascii="Georgia" w:eastAsia="Times New Roman" w:hAnsi="Georgia" w:cs="Times New Roman"/>
                <w:b/>
                <w:bCs/>
                <w:color w:val="002060"/>
                <w:sz w:val="24"/>
                <w:szCs w:val="24"/>
              </w:rPr>
              <w:t>Silver ($2,500)</w:t>
            </w:r>
          </w:p>
        </w:tc>
        <w:tc>
          <w:tcPr>
            <w:tcW w:w="0" w:type="auto"/>
            <w:vAlign w:val="center"/>
            <w:hideMark/>
          </w:tcPr>
          <w:p w14:paraId="16528D71" w14:textId="77777777" w:rsidR="003841FB" w:rsidRPr="007454F0" w:rsidRDefault="003841FB" w:rsidP="001737E3">
            <w:pPr>
              <w:spacing w:after="0" w:line="240" w:lineRule="auto"/>
              <w:jc w:val="center"/>
              <w:rPr>
                <w:rFonts w:ascii="Georgia" w:eastAsia="Times New Roman" w:hAnsi="Georgia" w:cs="Times New Roman"/>
                <w:b/>
                <w:bCs/>
                <w:color w:val="002060"/>
                <w:sz w:val="24"/>
                <w:szCs w:val="24"/>
              </w:rPr>
            </w:pPr>
            <w:r w:rsidRPr="007454F0">
              <w:rPr>
                <w:rFonts w:ascii="Georgia" w:eastAsia="Times New Roman" w:hAnsi="Georgia" w:cs="Times New Roman"/>
                <w:b/>
                <w:bCs/>
                <w:color w:val="002060"/>
                <w:sz w:val="24"/>
                <w:szCs w:val="24"/>
              </w:rPr>
              <w:t>Gold ($5,000)</w:t>
            </w:r>
          </w:p>
        </w:tc>
        <w:tc>
          <w:tcPr>
            <w:tcW w:w="0" w:type="auto"/>
            <w:vAlign w:val="center"/>
            <w:hideMark/>
          </w:tcPr>
          <w:p w14:paraId="7808D8E7" w14:textId="77777777" w:rsidR="003841FB" w:rsidRPr="007454F0" w:rsidRDefault="003841FB" w:rsidP="001737E3">
            <w:pPr>
              <w:spacing w:after="0" w:line="240" w:lineRule="auto"/>
              <w:jc w:val="center"/>
              <w:rPr>
                <w:rFonts w:ascii="Georgia" w:eastAsia="Times New Roman" w:hAnsi="Georgia" w:cs="Times New Roman"/>
                <w:b/>
                <w:bCs/>
                <w:color w:val="002060"/>
                <w:sz w:val="24"/>
                <w:szCs w:val="24"/>
              </w:rPr>
            </w:pPr>
            <w:r w:rsidRPr="007454F0">
              <w:rPr>
                <w:rFonts w:ascii="Georgia" w:eastAsia="Times New Roman" w:hAnsi="Georgia" w:cs="Times New Roman"/>
                <w:b/>
                <w:bCs/>
                <w:color w:val="002060"/>
                <w:sz w:val="24"/>
                <w:szCs w:val="24"/>
              </w:rPr>
              <w:t>Platinum ($10,000+)</w:t>
            </w:r>
          </w:p>
        </w:tc>
      </w:tr>
      <w:tr w:rsidR="003841FB" w:rsidRPr="00942A4F" w14:paraId="5CC3177B" w14:textId="77777777" w:rsidTr="001737E3">
        <w:trPr>
          <w:tblCellSpacing w:w="15" w:type="dxa"/>
        </w:trPr>
        <w:tc>
          <w:tcPr>
            <w:tcW w:w="0" w:type="auto"/>
            <w:vAlign w:val="center"/>
            <w:hideMark/>
          </w:tcPr>
          <w:p w14:paraId="77F41AC5" w14:textId="77777777" w:rsidR="003841FB" w:rsidRPr="00942A4F" w:rsidRDefault="003841FB" w:rsidP="001737E3">
            <w:pPr>
              <w:spacing w:after="0" w:line="240" w:lineRule="auto"/>
              <w:rPr>
                <w:rFonts w:ascii="Georgia" w:eastAsia="Times New Roman" w:hAnsi="Georgia" w:cs="Times New Roman"/>
                <w:b/>
                <w:bCs/>
                <w:color w:val="002060"/>
                <w:sz w:val="24"/>
                <w:szCs w:val="24"/>
              </w:rPr>
            </w:pPr>
            <w:r w:rsidRPr="00942A4F">
              <w:rPr>
                <w:rFonts w:ascii="Georgia" w:eastAsia="Times New Roman" w:hAnsi="Georgia" w:cs="Times New Roman"/>
                <w:b/>
                <w:bCs/>
                <w:color w:val="002060"/>
                <w:sz w:val="24"/>
                <w:szCs w:val="24"/>
              </w:rPr>
              <w:t>Website Recognition</w:t>
            </w:r>
          </w:p>
        </w:tc>
        <w:tc>
          <w:tcPr>
            <w:tcW w:w="0" w:type="auto"/>
            <w:vAlign w:val="center"/>
            <w:hideMark/>
          </w:tcPr>
          <w:p w14:paraId="6AB3E602" w14:textId="77777777" w:rsidR="003841FB" w:rsidRPr="00942A4F" w:rsidRDefault="003841FB" w:rsidP="001737E3">
            <w:pPr>
              <w:spacing w:after="0" w:line="240" w:lineRule="auto"/>
              <w:rPr>
                <w:rFonts w:ascii="Georgia" w:eastAsia="Times New Roman" w:hAnsi="Georgia" w:cs="Times New Roman"/>
                <w:b/>
                <w:bCs/>
                <w:color w:val="002060"/>
                <w:sz w:val="24"/>
                <w:szCs w:val="24"/>
              </w:rPr>
            </w:pPr>
            <w:r w:rsidRPr="00942A4F">
              <w:rPr>
                <w:rFonts w:ascii="Segoe UI Emoji" w:eastAsia="Times New Roman" w:hAnsi="Segoe UI Emoji" w:cs="Segoe UI Emoji"/>
                <w:b/>
                <w:bCs/>
                <w:color w:val="002060"/>
                <w:sz w:val="24"/>
                <w:szCs w:val="24"/>
              </w:rPr>
              <w:t>✅</w:t>
            </w:r>
          </w:p>
        </w:tc>
        <w:tc>
          <w:tcPr>
            <w:tcW w:w="0" w:type="auto"/>
            <w:vAlign w:val="center"/>
            <w:hideMark/>
          </w:tcPr>
          <w:p w14:paraId="128BD10B" w14:textId="77777777" w:rsidR="003841FB" w:rsidRPr="00942A4F" w:rsidRDefault="003841FB" w:rsidP="001737E3">
            <w:pPr>
              <w:spacing w:after="0" w:line="240" w:lineRule="auto"/>
              <w:rPr>
                <w:rFonts w:ascii="Georgia" w:eastAsia="Times New Roman" w:hAnsi="Georgia" w:cs="Times New Roman"/>
                <w:b/>
                <w:bCs/>
                <w:color w:val="002060"/>
                <w:sz w:val="24"/>
                <w:szCs w:val="24"/>
              </w:rPr>
            </w:pPr>
            <w:r w:rsidRPr="00942A4F">
              <w:rPr>
                <w:rFonts w:ascii="Segoe UI Emoji" w:eastAsia="Times New Roman" w:hAnsi="Segoe UI Emoji" w:cs="Segoe UI Emoji"/>
                <w:b/>
                <w:bCs/>
                <w:color w:val="002060"/>
                <w:sz w:val="24"/>
                <w:szCs w:val="24"/>
              </w:rPr>
              <w:t>✅</w:t>
            </w:r>
          </w:p>
        </w:tc>
        <w:tc>
          <w:tcPr>
            <w:tcW w:w="0" w:type="auto"/>
            <w:vAlign w:val="center"/>
            <w:hideMark/>
          </w:tcPr>
          <w:p w14:paraId="18DF3F35" w14:textId="77777777" w:rsidR="003841FB" w:rsidRPr="00942A4F" w:rsidRDefault="003841FB" w:rsidP="001737E3">
            <w:pPr>
              <w:spacing w:after="0" w:line="240" w:lineRule="auto"/>
              <w:rPr>
                <w:rFonts w:ascii="Georgia" w:eastAsia="Times New Roman" w:hAnsi="Georgia" w:cs="Times New Roman"/>
                <w:b/>
                <w:bCs/>
                <w:color w:val="002060"/>
                <w:sz w:val="24"/>
                <w:szCs w:val="24"/>
              </w:rPr>
            </w:pPr>
            <w:r w:rsidRPr="00942A4F">
              <w:rPr>
                <w:rFonts w:ascii="Segoe UI Emoji" w:eastAsia="Times New Roman" w:hAnsi="Segoe UI Emoji" w:cs="Segoe UI Emoji"/>
                <w:b/>
                <w:bCs/>
                <w:color w:val="002060"/>
                <w:sz w:val="24"/>
                <w:szCs w:val="24"/>
              </w:rPr>
              <w:t>✅</w:t>
            </w:r>
          </w:p>
        </w:tc>
        <w:tc>
          <w:tcPr>
            <w:tcW w:w="0" w:type="auto"/>
            <w:vAlign w:val="center"/>
            <w:hideMark/>
          </w:tcPr>
          <w:p w14:paraId="47888E2C" w14:textId="77777777" w:rsidR="003841FB" w:rsidRPr="00942A4F" w:rsidRDefault="003841FB" w:rsidP="001737E3">
            <w:pPr>
              <w:spacing w:after="0" w:line="240" w:lineRule="auto"/>
              <w:rPr>
                <w:rFonts w:ascii="Georgia" w:eastAsia="Times New Roman" w:hAnsi="Georgia" w:cs="Times New Roman"/>
                <w:b/>
                <w:bCs/>
                <w:color w:val="002060"/>
                <w:sz w:val="24"/>
                <w:szCs w:val="24"/>
              </w:rPr>
            </w:pPr>
            <w:r w:rsidRPr="00942A4F">
              <w:rPr>
                <w:rFonts w:ascii="Segoe UI Emoji" w:eastAsia="Times New Roman" w:hAnsi="Segoe UI Emoji" w:cs="Segoe UI Emoji"/>
                <w:b/>
                <w:bCs/>
                <w:color w:val="002060"/>
                <w:sz w:val="24"/>
                <w:szCs w:val="24"/>
              </w:rPr>
              <w:t>✅</w:t>
            </w:r>
          </w:p>
        </w:tc>
      </w:tr>
      <w:tr w:rsidR="003841FB" w:rsidRPr="00942A4F" w14:paraId="61CA1C21" w14:textId="77777777" w:rsidTr="001737E3">
        <w:trPr>
          <w:tblCellSpacing w:w="15" w:type="dxa"/>
        </w:trPr>
        <w:tc>
          <w:tcPr>
            <w:tcW w:w="0" w:type="auto"/>
            <w:vAlign w:val="center"/>
            <w:hideMark/>
          </w:tcPr>
          <w:p w14:paraId="4368C04C" w14:textId="77777777" w:rsidR="003841FB" w:rsidRPr="00942A4F" w:rsidRDefault="003841FB" w:rsidP="001737E3">
            <w:pPr>
              <w:spacing w:after="0" w:line="240" w:lineRule="auto"/>
              <w:rPr>
                <w:rFonts w:ascii="Georgia" w:eastAsia="Times New Roman" w:hAnsi="Georgia" w:cs="Times New Roman"/>
                <w:b/>
                <w:bCs/>
                <w:color w:val="002060"/>
                <w:sz w:val="24"/>
                <w:szCs w:val="24"/>
              </w:rPr>
            </w:pPr>
            <w:r w:rsidRPr="00942A4F">
              <w:rPr>
                <w:rFonts w:ascii="Georgia" w:eastAsia="Times New Roman" w:hAnsi="Georgia" w:cs="Times New Roman"/>
                <w:b/>
                <w:bCs/>
                <w:color w:val="002060"/>
                <w:sz w:val="24"/>
                <w:szCs w:val="24"/>
              </w:rPr>
              <w:t>Event Materials Recognition</w:t>
            </w:r>
          </w:p>
        </w:tc>
        <w:tc>
          <w:tcPr>
            <w:tcW w:w="0" w:type="auto"/>
            <w:vAlign w:val="center"/>
            <w:hideMark/>
          </w:tcPr>
          <w:p w14:paraId="24A5EBB1" w14:textId="77777777" w:rsidR="003841FB" w:rsidRPr="00942A4F" w:rsidRDefault="003841FB" w:rsidP="001737E3">
            <w:pPr>
              <w:spacing w:after="0" w:line="240" w:lineRule="auto"/>
              <w:rPr>
                <w:rFonts w:ascii="Georgia" w:eastAsia="Times New Roman" w:hAnsi="Georgia" w:cs="Times New Roman"/>
                <w:b/>
                <w:bCs/>
                <w:color w:val="002060"/>
                <w:sz w:val="24"/>
                <w:szCs w:val="24"/>
              </w:rPr>
            </w:pPr>
            <w:r w:rsidRPr="00942A4F">
              <w:rPr>
                <w:rFonts w:ascii="Segoe UI Emoji" w:eastAsia="Times New Roman" w:hAnsi="Segoe UI Emoji" w:cs="Segoe UI Emoji"/>
                <w:b/>
                <w:bCs/>
                <w:color w:val="002060"/>
                <w:sz w:val="24"/>
                <w:szCs w:val="24"/>
              </w:rPr>
              <w:t>✅</w:t>
            </w:r>
          </w:p>
        </w:tc>
        <w:tc>
          <w:tcPr>
            <w:tcW w:w="0" w:type="auto"/>
            <w:vAlign w:val="center"/>
            <w:hideMark/>
          </w:tcPr>
          <w:p w14:paraId="0C4FB51A" w14:textId="77777777" w:rsidR="003841FB" w:rsidRPr="00942A4F" w:rsidRDefault="003841FB" w:rsidP="001737E3">
            <w:pPr>
              <w:spacing w:after="0" w:line="240" w:lineRule="auto"/>
              <w:rPr>
                <w:rFonts w:ascii="Georgia" w:eastAsia="Times New Roman" w:hAnsi="Georgia" w:cs="Times New Roman"/>
                <w:b/>
                <w:bCs/>
                <w:color w:val="002060"/>
                <w:sz w:val="24"/>
                <w:szCs w:val="24"/>
              </w:rPr>
            </w:pPr>
            <w:r w:rsidRPr="00942A4F">
              <w:rPr>
                <w:rFonts w:ascii="Segoe UI Emoji" w:eastAsia="Times New Roman" w:hAnsi="Segoe UI Emoji" w:cs="Segoe UI Emoji"/>
                <w:b/>
                <w:bCs/>
                <w:color w:val="002060"/>
                <w:sz w:val="24"/>
                <w:szCs w:val="24"/>
              </w:rPr>
              <w:t>✅</w:t>
            </w:r>
          </w:p>
        </w:tc>
        <w:tc>
          <w:tcPr>
            <w:tcW w:w="0" w:type="auto"/>
            <w:vAlign w:val="center"/>
            <w:hideMark/>
          </w:tcPr>
          <w:p w14:paraId="68E36B14" w14:textId="77777777" w:rsidR="003841FB" w:rsidRPr="00942A4F" w:rsidRDefault="003841FB" w:rsidP="001737E3">
            <w:pPr>
              <w:spacing w:after="0" w:line="240" w:lineRule="auto"/>
              <w:rPr>
                <w:rFonts w:ascii="Georgia" w:eastAsia="Times New Roman" w:hAnsi="Georgia" w:cs="Times New Roman"/>
                <w:b/>
                <w:bCs/>
                <w:color w:val="002060"/>
                <w:sz w:val="24"/>
                <w:szCs w:val="24"/>
              </w:rPr>
            </w:pPr>
            <w:r w:rsidRPr="00942A4F">
              <w:rPr>
                <w:rFonts w:ascii="Segoe UI Emoji" w:eastAsia="Times New Roman" w:hAnsi="Segoe UI Emoji" w:cs="Segoe UI Emoji"/>
                <w:b/>
                <w:bCs/>
                <w:color w:val="002060"/>
                <w:sz w:val="24"/>
                <w:szCs w:val="24"/>
              </w:rPr>
              <w:t>✅</w:t>
            </w:r>
          </w:p>
        </w:tc>
        <w:tc>
          <w:tcPr>
            <w:tcW w:w="0" w:type="auto"/>
            <w:vAlign w:val="center"/>
            <w:hideMark/>
          </w:tcPr>
          <w:p w14:paraId="778FC6CA" w14:textId="77777777" w:rsidR="003841FB" w:rsidRPr="00942A4F" w:rsidRDefault="003841FB" w:rsidP="001737E3">
            <w:pPr>
              <w:spacing w:after="0" w:line="240" w:lineRule="auto"/>
              <w:rPr>
                <w:rFonts w:ascii="Georgia" w:eastAsia="Times New Roman" w:hAnsi="Georgia" w:cs="Times New Roman"/>
                <w:b/>
                <w:bCs/>
                <w:color w:val="002060"/>
                <w:sz w:val="24"/>
                <w:szCs w:val="24"/>
              </w:rPr>
            </w:pPr>
            <w:r w:rsidRPr="00942A4F">
              <w:rPr>
                <w:rFonts w:ascii="Segoe UI Emoji" w:eastAsia="Times New Roman" w:hAnsi="Segoe UI Emoji" w:cs="Segoe UI Emoji"/>
                <w:b/>
                <w:bCs/>
                <w:color w:val="002060"/>
                <w:sz w:val="24"/>
                <w:szCs w:val="24"/>
              </w:rPr>
              <w:t>✅</w:t>
            </w:r>
          </w:p>
        </w:tc>
      </w:tr>
      <w:tr w:rsidR="003841FB" w:rsidRPr="00942A4F" w14:paraId="5A1DF140" w14:textId="77777777" w:rsidTr="001737E3">
        <w:trPr>
          <w:tblCellSpacing w:w="15" w:type="dxa"/>
        </w:trPr>
        <w:tc>
          <w:tcPr>
            <w:tcW w:w="0" w:type="auto"/>
            <w:vAlign w:val="center"/>
            <w:hideMark/>
          </w:tcPr>
          <w:p w14:paraId="21A61BCC" w14:textId="77777777" w:rsidR="003841FB" w:rsidRPr="00942A4F" w:rsidRDefault="003841FB" w:rsidP="001737E3">
            <w:pPr>
              <w:spacing w:after="0" w:line="240" w:lineRule="auto"/>
              <w:rPr>
                <w:rFonts w:ascii="Georgia" w:eastAsia="Times New Roman" w:hAnsi="Georgia" w:cs="Times New Roman"/>
                <w:b/>
                <w:bCs/>
                <w:color w:val="002060"/>
                <w:sz w:val="24"/>
                <w:szCs w:val="24"/>
              </w:rPr>
            </w:pPr>
            <w:r w:rsidRPr="00942A4F">
              <w:rPr>
                <w:rFonts w:ascii="Georgia" w:eastAsia="Times New Roman" w:hAnsi="Georgia" w:cs="Times New Roman"/>
                <w:b/>
                <w:bCs/>
                <w:color w:val="002060"/>
                <w:sz w:val="24"/>
                <w:szCs w:val="24"/>
              </w:rPr>
              <w:t>VIP Tickets</w:t>
            </w:r>
          </w:p>
        </w:tc>
        <w:tc>
          <w:tcPr>
            <w:tcW w:w="0" w:type="auto"/>
            <w:vAlign w:val="center"/>
            <w:hideMark/>
          </w:tcPr>
          <w:p w14:paraId="7C85139C" w14:textId="77777777" w:rsidR="003841FB" w:rsidRPr="00942A4F" w:rsidRDefault="003841FB" w:rsidP="001737E3">
            <w:pPr>
              <w:spacing w:after="0" w:line="240" w:lineRule="auto"/>
              <w:rPr>
                <w:rFonts w:ascii="Georgia" w:eastAsia="Times New Roman" w:hAnsi="Georgia" w:cs="Times New Roman"/>
                <w:b/>
                <w:bCs/>
                <w:color w:val="002060"/>
                <w:sz w:val="24"/>
                <w:szCs w:val="24"/>
              </w:rPr>
            </w:pPr>
            <w:r w:rsidRPr="00942A4F">
              <w:rPr>
                <w:rFonts w:ascii="Georgia" w:eastAsia="Times New Roman" w:hAnsi="Georgia" w:cs="Times New Roman"/>
                <w:b/>
                <w:bCs/>
                <w:color w:val="002060"/>
                <w:sz w:val="24"/>
                <w:szCs w:val="24"/>
              </w:rPr>
              <w:t>2</w:t>
            </w:r>
          </w:p>
        </w:tc>
        <w:tc>
          <w:tcPr>
            <w:tcW w:w="0" w:type="auto"/>
            <w:vAlign w:val="center"/>
            <w:hideMark/>
          </w:tcPr>
          <w:p w14:paraId="184E31D9" w14:textId="77777777" w:rsidR="003841FB" w:rsidRPr="00942A4F" w:rsidRDefault="003841FB" w:rsidP="001737E3">
            <w:pPr>
              <w:spacing w:after="0" w:line="240" w:lineRule="auto"/>
              <w:rPr>
                <w:rFonts w:ascii="Georgia" w:eastAsia="Times New Roman" w:hAnsi="Georgia" w:cs="Times New Roman"/>
                <w:b/>
                <w:bCs/>
                <w:color w:val="002060"/>
                <w:sz w:val="24"/>
                <w:szCs w:val="24"/>
              </w:rPr>
            </w:pPr>
            <w:r w:rsidRPr="00942A4F">
              <w:rPr>
                <w:rFonts w:ascii="Georgia" w:eastAsia="Times New Roman" w:hAnsi="Georgia" w:cs="Times New Roman"/>
                <w:b/>
                <w:bCs/>
                <w:color w:val="002060"/>
                <w:sz w:val="24"/>
                <w:szCs w:val="24"/>
              </w:rPr>
              <w:t>4</w:t>
            </w:r>
          </w:p>
        </w:tc>
        <w:tc>
          <w:tcPr>
            <w:tcW w:w="0" w:type="auto"/>
            <w:vAlign w:val="center"/>
            <w:hideMark/>
          </w:tcPr>
          <w:p w14:paraId="0ADB1426" w14:textId="77777777" w:rsidR="003841FB" w:rsidRPr="00942A4F" w:rsidRDefault="003841FB" w:rsidP="001737E3">
            <w:pPr>
              <w:spacing w:after="0" w:line="240" w:lineRule="auto"/>
              <w:rPr>
                <w:rFonts w:ascii="Georgia" w:eastAsia="Times New Roman" w:hAnsi="Georgia" w:cs="Times New Roman"/>
                <w:b/>
                <w:bCs/>
                <w:color w:val="002060"/>
                <w:sz w:val="24"/>
                <w:szCs w:val="24"/>
              </w:rPr>
            </w:pPr>
            <w:r w:rsidRPr="00942A4F">
              <w:rPr>
                <w:rFonts w:ascii="Georgia" w:eastAsia="Times New Roman" w:hAnsi="Georgia" w:cs="Times New Roman"/>
                <w:b/>
                <w:bCs/>
                <w:color w:val="002060"/>
                <w:sz w:val="24"/>
                <w:szCs w:val="24"/>
              </w:rPr>
              <w:t>6</w:t>
            </w:r>
          </w:p>
        </w:tc>
        <w:tc>
          <w:tcPr>
            <w:tcW w:w="0" w:type="auto"/>
            <w:vAlign w:val="center"/>
            <w:hideMark/>
          </w:tcPr>
          <w:p w14:paraId="11A09FC5" w14:textId="77777777" w:rsidR="003841FB" w:rsidRPr="00942A4F" w:rsidRDefault="003841FB" w:rsidP="001737E3">
            <w:pPr>
              <w:spacing w:after="0" w:line="240" w:lineRule="auto"/>
              <w:rPr>
                <w:rFonts w:ascii="Georgia" w:eastAsia="Times New Roman" w:hAnsi="Georgia" w:cs="Times New Roman"/>
                <w:b/>
                <w:bCs/>
                <w:color w:val="002060"/>
                <w:sz w:val="24"/>
                <w:szCs w:val="24"/>
              </w:rPr>
            </w:pPr>
            <w:r w:rsidRPr="00942A4F">
              <w:rPr>
                <w:rFonts w:ascii="Georgia" w:eastAsia="Times New Roman" w:hAnsi="Georgia" w:cs="Times New Roman"/>
                <w:b/>
                <w:bCs/>
                <w:color w:val="002060"/>
                <w:sz w:val="24"/>
                <w:szCs w:val="24"/>
              </w:rPr>
              <w:t>10</w:t>
            </w:r>
          </w:p>
        </w:tc>
      </w:tr>
      <w:tr w:rsidR="003841FB" w:rsidRPr="00942A4F" w14:paraId="4F975EF3" w14:textId="77777777" w:rsidTr="001737E3">
        <w:trPr>
          <w:tblCellSpacing w:w="15" w:type="dxa"/>
        </w:trPr>
        <w:tc>
          <w:tcPr>
            <w:tcW w:w="0" w:type="auto"/>
            <w:vAlign w:val="center"/>
            <w:hideMark/>
          </w:tcPr>
          <w:p w14:paraId="49BD164A" w14:textId="77777777" w:rsidR="003841FB" w:rsidRPr="00942A4F" w:rsidRDefault="003841FB" w:rsidP="001737E3">
            <w:pPr>
              <w:spacing w:after="0" w:line="240" w:lineRule="auto"/>
              <w:rPr>
                <w:rFonts w:ascii="Georgia" w:eastAsia="Times New Roman" w:hAnsi="Georgia" w:cs="Times New Roman"/>
                <w:b/>
                <w:bCs/>
                <w:color w:val="002060"/>
                <w:sz w:val="24"/>
                <w:szCs w:val="24"/>
              </w:rPr>
            </w:pPr>
            <w:r w:rsidRPr="00942A4F">
              <w:rPr>
                <w:rFonts w:ascii="Georgia" w:eastAsia="Times New Roman" w:hAnsi="Georgia" w:cs="Times New Roman"/>
                <w:b/>
                <w:bCs/>
                <w:color w:val="002060"/>
                <w:sz w:val="24"/>
                <w:szCs w:val="24"/>
              </w:rPr>
              <w:t>Dedicated Email Blast</w:t>
            </w:r>
          </w:p>
        </w:tc>
        <w:tc>
          <w:tcPr>
            <w:tcW w:w="0" w:type="auto"/>
            <w:vAlign w:val="center"/>
            <w:hideMark/>
          </w:tcPr>
          <w:p w14:paraId="760D0041" w14:textId="77777777" w:rsidR="003841FB" w:rsidRPr="00942A4F" w:rsidRDefault="003841FB" w:rsidP="001737E3">
            <w:pPr>
              <w:spacing w:after="0" w:line="240" w:lineRule="auto"/>
              <w:rPr>
                <w:rFonts w:ascii="Georgia" w:eastAsia="Times New Roman" w:hAnsi="Georgia" w:cs="Times New Roman"/>
                <w:b/>
                <w:bCs/>
                <w:color w:val="002060"/>
                <w:sz w:val="24"/>
                <w:szCs w:val="24"/>
              </w:rPr>
            </w:pPr>
            <w:r w:rsidRPr="00942A4F">
              <w:rPr>
                <w:rFonts w:ascii="Georgia" w:eastAsia="Times New Roman" w:hAnsi="Georgia" w:cs="Times New Roman"/>
                <w:b/>
                <w:bCs/>
                <w:color w:val="002060"/>
                <w:sz w:val="24"/>
                <w:szCs w:val="24"/>
              </w:rPr>
              <w:t>—</w:t>
            </w:r>
          </w:p>
        </w:tc>
        <w:tc>
          <w:tcPr>
            <w:tcW w:w="0" w:type="auto"/>
            <w:vAlign w:val="center"/>
            <w:hideMark/>
          </w:tcPr>
          <w:p w14:paraId="6BCFA29D" w14:textId="77777777" w:rsidR="003841FB" w:rsidRPr="00942A4F" w:rsidRDefault="003841FB" w:rsidP="001737E3">
            <w:pPr>
              <w:spacing w:after="0" w:line="240" w:lineRule="auto"/>
              <w:rPr>
                <w:rFonts w:ascii="Georgia" w:eastAsia="Times New Roman" w:hAnsi="Georgia" w:cs="Times New Roman"/>
                <w:b/>
                <w:bCs/>
                <w:color w:val="002060"/>
                <w:sz w:val="24"/>
                <w:szCs w:val="24"/>
              </w:rPr>
            </w:pPr>
            <w:r w:rsidRPr="00942A4F">
              <w:rPr>
                <w:rFonts w:ascii="Segoe UI Emoji" w:eastAsia="Times New Roman" w:hAnsi="Segoe UI Emoji" w:cs="Segoe UI Emoji"/>
                <w:b/>
                <w:bCs/>
                <w:color w:val="002060"/>
                <w:sz w:val="24"/>
                <w:szCs w:val="24"/>
              </w:rPr>
              <w:t>✅</w:t>
            </w:r>
          </w:p>
        </w:tc>
        <w:tc>
          <w:tcPr>
            <w:tcW w:w="0" w:type="auto"/>
            <w:vAlign w:val="center"/>
            <w:hideMark/>
          </w:tcPr>
          <w:p w14:paraId="179E5B8C" w14:textId="77777777" w:rsidR="003841FB" w:rsidRPr="00942A4F" w:rsidRDefault="003841FB" w:rsidP="001737E3">
            <w:pPr>
              <w:spacing w:after="0" w:line="240" w:lineRule="auto"/>
              <w:rPr>
                <w:rFonts w:ascii="Georgia" w:eastAsia="Times New Roman" w:hAnsi="Georgia" w:cs="Times New Roman"/>
                <w:b/>
                <w:bCs/>
                <w:color w:val="002060"/>
                <w:sz w:val="24"/>
                <w:szCs w:val="24"/>
              </w:rPr>
            </w:pPr>
            <w:r w:rsidRPr="00942A4F">
              <w:rPr>
                <w:rFonts w:ascii="Segoe UI Emoji" w:eastAsia="Times New Roman" w:hAnsi="Segoe UI Emoji" w:cs="Segoe UI Emoji"/>
                <w:b/>
                <w:bCs/>
                <w:color w:val="002060"/>
                <w:sz w:val="24"/>
                <w:szCs w:val="24"/>
              </w:rPr>
              <w:t>✅</w:t>
            </w:r>
          </w:p>
        </w:tc>
        <w:tc>
          <w:tcPr>
            <w:tcW w:w="0" w:type="auto"/>
            <w:vAlign w:val="center"/>
            <w:hideMark/>
          </w:tcPr>
          <w:p w14:paraId="312ABCBD" w14:textId="77777777" w:rsidR="003841FB" w:rsidRPr="00942A4F" w:rsidRDefault="003841FB" w:rsidP="001737E3">
            <w:pPr>
              <w:spacing w:after="0" w:line="240" w:lineRule="auto"/>
              <w:rPr>
                <w:rFonts w:ascii="Georgia" w:eastAsia="Times New Roman" w:hAnsi="Georgia" w:cs="Times New Roman"/>
                <w:b/>
                <w:bCs/>
                <w:color w:val="002060"/>
                <w:sz w:val="24"/>
                <w:szCs w:val="24"/>
              </w:rPr>
            </w:pPr>
            <w:r w:rsidRPr="00942A4F">
              <w:rPr>
                <w:rFonts w:ascii="Segoe UI Emoji" w:eastAsia="Times New Roman" w:hAnsi="Segoe UI Emoji" w:cs="Segoe UI Emoji"/>
                <w:b/>
                <w:bCs/>
                <w:color w:val="002060"/>
                <w:sz w:val="24"/>
                <w:szCs w:val="24"/>
              </w:rPr>
              <w:t>✅</w:t>
            </w:r>
          </w:p>
        </w:tc>
      </w:tr>
      <w:tr w:rsidR="003841FB" w:rsidRPr="00942A4F" w14:paraId="2B61D814" w14:textId="77777777" w:rsidTr="001737E3">
        <w:trPr>
          <w:tblCellSpacing w:w="15" w:type="dxa"/>
        </w:trPr>
        <w:tc>
          <w:tcPr>
            <w:tcW w:w="0" w:type="auto"/>
            <w:vAlign w:val="center"/>
            <w:hideMark/>
          </w:tcPr>
          <w:p w14:paraId="7D226445" w14:textId="77777777" w:rsidR="003841FB" w:rsidRPr="00942A4F" w:rsidRDefault="003841FB" w:rsidP="001737E3">
            <w:pPr>
              <w:spacing w:after="0" w:line="240" w:lineRule="auto"/>
              <w:rPr>
                <w:rFonts w:ascii="Georgia" w:eastAsia="Times New Roman" w:hAnsi="Georgia" w:cs="Times New Roman"/>
                <w:b/>
                <w:bCs/>
                <w:color w:val="002060"/>
                <w:sz w:val="24"/>
                <w:szCs w:val="24"/>
              </w:rPr>
            </w:pPr>
            <w:r w:rsidRPr="00942A4F">
              <w:rPr>
                <w:rFonts w:ascii="Georgia" w:eastAsia="Times New Roman" w:hAnsi="Georgia" w:cs="Times New Roman"/>
                <w:b/>
                <w:bCs/>
                <w:color w:val="002060"/>
                <w:sz w:val="24"/>
                <w:szCs w:val="24"/>
              </w:rPr>
              <w:t>Naming Opportunity</w:t>
            </w:r>
          </w:p>
        </w:tc>
        <w:tc>
          <w:tcPr>
            <w:tcW w:w="0" w:type="auto"/>
            <w:vAlign w:val="center"/>
            <w:hideMark/>
          </w:tcPr>
          <w:p w14:paraId="2B6D9CA9" w14:textId="77777777" w:rsidR="003841FB" w:rsidRPr="00942A4F" w:rsidRDefault="003841FB" w:rsidP="001737E3">
            <w:pPr>
              <w:spacing w:after="0" w:line="240" w:lineRule="auto"/>
              <w:rPr>
                <w:rFonts w:ascii="Georgia" w:eastAsia="Times New Roman" w:hAnsi="Georgia" w:cs="Times New Roman"/>
                <w:b/>
                <w:bCs/>
                <w:color w:val="002060"/>
                <w:sz w:val="24"/>
                <w:szCs w:val="24"/>
              </w:rPr>
            </w:pPr>
            <w:r w:rsidRPr="00942A4F">
              <w:rPr>
                <w:rFonts w:ascii="Georgia" w:eastAsia="Times New Roman" w:hAnsi="Georgia" w:cs="Times New Roman"/>
                <w:b/>
                <w:bCs/>
                <w:color w:val="002060"/>
                <w:sz w:val="24"/>
                <w:szCs w:val="24"/>
              </w:rPr>
              <w:t>—</w:t>
            </w:r>
          </w:p>
        </w:tc>
        <w:tc>
          <w:tcPr>
            <w:tcW w:w="0" w:type="auto"/>
            <w:vAlign w:val="center"/>
            <w:hideMark/>
          </w:tcPr>
          <w:p w14:paraId="271FC0F5" w14:textId="77777777" w:rsidR="003841FB" w:rsidRPr="00942A4F" w:rsidRDefault="003841FB" w:rsidP="001737E3">
            <w:pPr>
              <w:spacing w:after="0" w:line="240" w:lineRule="auto"/>
              <w:rPr>
                <w:rFonts w:ascii="Georgia" w:eastAsia="Times New Roman" w:hAnsi="Georgia" w:cs="Times New Roman"/>
                <w:b/>
                <w:bCs/>
                <w:color w:val="002060"/>
                <w:sz w:val="24"/>
                <w:szCs w:val="24"/>
              </w:rPr>
            </w:pPr>
            <w:r w:rsidRPr="00942A4F">
              <w:rPr>
                <w:rFonts w:ascii="Georgia" w:eastAsia="Times New Roman" w:hAnsi="Georgia" w:cs="Times New Roman"/>
                <w:b/>
                <w:bCs/>
                <w:color w:val="002060"/>
                <w:sz w:val="24"/>
                <w:szCs w:val="24"/>
              </w:rPr>
              <w:t>—</w:t>
            </w:r>
          </w:p>
        </w:tc>
        <w:tc>
          <w:tcPr>
            <w:tcW w:w="0" w:type="auto"/>
            <w:vAlign w:val="center"/>
            <w:hideMark/>
          </w:tcPr>
          <w:p w14:paraId="083A4E60" w14:textId="77777777" w:rsidR="003841FB" w:rsidRPr="00942A4F" w:rsidRDefault="003841FB" w:rsidP="001737E3">
            <w:pPr>
              <w:spacing w:after="0" w:line="240" w:lineRule="auto"/>
              <w:rPr>
                <w:rFonts w:ascii="Georgia" w:eastAsia="Times New Roman" w:hAnsi="Georgia" w:cs="Times New Roman"/>
                <w:b/>
                <w:bCs/>
                <w:color w:val="002060"/>
                <w:sz w:val="24"/>
                <w:szCs w:val="24"/>
              </w:rPr>
            </w:pPr>
            <w:r w:rsidRPr="00942A4F">
              <w:rPr>
                <w:rFonts w:ascii="Georgia" w:eastAsia="Times New Roman" w:hAnsi="Georgia" w:cs="Times New Roman"/>
                <w:b/>
                <w:bCs/>
                <w:color w:val="002060"/>
                <w:sz w:val="24"/>
                <w:szCs w:val="24"/>
              </w:rPr>
              <w:t>—</w:t>
            </w:r>
          </w:p>
        </w:tc>
        <w:tc>
          <w:tcPr>
            <w:tcW w:w="0" w:type="auto"/>
            <w:vAlign w:val="center"/>
            <w:hideMark/>
          </w:tcPr>
          <w:p w14:paraId="3FDD6469" w14:textId="77777777" w:rsidR="003841FB" w:rsidRPr="00942A4F" w:rsidRDefault="003841FB" w:rsidP="001737E3">
            <w:pPr>
              <w:spacing w:after="0" w:line="240" w:lineRule="auto"/>
              <w:rPr>
                <w:rFonts w:ascii="Georgia" w:eastAsia="Times New Roman" w:hAnsi="Georgia" w:cs="Times New Roman"/>
                <w:b/>
                <w:bCs/>
                <w:color w:val="002060"/>
                <w:sz w:val="24"/>
                <w:szCs w:val="24"/>
              </w:rPr>
            </w:pPr>
            <w:r w:rsidRPr="00942A4F">
              <w:rPr>
                <w:rFonts w:ascii="Segoe UI Emoji" w:eastAsia="Times New Roman" w:hAnsi="Segoe UI Emoji" w:cs="Segoe UI Emoji"/>
                <w:b/>
                <w:bCs/>
                <w:color w:val="002060"/>
                <w:sz w:val="24"/>
                <w:szCs w:val="24"/>
              </w:rPr>
              <w:t>✅</w:t>
            </w:r>
          </w:p>
        </w:tc>
      </w:tr>
      <w:tr w:rsidR="003841FB" w:rsidRPr="00942A4F" w14:paraId="6E0C3CF0" w14:textId="77777777" w:rsidTr="001737E3">
        <w:trPr>
          <w:tblCellSpacing w:w="15" w:type="dxa"/>
        </w:trPr>
        <w:tc>
          <w:tcPr>
            <w:tcW w:w="0" w:type="auto"/>
            <w:vAlign w:val="center"/>
            <w:hideMark/>
          </w:tcPr>
          <w:p w14:paraId="63AB3920" w14:textId="77777777" w:rsidR="003841FB" w:rsidRPr="00942A4F" w:rsidRDefault="003841FB" w:rsidP="001737E3">
            <w:pPr>
              <w:spacing w:after="0" w:line="240" w:lineRule="auto"/>
              <w:rPr>
                <w:rFonts w:ascii="Georgia" w:eastAsia="Times New Roman" w:hAnsi="Georgia" w:cs="Times New Roman"/>
                <w:b/>
                <w:bCs/>
                <w:color w:val="002060"/>
                <w:sz w:val="24"/>
                <w:szCs w:val="24"/>
              </w:rPr>
            </w:pPr>
            <w:r w:rsidRPr="00942A4F">
              <w:rPr>
                <w:rFonts w:ascii="Georgia" w:eastAsia="Times New Roman" w:hAnsi="Georgia" w:cs="Times New Roman"/>
                <w:b/>
                <w:bCs/>
                <w:color w:val="002060"/>
                <w:sz w:val="24"/>
                <w:szCs w:val="24"/>
              </w:rPr>
              <w:t>Full-Page Ad</w:t>
            </w:r>
          </w:p>
        </w:tc>
        <w:tc>
          <w:tcPr>
            <w:tcW w:w="0" w:type="auto"/>
            <w:vAlign w:val="center"/>
            <w:hideMark/>
          </w:tcPr>
          <w:p w14:paraId="3ABB73DE" w14:textId="77777777" w:rsidR="003841FB" w:rsidRPr="00942A4F" w:rsidRDefault="003841FB" w:rsidP="001737E3">
            <w:pPr>
              <w:spacing w:after="0" w:line="240" w:lineRule="auto"/>
              <w:rPr>
                <w:rFonts w:ascii="Georgia" w:eastAsia="Times New Roman" w:hAnsi="Georgia" w:cs="Times New Roman"/>
                <w:b/>
                <w:bCs/>
                <w:color w:val="002060"/>
                <w:sz w:val="24"/>
                <w:szCs w:val="24"/>
              </w:rPr>
            </w:pPr>
            <w:r w:rsidRPr="00942A4F">
              <w:rPr>
                <w:rFonts w:ascii="Georgia" w:eastAsia="Times New Roman" w:hAnsi="Georgia" w:cs="Times New Roman"/>
                <w:b/>
                <w:bCs/>
                <w:color w:val="002060"/>
                <w:sz w:val="24"/>
                <w:szCs w:val="24"/>
              </w:rPr>
              <w:t>—</w:t>
            </w:r>
          </w:p>
        </w:tc>
        <w:tc>
          <w:tcPr>
            <w:tcW w:w="0" w:type="auto"/>
            <w:vAlign w:val="center"/>
            <w:hideMark/>
          </w:tcPr>
          <w:p w14:paraId="4458CD10" w14:textId="77777777" w:rsidR="003841FB" w:rsidRPr="00942A4F" w:rsidRDefault="003841FB" w:rsidP="001737E3">
            <w:pPr>
              <w:spacing w:after="0" w:line="240" w:lineRule="auto"/>
              <w:rPr>
                <w:rFonts w:ascii="Georgia" w:eastAsia="Times New Roman" w:hAnsi="Georgia" w:cs="Times New Roman"/>
                <w:b/>
                <w:bCs/>
                <w:color w:val="002060"/>
                <w:sz w:val="24"/>
                <w:szCs w:val="24"/>
              </w:rPr>
            </w:pPr>
            <w:r w:rsidRPr="00942A4F">
              <w:rPr>
                <w:rFonts w:ascii="Georgia" w:eastAsia="Times New Roman" w:hAnsi="Georgia" w:cs="Times New Roman"/>
                <w:b/>
                <w:bCs/>
                <w:color w:val="002060"/>
                <w:sz w:val="24"/>
                <w:szCs w:val="24"/>
              </w:rPr>
              <w:t>—</w:t>
            </w:r>
          </w:p>
        </w:tc>
        <w:tc>
          <w:tcPr>
            <w:tcW w:w="0" w:type="auto"/>
            <w:vAlign w:val="center"/>
            <w:hideMark/>
          </w:tcPr>
          <w:p w14:paraId="1DBFA83F" w14:textId="77777777" w:rsidR="003841FB" w:rsidRPr="00942A4F" w:rsidRDefault="003841FB" w:rsidP="001737E3">
            <w:pPr>
              <w:spacing w:after="0" w:line="240" w:lineRule="auto"/>
              <w:rPr>
                <w:rFonts w:ascii="Georgia" w:eastAsia="Times New Roman" w:hAnsi="Georgia" w:cs="Times New Roman"/>
                <w:b/>
                <w:bCs/>
                <w:color w:val="002060"/>
                <w:sz w:val="24"/>
                <w:szCs w:val="24"/>
              </w:rPr>
            </w:pPr>
            <w:r w:rsidRPr="00942A4F">
              <w:rPr>
                <w:rFonts w:ascii="Segoe UI Emoji" w:eastAsia="Times New Roman" w:hAnsi="Segoe UI Emoji" w:cs="Segoe UI Emoji"/>
                <w:b/>
                <w:bCs/>
                <w:color w:val="002060"/>
                <w:sz w:val="24"/>
                <w:szCs w:val="24"/>
              </w:rPr>
              <w:t>✅</w:t>
            </w:r>
          </w:p>
        </w:tc>
        <w:tc>
          <w:tcPr>
            <w:tcW w:w="0" w:type="auto"/>
            <w:vAlign w:val="center"/>
            <w:hideMark/>
          </w:tcPr>
          <w:p w14:paraId="5CA62CA9" w14:textId="77777777" w:rsidR="003841FB" w:rsidRPr="00942A4F" w:rsidRDefault="003841FB" w:rsidP="001737E3">
            <w:pPr>
              <w:spacing w:after="0" w:line="240" w:lineRule="auto"/>
              <w:rPr>
                <w:rFonts w:ascii="Georgia" w:eastAsia="Times New Roman" w:hAnsi="Georgia" w:cs="Times New Roman"/>
                <w:b/>
                <w:bCs/>
                <w:color w:val="002060"/>
                <w:sz w:val="24"/>
                <w:szCs w:val="24"/>
              </w:rPr>
            </w:pPr>
            <w:r w:rsidRPr="00942A4F">
              <w:rPr>
                <w:rFonts w:ascii="Segoe UI Emoji" w:eastAsia="Times New Roman" w:hAnsi="Segoe UI Emoji" w:cs="Segoe UI Emoji"/>
                <w:b/>
                <w:bCs/>
                <w:color w:val="002060"/>
                <w:sz w:val="24"/>
                <w:szCs w:val="24"/>
              </w:rPr>
              <w:t>✅</w:t>
            </w:r>
          </w:p>
        </w:tc>
      </w:tr>
      <w:tr w:rsidR="003841FB" w:rsidRPr="00942A4F" w14:paraId="01A20F40" w14:textId="77777777" w:rsidTr="001737E3">
        <w:trPr>
          <w:tblCellSpacing w:w="15" w:type="dxa"/>
        </w:trPr>
        <w:tc>
          <w:tcPr>
            <w:tcW w:w="0" w:type="auto"/>
            <w:vAlign w:val="center"/>
            <w:hideMark/>
          </w:tcPr>
          <w:p w14:paraId="668AB274" w14:textId="77777777" w:rsidR="003841FB" w:rsidRPr="00942A4F" w:rsidRDefault="003841FB" w:rsidP="001737E3">
            <w:pPr>
              <w:spacing w:after="0" w:line="240" w:lineRule="auto"/>
              <w:rPr>
                <w:rFonts w:ascii="Georgia" w:eastAsia="Times New Roman" w:hAnsi="Georgia" w:cs="Times New Roman"/>
                <w:b/>
                <w:bCs/>
                <w:color w:val="002060"/>
                <w:sz w:val="24"/>
                <w:szCs w:val="24"/>
              </w:rPr>
            </w:pPr>
            <w:r w:rsidRPr="00942A4F">
              <w:rPr>
                <w:rFonts w:ascii="Georgia" w:eastAsia="Times New Roman" w:hAnsi="Georgia" w:cs="Times New Roman"/>
                <w:b/>
                <w:bCs/>
                <w:color w:val="002060"/>
                <w:sz w:val="24"/>
                <w:szCs w:val="24"/>
              </w:rPr>
              <w:t>Logo on Outreach Van</w:t>
            </w:r>
          </w:p>
        </w:tc>
        <w:tc>
          <w:tcPr>
            <w:tcW w:w="0" w:type="auto"/>
            <w:vAlign w:val="center"/>
            <w:hideMark/>
          </w:tcPr>
          <w:p w14:paraId="71ED024D" w14:textId="77777777" w:rsidR="003841FB" w:rsidRPr="00942A4F" w:rsidRDefault="003841FB" w:rsidP="001737E3">
            <w:pPr>
              <w:spacing w:after="0" w:line="240" w:lineRule="auto"/>
              <w:rPr>
                <w:rFonts w:ascii="Georgia" w:eastAsia="Times New Roman" w:hAnsi="Georgia" w:cs="Times New Roman"/>
                <w:b/>
                <w:bCs/>
                <w:color w:val="002060"/>
                <w:sz w:val="24"/>
                <w:szCs w:val="24"/>
              </w:rPr>
            </w:pPr>
            <w:r w:rsidRPr="00942A4F">
              <w:rPr>
                <w:rFonts w:ascii="Georgia" w:eastAsia="Times New Roman" w:hAnsi="Georgia" w:cs="Times New Roman"/>
                <w:b/>
                <w:bCs/>
                <w:color w:val="002060"/>
                <w:sz w:val="24"/>
                <w:szCs w:val="24"/>
              </w:rPr>
              <w:t>—</w:t>
            </w:r>
          </w:p>
        </w:tc>
        <w:tc>
          <w:tcPr>
            <w:tcW w:w="0" w:type="auto"/>
            <w:vAlign w:val="center"/>
            <w:hideMark/>
          </w:tcPr>
          <w:p w14:paraId="2C7E2EF9" w14:textId="77777777" w:rsidR="003841FB" w:rsidRPr="00942A4F" w:rsidRDefault="003841FB" w:rsidP="001737E3">
            <w:pPr>
              <w:spacing w:after="0" w:line="240" w:lineRule="auto"/>
              <w:rPr>
                <w:rFonts w:ascii="Georgia" w:eastAsia="Times New Roman" w:hAnsi="Georgia" w:cs="Times New Roman"/>
                <w:b/>
                <w:bCs/>
                <w:color w:val="002060"/>
                <w:sz w:val="24"/>
                <w:szCs w:val="24"/>
              </w:rPr>
            </w:pPr>
            <w:r w:rsidRPr="00942A4F">
              <w:rPr>
                <w:rFonts w:ascii="Georgia" w:eastAsia="Times New Roman" w:hAnsi="Georgia" w:cs="Times New Roman"/>
                <w:b/>
                <w:bCs/>
                <w:color w:val="002060"/>
                <w:sz w:val="24"/>
                <w:szCs w:val="24"/>
              </w:rPr>
              <w:t>—</w:t>
            </w:r>
          </w:p>
        </w:tc>
        <w:tc>
          <w:tcPr>
            <w:tcW w:w="0" w:type="auto"/>
            <w:vAlign w:val="center"/>
            <w:hideMark/>
          </w:tcPr>
          <w:p w14:paraId="7FDCC89D" w14:textId="77777777" w:rsidR="003841FB" w:rsidRPr="00942A4F" w:rsidRDefault="003841FB" w:rsidP="001737E3">
            <w:pPr>
              <w:spacing w:after="0" w:line="240" w:lineRule="auto"/>
              <w:rPr>
                <w:rFonts w:ascii="Georgia" w:eastAsia="Times New Roman" w:hAnsi="Georgia" w:cs="Times New Roman"/>
                <w:b/>
                <w:bCs/>
                <w:color w:val="002060"/>
                <w:sz w:val="24"/>
                <w:szCs w:val="24"/>
              </w:rPr>
            </w:pPr>
            <w:r w:rsidRPr="00942A4F">
              <w:rPr>
                <w:rFonts w:ascii="Segoe UI Emoji" w:eastAsia="Times New Roman" w:hAnsi="Segoe UI Emoji" w:cs="Segoe UI Emoji"/>
                <w:b/>
                <w:bCs/>
                <w:color w:val="002060"/>
                <w:sz w:val="24"/>
                <w:szCs w:val="24"/>
              </w:rPr>
              <w:t>✅</w:t>
            </w:r>
          </w:p>
        </w:tc>
        <w:tc>
          <w:tcPr>
            <w:tcW w:w="0" w:type="auto"/>
            <w:vAlign w:val="center"/>
            <w:hideMark/>
          </w:tcPr>
          <w:p w14:paraId="54093E26" w14:textId="77777777" w:rsidR="003841FB" w:rsidRPr="00942A4F" w:rsidRDefault="003841FB" w:rsidP="001737E3">
            <w:pPr>
              <w:spacing w:after="0" w:line="240" w:lineRule="auto"/>
              <w:rPr>
                <w:rFonts w:ascii="Georgia" w:eastAsia="Times New Roman" w:hAnsi="Georgia" w:cs="Times New Roman"/>
                <w:b/>
                <w:bCs/>
                <w:color w:val="002060"/>
                <w:sz w:val="24"/>
                <w:szCs w:val="24"/>
              </w:rPr>
            </w:pPr>
            <w:r w:rsidRPr="00942A4F">
              <w:rPr>
                <w:rFonts w:ascii="Segoe UI Emoji" w:eastAsia="Times New Roman" w:hAnsi="Segoe UI Emoji" w:cs="Segoe UI Emoji"/>
                <w:b/>
                <w:bCs/>
                <w:color w:val="002060"/>
                <w:sz w:val="24"/>
                <w:szCs w:val="24"/>
              </w:rPr>
              <w:t>✅</w:t>
            </w:r>
          </w:p>
        </w:tc>
      </w:tr>
      <w:tr w:rsidR="003841FB" w:rsidRPr="00942A4F" w14:paraId="3FB9BB71" w14:textId="77777777" w:rsidTr="001737E3">
        <w:trPr>
          <w:tblCellSpacing w:w="15" w:type="dxa"/>
        </w:trPr>
        <w:tc>
          <w:tcPr>
            <w:tcW w:w="0" w:type="auto"/>
            <w:vAlign w:val="center"/>
            <w:hideMark/>
          </w:tcPr>
          <w:p w14:paraId="412FBCC0" w14:textId="77777777" w:rsidR="003841FB" w:rsidRPr="00942A4F" w:rsidRDefault="003841FB" w:rsidP="001737E3">
            <w:pPr>
              <w:spacing w:after="0" w:line="240" w:lineRule="auto"/>
              <w:rPr>
                <w:rFonts w:ascii="Georgia" w:eastAsia="Times New Roman" w:hAnsi="Georgia" w:cs="Times New Roman"/>
                <w:b/>
                <w:bCs/>
                <w:color w:val="002060"/>
                <w:sz w:val="24"/>
                <w:szCs w:val="24"/>
              </w:rPr>
            </w:pPr>
            <w:r w:rsidRPr="00942A4F">
              <w:rPr>
                <w:rFonts w:ascii="Georgia" w:eastAsia="Times New Roman" w:hAnsi="Georgia" w:cs="Times New Roman"/>
                <w:b/>
                <w:bCs/>
                <w:color w:val="002060"/>
                <w:sz w:val="24"/>
                <w:szCs w:val="24"/>
              </w:rPr>
              <w:t>Impact Meetings Invitation</w:t>
            </w:r>
          </w:p>
        </w:tc>
        <w:tc>
          <w:tcPr>
            <w:tcW w:w="0" w:type="auto"/>
            <w:vAlign w:val="center"/>
            <w:hideMark/>
          </w:tcPr>
          <w:p w14:paraId="5F68FBEC" w14:textId="77777777" w:rsidR="003841FB" w:rsidRPr="00942A4F" w:rsidRDefault="003841FB" w:rsidP="001737E3">
            <w:pPr>
              <w:spacing w:after="0" w:line="240" w:lineRule="auto"/>
              <w:rPr>
                <w:rFonts w:ascii="Georgia" w:eastAsia="Times New Roman" w:hAnsi="Georgia" w:cs="Times New Roman"/>
                <w:b/>
                <w:bCs/>
                <w:color w:val="002060"/>
                <w:sz w:val="24"/>
                <w:szCs w:val="24"/>
              </w:rPr>
            </w:pPr>
            <w:r w:rsidRPr="00942A4F">
              <w:rPr>
                <w:rFonts w:ascii="Georgia" w:eastAsia="Times New Roman" w:hAnsi="Georgia" w:cs="Times New Roman"/>
                <w:b/>
                <w:bCs/>
                <w:color w:val="002060"/>
                <w:sz w:val="24"/>
                <w:szCs w:val="24"/>
              </w:rPr>
              <w:t>—</w:t>
            </w:r>
          </w:p>
        </w:tc>
        <w:tc>
          <w:tcPr>
            <w:tcW w:w="0" w:type="auto"/>
            <w:vAlign w:val="center"/>
            <w:hideMark/>
          </w:tcPr>
          <w:p w14:paraId="599580CC" w14:textId="77777777" w:rsidR="003841FB" w:rsidRPr="00942A4F" w:rsidRDefault="003841FB" w:rsidP="001737E3">
            <w:pPr>
              <w:spacing w:after="0" w:line="240" w:lineRule="auto"/>
              <w:rPr>
                <w:rFonts w:ascii="Georgia" w:eastAsia="Times New Roman" w:hAnsi="Georgia" w:cs="Times New Roman"/>
                <w:b/>
                <w:bCs/>
                <w:color w:val="002060"/>
                <w:sz w:val="24"/>
                <w:szCs w:val="24"/>
              </w:rPr>
            </w:pPr>
            <w:r w:rsidRPr="00942A4F">
              <w:rPr>
                <w:rFonts w:ascii="Georgia" w:eastAsia="Times New Roman" w:hAnsi="Georgia" w:cs="Times New Roman"/>
                <w:b/>
                <w:bCs/>
                <w:color w:val="002060"/>
                <w:sz w:val="24"/>
                <w:szCs w:val="24"/>
              </w:rPr>
              <w:t>—</w:t>
            </w:r>
          </w:p>
        </w:tc>
        <w:tc>
          <w:tcPr>
            <w:tcW w:w="0" w:type="auto"/>
            <w:vAlign w:val="center"/>
            <w:hideMark/>
          </w:tcPr>
          <w:p w14:paraId="577AF9CF" w14:textId="77777777" w:rsidR="003841FB" w:rsidRPr="00942A4F" w:rsidRDefault="003841FB" w:rsidP="001737E3">
            <w:pPr>
              <w:spacing w:after="0" w:line="240" w:lineRule="auto"/>
              <w:rPr>
                <w:rFonts w:ascii="Georgia" w:eastAsia="Times New Roman" w:hAnsi="Georgia" w:cs="Times New Roman"/>
                <w:b/>
                <w:bCs/>
                <w:color w:val="002060"/>
                <w:sz w:val="24"/>
                <w:szCs w:val="24"/>
              </w:rPr>
            </w:pPr>
            <w:r w:rsidRPr="00942A4F">
              <w:rPr>
                <w:rFonts w:ascii="Segoe UI Emoji" w:eastAsia="Times New Roman" w:hAnsi="Segoe UI Emoji" w:cs="Segoe UI Emoji"/>
                <w:b/>
                <w:bCs/>
                <w:color w:val="002060"/>
                <w:sz w:val="24"/>
                <w:szCs w:val="24"/>
              </w:rPr>
              <w:t>✅</w:t>
            </w:r>
          </w:p>
        </w:tc>
        <w:tc>
          <w:tcPr>
            <w:tcW w:w="0" w:type="auto"/>
            <w:vAlign w:val="center"/>
            <w:hideMark/>
          </w:tcPr>
          <w:p w14:paraId="23CE6307" w14:textId="77777777" w:rsidR="003841FB" w:rsidRPr="00942A4F" w:rsidRDefault="003841FB" w:rsidP="001737E3">
            <w:pPr>
              <w:spacing w:after="0" w:line="240" w:lineRule="auto"/>
              <w:rPr>
                <w:rFonts w:ascii="Georgia" w:eastAsia="Times New Roman" w:hAnsi="Georgia" w:cs="Times New Roman"/>
                <w:b/>
                <w:bCs/>
                <w:color w:val="002060"/>
                <w:sz w:val="24"/>
                <w:szCs w:val="24"/>
              </w:rPr>
            </w:pPr>
            <w:r w:rsidRPr="00942A4F">
              <w:rPr>
                <w:rFonts w:ascii="Segoe UI Emoji" w:eastAsia="Times New Roman" w:hAnsi="Segoe UI Emoji" w:cs="Segoe UI Emoji"/>
                <w:b/>
                <w:bCs/>
                <w:color w:val="002060"/>
                <w:sz w:val="24"/>
                <w:szCs w:val="24"/>
              </w:rPr>
              <w:t>✅</w:t>
            </w:r>
          </w:p>
        </w:tc>
      </w:tr>
      <w:tr w:rsidR="003841FB" w:rsidRPr="00942A4F" w14:paraId="390B40D9" w14:textId="77777777" w:rsidTr="001737E3">
        <w:trPr>
          <w:tblCellSpacing w:w="15" w:type="dxa"/>
        </w:trPr>
        <w:tc>
          <w:tcPr>
            <w:tcW w:w="0" w:type="auto"/>
            <w:vAlign w:val="center"/>
            <w:hideMark/>
          </w:tcPr>
          <w:p w14:paraId="5358A4DB" w14:textId="77777777" w:rsidR="003841FB" w:rsidRPr="00942A4F" w:rsidRDefault="003841FB" w:rsidP="001737E3">
            <w:pPr>
              <w:spacing w:after="0" w:line="240" w:lineRule="auto"/>
              <w:rPr>
                <w:rFonts w:ascii="Georgia" w:eastAsia="Times New Roman" w:hAnsi="Georgia" w:cs="Times New Roman"/>
                <w:b/>
                <w:bCs/>
                <w:color w:val="002060"/>
                <w:sz w:val="24"/>
                <w:szCs w:val="24"/>
              </w:rPr>
            </w:pPr>
            <w:r w:rsidRPr="00942A4F">
              <w:rPr>
                <w:rFonts w:ascii="Georgia" w:eastAsia="Times New Roman" w:hAnsi="Georgia" w:cs="Times New Roman"/>
                <w:b/>
                <w:bCs/>
                <w:color w:val="002060"/>
                <w:sz w:val="24"/>
                <w:szCs w:val="24"/>
              </w:rPr>
              <w:t>Custom Award Plaque</w:t>
            </w:r>
          </w:p>
        </w:tc>
        <w:tc>
          <w:tcPr>
            <w:tcW w:w="0" w:type="auto"/>
            <w:vAlign w:val="center"/>
            <w:hideMark/>
          </w:tcPr>
          <w:p w14:paraId="0AB9585A" w14:textId="77777777" w:rsidR="003841FB" w:rsidRPr="00942A4F" w:rsidRDefault="003841FB" w:rsidP="001737E3">
            <w:pPr>
              <w:spacing w:after="0" w:line="240" w:lineRule="auto"/>
              <w:rPr>
                <w:rFonts w:ascii="Georgia" w:eastAsia="Times New Roman" w:hAnsi="Georgia" w:cs="Times New Roman"/>
                <w:b/>
                <w:bCs/>
                <w:color w:val="002060"/>
                <w:sz w:val="24"/>
                <w:szCs w:val="24"/>
              </w:rPr>
            </w:pPr>
            <w:r w:rsidRPr="00942A4F">
              <w:rPr>
                <w:rFonts w:ascii="Georgia" w:eastAsia="Times New Roman" w:hAnsi="Georgia" w:cs="Times New Roman"/>
                <w:b/>
                <w:bCs/>
                <w:color w:val="002060"/>
                <w:sz w:val="24"/>
                <w:szCs w:val="24"/>
              </w:rPr>
              <w:t>—</w:t>
            </w:r>
          </w:p>
        </w:tc>
        <w:tc>
          <w:tcPr>
            <w:tcW w:w="0" w:type="auto"/>
            <w:vAlign w:val="center"/>
            <w:hideMark/>
          </w:tcPr>
          <w:p w14:paraId="037F32AA" w14:textId="77777777" w:rsidR="003841FB" w:rsidRPr="00942A4F" w:rsidRDefault="003841FB" w:rsidP="001737E3">
            <w:pPr>
              <w:spacing w:after="0" w:line="240" w:lineRule="auto"/>
              <w:rPr>
                <w:rFonts w:ascii="Georgia" w:eastAsia="Times New Roman" w:hAnsi="Georgia" w:cs="Times New Roman"/>
                <w:b/>
                <w:bCs/>
                <w:color w:val="002060"/>
                <w:sz w:val="24"/>
                <w:szCs w:val="24"/>
              </w:rPr>
            </w:pPr>
            <w:r w:rsidRPr="00942A4F">
              <w:rPr>
                <w:rFonts w:ascii="Georgia" w:eastAsia="Times New Roman" w:hAnsi="Georgia" w:cs="Times New Roman"/>
                <w:b/>
                <w:bCs/>
                <w:color w:val="002060"/>
                <w:sz w:val="24"/>
                <w:szCs w:val="24"/>
              </w:rPr>
              <w:t>—</w:t>
            </w:r>
          </w:p>
        </w:tc>
        <w:tc>
          <w:tcPr>
            <w:tcW w:w="0" w:type="auto"/>
            <w:vAlign w:val="center"/>
            <w:hideMark/>
          </w:tcPr>
          <w:p w14:paraId="41C75F8D" w14:textId="77777777" w:rsidR="003841FB" w:rsidRPr="00942A4F" w:rsidRDefault="003841FB" w:rsidP="001737E3">
            <w:pPr>
              <w:spacing w:after="0" w:line="240" w:lineRule="auto"/>
              <w:rPr>
                <w:rFonts w:ascii="Georgia" w:eastAsia="Times New Roman" w:hAnsi="Georgia" w:cs="Times New Roman"/>
                <w:b/>
                <w:bCs/>
                <w:color w:val="002060"/>
                <w:sz w:val="24"/>
                <w:szCs w:val="24"/>
              </w:rPr>
            </w:pPr>
            <w:r w:rsidRPr="00942A4F">
              <w:rPr>
                <w:rFonts w:ascii="Georgia" w:eastAsia="Times New Roman" w:hAnsi="Georgia" w:cs="Times New Roman"/>
                <w:b/>
                <w:bCs/>
                <w:color w:val="002060"/>
                <w:sz w:val="24"/>
                <w:szCs w:val="24"/>
              </w:rPr>
              <w:t>—</w:t>
            </w:r>
          </w:p>
        </w:tc>
        <w:tc>
          <w:tcPr>
            <w:tcW w:w="0" w:type="auto"/>
            <w:vAlign w:val="center"/>
            <w:hideMark/>
          </w:tcPr>
          <w:p w14:paraId="18A97C1E" w14:textId="77777777" w:rsidR="003841FB" w:rsidRPr="00942A4F" w:rsidRDefault="003841FB" w:rsidP="001737E3">
            <w:pPr>
              <w:spacing w:after="0" w:line="240" w:lineRule="auto"/>
              <w:rPr>
                <w:rFonts w:ascii="Georgia" w:eastAsia="Times New Roman" w:hAnsi="Georgia" w:cs="Times New Roman"/>
                <w:b/>
                <w:bCs/>
                <w:color w:val="002060"/>
                <w:sz w:val="24"/>
                <w:szCs w:val="24"/>
              </w:rPr>
            </w:pPr>
            <w:r w:rsidRPr="00942A4F">
              <w:rPr>
                <w:rFonts w:ascii="Segoe UI Emoji" w:eastAsia="Times New Roman" w:hAnsi="Segoe UI Emoji" w:cs="Segoe UI Emoji"/>
                <w:b/>
                <w:bCs/>
                <w:color w:val="002060"/>
                <w:sz w:val="24"/>
                <w:szCs w:val="24"/>
              </w:rPr>
              <w:t>✅</w:t>
            </w:r>
          </w:p>
        </w:tc>
      </w:tr>
      <w:tr w:rsidR="003841FB" w:rsidRPr="00942A4F" w14:paraId="2CBF8520" w14:textId="77777777" w:rsidTr="001737E3">
        <w:trPr>
          <w:tblCellSpacing w:w="15" w:type="dxa"/>
        </w:trPr>
        <w:tc>
          <w:tcPr>
            <w:tcW w:w="0" w:type="auto"/>
            <w:vAlign w:val="center"/>
            <w:hideMark/>
          </w:tcPr>
          <w:p w14:paraId="7FC39647" w14:textId="77777777" w:rsidR="003841FB" w:rsidRPr="00942A4F" w:rsidRDefault="003841FB" w:rsidP="001737E3">
            <w:pPr>
              <w:spacing w:after="0" w:line="240" w:lineRule="auto"/>
              <w:rPr>
                <w:rFonts w:ascii="Georgia" w:eastAsia="Times New Roman" w:hAnsi="Georgia" w:cs="Times New Roman"/>
                <w:b/>
                <w:bCs/>
                <w:color w:val="002060"/>
                <w:sz w:val="24"/>
                <w:szCs w:val="24"/>
              </w:rPr>
            </w:pPr>
            <w:r w:rsidRPr="00942A4F">
              <w:rPr>
                <w:rFonts w:ascii="Georgia" w:eastAsia="Times New Roman" w:hAnsi="Georgia" w:cs="Times New Roman"/>
                <w:b/>
                <w:bCs/>
                <w:color w:val="002060"/>
                <w:sz w:val="24"/>
                <w:szCs w:val="24"/>
              </w:rPr>
              <w:t>Lifetime Founder’s Circle</w:t>
            </w:r>
          </w:p>
        </w:tc>
        <w:tc>
          <w:tcPr>
            <w:tcW w:w="0" w:type="auto"/>
            <w:vAlign w:val="center"/>
            <w:hideMark/>
          </w:tcPr>
          <w:p w14:paraId="0D690CA5" w14:textId="77777777" w:rsidR="003841FB" w:rsidRPr="00942A4F" w:rsidRDefault="003841FB" w:rsidP="001737E3">
            <w:pPr>
              <w:spacing w:after="0" w:line="240" w:lineRule="auto"/>
              <w:rPr>
                <w:rFonts w:ascii="Georgia" w:eastAsia="Times New Roman" w:hAnsi="Georgia" w:cs="Times New Roman"/>
                <w:b/>
                <w:bCs/>
                <w:color w:val="002060"/>
                <w:sz w:val="24"/>
                <w:szCs w:val="24"/>
              </w:rPr>
            </w:pPr>
            <w:r w:rsidRPr="00942A4F">
              <w:rPr>
                <w:rFonts w:ascii="Georgia" w:eastAsia="Times New Roman" w:hAnsi="Georgia" w:cs="Times New Roman"/>
                <w:b/>
                <w:bCs/>
                <w:color w:val="002060"/>
                <w:sz w:val="24"/>
                <w:szCs w:val="24"/>
              </w:rPr>
              <w:t>—</w:t>
            </w:r>
          </w:p>
        </w:tc>
        <w:tc>
          <w:tcPr>
            <w:tcW w:w="0" w:type="auto"/>
            <w:vAlign w:val="center"/>
            <w:hideMark/>
          </w:tcPr>
          <w:p w14:paraId="1216CA52" w14:textId="77777777" w:rsidR="003841FB" w:rsidRPr="00942A4F" w:rsidRDefault="003841FB" w:rsidP="001737E3">
            <w:pPr>
              <w:spacing w:after="0" w:line="240" w:lineRule="auto"/>
              <w:rPr>
                <w:rFonts w:ascii="Georgia" w:eastAsia="Times New Roman" w:hAnsi="Georgia" w:cs="Times New Roman"/>
                <w:b/>
                <w:bCs/>
                <w:color w:val="002060"/>
                <w:sz w:val="24"/>
                <w:szCs w:val="24"/>
              </w:rPr>
            </w:pPr>
            <w:r w:rsidRPr="00942A4F">
              <w:rPr>
                <w:rFonts w:ascii="Georgia" w:eastAsia="Times New Roman" w:hAnsi="Georgia" w:cs="Times New Roman"/>
                <w:b/>
                <w:bCs/>
                <w:color w:val="002060"/>
                <w:sz w:val="24"/>
                <w:szCs w:val="24"/>
              </w:rPr>
              <w:t>—</w:t>
            </w:r>
          </w:p>
        </w:tc>
        <w:tc>
          <w:tcPr>
            <w:tcW w:w="0" w:type="auto"/>
            <w:vAlign w:val="center"/>
            <w:hideMark/>
          </w:tcPr>
          <w:p w14:paraId="0F5C5DFF" w14:textId="77777777" w:rsidR="003841FB" w:rsidRPr="00942A4F" w:rsidRDefault="003841FB" w:rsidP="001737E3">
            <w:pPr>
              <w:spacing w:after="0" w:line="240" w:lineRule="auto"/>
              <w:rPr>
                <w:rFonts w:ascii="Georgia" w:eastAsia="Times New Roman" w:hAnsi="Georgia" w:cs="Times New Roman"/>
                <w:b/>
                <w:bCs/>
                <w:color w:val="002060"/>
                <w:sz w:val="24"/>
                <w:szCs w:val="24"/>
              </w:rPr>
            </w:pPr>
            <w:r w:rsidRPr="00942A4F">
              <w:rPr>
                <w:rFonts w:ascii="Georgia" w:eastAsia="Times New Roman" w:hAnsi="Georgia" w:cs="Times New Roman"/>
                <w:b/>
                <w:bCs/>
                <w:color w:val="002060"/>
                <w:sz w:val="24"/>
                <w:szCs w:val="24"/>
              </w:rPr>
              <w:t>—</w:t>
            </w:r>
          </w:p>
        </w:tc>
        <w:tc>
          <w:tcPr>
            <w:tcW w:w="0" w:type="auto"/>
            <w:vAlign w:val="center"/>
            <w:hideMark/>
          </w:tcPr>
          <w:p w14:paraId="658EA792" w14:textId="77777777" w:rsidR="003841FB" w:rsidRPr="00942A4F" w:rsidRDefault="003841FB" w:rsidP="001737E3">
            <w:pPr>
              <w:spacing w:after="0" w:line="240" w:lineRule="auto"/>
              <w:rPr>
                <w:rFonts w:ascii="Georgia" w:eastAsia="Times New Roman" w:hAnsi="Georgia" w:cs="Times New Roman"/>
                <w:b/>
                <w:bCs/>
                <w:color w:val="002060"/>
                <w:sz w:val="24"/>
                <w:szCs w:val="24"/>
              </w:rPr>
            </w:pPr>
            <w:r w:rsidRPr="00942A4F">
              <w:rPr>
                <w:rFonts w:ascii="Segoe UI Emoji" w:eastAsia="Times New Roman" w:hAnsi="Segoe UI Emoji" w:cs="Segoe UI Emoji"/>
                <w:b/>
                <w:bCs/>
                <w:color w:val="002060"/>
                <w:sz w:val="24"/>
                <w:szCs w:val="24"/>
              </w:rPr>
              <w:t>✅</w:t>
            </w:r>
          </w:p>
        </w:tc>
      </w:tr>
    </w:tbl>
    <w:p w14:paraId="4A62E47B" w14:textId="77777777" w:rsidR="003841FB" w:rsidRPr="00942A4F" w:rsidRDefault="00000000" w:rsidP="003841FB">
      <w:pPr>
        <w:spacing w:after="0" w:line="240" w:lineRule="auto"/>
        <w:rPr>
          <w:rFonts w:ascii="Georgia" w:eastAsia="Times New Roman" w:hAnsi="Georgia" w:cs="Times New Roman"/>
          <w:color w:val="002060"/>
          <w:sz w:val="24"/>
          <w:szCs w:val="24"/>
        </w:rPr>
      </w:pPr>
      <w:r>
        <w:rPr>
          <w:rFonts w:ascii="Georgia" w:eastAsia="Times New Roman" w:hAnsi="Georgia" w:cs="Times New Roman"/>
          <w:color w:val="002060"/>
          <w:sz w:val="24"/>
          <w:szCs w:val="24"/>
        </w:rPr>
        <w:pict w14:anchorId="127B7FF1">
          <v:rect id="_x0000_i1026" style="width:0;height:1.5pt" o:hralign="center" o:hrstd="t" o:hr="t" fillcolor="#a0a0a0" stroked="f"/>
        </w:pict>
      </w:r>
    </w:p>
    <w:p w14:paraId="4EE423F1" w14:textId="17657723" w:rsidR="003841FB" w:rsidRPr="00942A4F" w:rsidRDefault="00357603" w:rsidP="007454F0">
      <w:pPr>
        <w:spacing w:before="100" w:beforeAutospacing="1" w:after="100" w:afterAutospacing="1" w:line="360" w:lineRule="auto"/>
        <w:jc w:val="center"/>
        <w:rPr>
          <w:rFonts w:ascii="Georgia" w:eastAsia="Times New Roman" w:hAnsi="Georgia" w:cs="Times New Roman"/>
          <w:b/>
          <w:bCs/>
          <w:color w:val="002060"/>
          <w:sz w:val="24"/>
          <w:szCs w:val="24"/>
        </w:rPr>
      </w:pPr>
      <w:r>
        <w:rPr>
          <w:rFonts w:ascii="Georgia" w:eastAsia="Times New Roman" w:hAnsi="Georgia" w:cs="Times New Roman"/>
          <w:b/>
          <w:bCs/>
          <w:noProof/>
          <w:color w:val="002060"/>
          <w:sz w:val="24"/>
          <w:szCs w:val="24"/>
        </w:rPr>
        <mc:AlternateContent>
          <mc:Choice Requires="wpi">
            <w:drawing>
              <wp:anchor distT="0" distB="0" distL="114300" distR="114300" simplePos="0" relativeHeight="251773952" behindDoc="0" locked="0" layoutInCell="1" allowOverlap="1" wp14:anchorId="2A9825A0" wp14:editId="59EAF26F">
                <wp:simplePos x="0" y="0"/>
                <wp:positionH relativeFrom="column">
                  <wp:posOffset>-15365</wp:posOffset>
                </wp:positionH>
                <wp:positionV relativeFrom="paragraph">
                  <wp:posOffset>1872403</wp:posOffset>
                </wp:positionV>
                <wp:extent cx="6898680" cy="360"/>
                <wp:effectExtent l="114300" t="190500" r="111760" b="190500"/>
                <wp:wrapNone/>
                <wp:docPr id="202457629" name="Ink 199"/>
                <wp:cNvGraphicFramePr/>
                <a:graphic xmlns:a="http://schemas.openxmlformats.org/drawingml/2006/main">
                  <a:graphicData uri="http://schemas.microsoft.com/office/word/2010/wordprocessingInk">
                    <w14:contentPart bwMode="auto" r:id="rId204">
                      <w14:nvContentPartPr>
                        <w14:cNvContentPartPr/>
                      </w14:nvContentPartPr>
                      <w14:xfrm>
                        <a:off x="0" y="0"/>
                        <a:ext cx="6898680" cy="360"/>
                      </w14:xfrm>
                    </w14:contentPart>
                  </a:graphicData>
                </a:graphic>
              </wp:anchor>
            </w:drawing>
          </mc:Choice>
          <mc:Fallback>
            <w:pict>
              <v:shape w14:anchorId="612BC52F" id="Ink 199" o:spid="_x0000_s1026" type="#_x0000_t75" style="position:absolute;margin-left:-6.85pt;margin-top:136.1pt;width:554.5pt;height:22.75pt;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">
                <v:imagedata r:id="rId205" o:title=""/>
              </v:shape>
            </w:pict>
          </mc:Fallback>
        </mc:AlternateContent>
      </w:r>
      <w:r>
        <w:rPr>
          <w:rFonts w:ascii="Georgia" w:eastAsia="Times New Roman" w:hAnsi="Georgia" w:cs="Times New Roman"/>
          <w:b/>
          <w:bCs/>
          <w:noProof/>
          <w:color w:val="002060"/>
          <w:sz w:val="24"/>
          <w:szCs w:val="24"/>
        </w:rPr>
        <mc:AlternateContent>
          <mc:Choice Requires="wpi">
            <w:drawing>
              <wp:anchor distT="0" distB="0" distL="114300" distR="114300" simplePos="0" relativeHeight="251772928" behindDoc="0" locked="0" layoutInCell="1" allowOverlap="1" wp14:anchorId="034A5D5B" wp14:editId="53276822">
                <wp:simplePos x="0" y="0"/>
                <wp:positionH relativeFrom="column">
                  <wp:posOffset>-15365</wp:posOffset>
                </wp:positionH>
                <wp:positionV relativeFrom="paragraph">
                  <wp:posOffset>1621123</wp:posOffset>
                </wp:positionV>
                <wp:extent cx="6910200" cy="360"/>
                <wp:effectExtent l="114300" t="190500" r="119380" b="190500"/>
                <wp:wrapNone/>
                <wp:docPr id="1770382573" name="Ink 198"/>
                <wp:cNvGraphicFramePr/>
                <a:graphic xmlns:a="http://schemas.openxmlformats.org/drawingml/2006/main">
                  <a:graphicData uri="http://schemas.microsoft.com/office/word/2010/wordprocessingInk">
                    <w14:contentPart bwMode="auto" r:id="rId206">
                      <w14:nvContentPartPr>
                        <w14:cNvContentPartPr/>
                      </w14:nvContentPartPr>
                      <w14:xfrm>
                        <a:off x="0" y="0"/>
                        <a:ext cx="6910200" cy="360"/>
                      </w14:xfrm>
                    </w14:contentPart>
                  </a:graphicData>
                </a:graphic>
              </wp:anchor>
            </w:drawing>
          </mc:Choice>
          <mc:Fallback>
            <w:pict>
              <v:shape w14:anchorId="08641081" id="Ink 198" o:spid="_x0000_s1026" type="#_x0000_t75" style="position:absolute;margin-left:-6.85pt;margin-top:116.35pt;width:555.4pt;height:22.75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">
                <v:imagedata r:id="rId207" o:title=""/>
              </v:shape>
            </w:pict>
          </mc:Fallback>
        </mc:AlternateContent>
      </w:r>
      <w:r>
        <w:rPr>
          <w:rFonts w:ascii="Georgia" w:eastAsia="Times New Roman" w:hAnsi="Georgia" w:cs="Times New Roman"/>
          <w:b/>
          <w:bCs/>
          <w:noProof/>
          <w:color w:val="002060"/>
          <w:sz w:val="24"/>
          <w:szCs w:val="24"/>
        </w:rPr>
        <mc:AlternateContent>
          <mc:Choice Requires="wpi">
            <w:drawing>
              <wp:anchor distT="0" distB="0" distL="114300" distR="114300" simplePos="0" relativeHeight="251771904" behindDoc="0" locked="0" layoutInCell="1" allowOverlap="1" wp14:anchorId="51E3815F" wp14:editId="167A729D">
                <wp:simplePos x="0" y="0"/>
                <wp:positionH relativeFrom="column">
                  <wp:posOffset>-15365</wp:posOffset>
                </wp:positionH>
                <wp:positionV relativeFrom="paragraph">
                  <wp:posOffset>1400083</wp:posOffset>
                </wp:positionV>
                <wp:extent cx="6900120" cy="360"/>
                <wp:effectExtent l="114300" t="190500" r="110490" b="190500"/>
                <wp:wrapNone/>
                <wp:docPr id="924437254" name="Ink 197"/>
                <wp:cNvGraphicFramePr/>
                <a:graphic xmlns:a="http://schemas.openxmlformats.org/drawingml/2006/main">
                  <a:graphicData uri="http://schemas.microsoft.com/office/word/2010/wordprocessingInk">
                    <w14:contentPart bwMode="auto" r:id="rId208">
                      <w14:nvContentPartPr>
                        <w14:cNvContentPartPr/>
                      </w14:nvContentPartPr>
                      <w14:xfrm>
                        <a:off x="0" y="0"/>
                        <a:ext cx="6900120" cy="360"/>
                      </w14:xfrm>
                    </w14:contentPart>
                  </a:graphicData>
                </a:graphic>
              </wp:anchor>
            </w:drawing>
          </mc:Choice>
          <mc:Fallback>
            <w:pict>
              <v:shape w14:anchorId="5A01FFA9" id="Ink 197" o:spid="_x0000_s1026" type="#_x0000_t75" style="position:absolute;margin-left:-6.85pt;margin-top:98.95pt;width:554.65pt;height:22.75pt;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">
                <v:imagedata r:id="rId209" o:title=""/>
              </v:shape>
            </w:pict>
          </mc:Fallback>
        </mc:AlternateContent>
      </w:r>
      <w:r>
        <w:rPr>
          <w:rFonts w:ascii="Georgia" w:eastAsia="Times New Roman" w:hAnsi="Georgia" w:cs="Times New Roman"/>
          <w:b/>
          <w:bCs/>
          <w:noProof/>
          <w:color w:val="002060"/>
          <w:sz w:val="24"/>
          <w:szCs w:val="24"/>
        </w:rPr>
        <mc:AlternateContent>
          <mc:Choice Requires="wpi">
            <w:drawing>
              <wp:anchor distT="0" distB="0" distL="114300" distR="114300" simplePos="0" relativeHeight="251770880" behindDoc="0" locked="0" layoutInCell="1" allowOverlap="1" wp14:anchorId="447F4DFC" wp14:editId="7F1C5B04">
                <wp:simplePos x="0" y="0"/>
                <wp:positionH relativeFrom="column">
                  <wp:posOffset>-4925</wp:posOffset>
                </wp:positionH>
                <wp:positionV relativeFrom="paragraph">
                  <wp:posOffset>1158883</wp:posOffset>
                </wp:positionV>
                <wp:extent cx="6882120" cy="360"/>
                <wp:effectExtent l="114300" t="190500" r="109855" b="190500"/>
                <wp:wrapNone/>
                <wp:docPr id="469257868" name="Ink 196"/>
                <wp:cNvGraphicFramePr/>
                <a:graphic xmlns:a="http://schemas.openxmlformats.org/drawingml/2006/main">
                  <a:graphicData uri="http://schemas.microsoft.com/office/word/2010/wordprocessingInk">
                    <w14:contentPart bwMode="auto" r:id="rId210">
                      <w14:nvContentPartPr>
                        <w14:cNvContentPartPr/>
                      </w14:nvContentPartPr>
                      <w14:xfrm>
                        <a:off x="0" y="0"/>
                        <a:ext cx="6882120" cy="360"/>
                      </w14:xfrm>
                    </w14:contentPart>
                  </a:graphicData>
                </a:graphic>
              </wp:anchor>
            </w:drawing>
          </mc:Choice>
          <mc:Fallback>
            <w:pict>
              <v:shape w14:anchorId="59B8AC5F" id="Ink 196" o:spid="_x0000_s1026" type="#_x0000_t75" style="position:absolute;margin-left:-6.05pt;margin-top:79.95pt;width:553.25pt;height:22.75pt;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">
                <v:imagedata r:id="rId211" o:title=""/>
              </v:shape>
            </w:pict>
          </mc:Fallback>
        </mc:AlternateContent>
      </w:r>
      <w:r>
        <w:rPr>
          <w:rFonts w:ascii="Georgia" w:eastAsia="Times New Roman" w:hAnsi="Georgia" w:cs="Times New Roman"/>
          <w:b/>
          <w:bCs/>
          <w:noProof/>
          <w:color w:val="002060"/>
          <w:sz w:val="24"/>
          <w:szCs w:val="24"/>
        </w:rPr>
        <mc:AlternateContent>
          <mc:Choice Requires="wpi">
            <w:drawing>
              <wp:anchor distT="0" distB="0" distL="114300" distR="114300" simplePos="0" relativeHeight="251769856" behindDoc="0" locked="0" layoutInCell="1" allowOverlap="1" wp14:anchorId="3EBC8F1E" wp14:editId="3C9C5CA2">
                <wp:simplePos x="0" y="0"/>
                <wp:positionH relativeFrom="column">
                  <wp:posOffset>-15365</wp:posOffset>
                </wp:positionH>
                <wp:positionV relativeFrom="paragraph">
                  <wp:posOffset>897883</wp:posOffset>
                </wp:positionV>
                <wp:extent cx="6904800" cy="360"/>
                <wp:effectExtent l="114300" t="190500" r="125095" b="190500"/>
                <wp:wrapNone/>
                <wp:docPr id="1523154502" name="Ink 190"/>
                <wp:cNvGraphicFramePr/>
                <a:graphic xmlns:a="http://schemas.openxmlformats.org/drawingml/2006/main">
                  <a:graphicData uri="http://schemas.microsoft.com/office/word/2010/wordprocessingInk">
                    <w14:contentPart bwMode="auto" r:id="rId212">
                      <w14:nvContentPartPr>
                        <w14:cNvContentPartPr/>
                      </w14:nvContentPartPr>
                      <w14:xfrm>
                        <a:off x="0" y="0"/>
                        <a:ext cx="6904800" cy="360"/>
                      </w14:xfrm>
                    </w14:contentPart>
                  </a:graphicData>
                </a:graphic>
              </wp:anchor>
            </w:drawing>
          </mc:Choice>
          <mc:Fallback>
            <w:pict>
              <v:shape w14:anchorId="05018EE5" id="Ink 190" o:spid="_x0000_s1026" type="#_x0000_t75" style="position:absolute;margin-left:-6.85pt;margin-top:59.35pt;width:555.05pt;height:22.75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">
                <v:imagedata r:id="rId213" o:title=""/>
              </v:shape>
            </w:pict>
          </mc:Fallback>
        </mc:AlternateContent>
      </w:r>
      <w:r>
        <w:rPr>
          <w:rFonts w:ascii="Georgia" w:eastAsia="Times New Roman" w:hAnsi="Georgia" w:cs="Times New Roman"/>
          <w:b/>
          <w:bCs/>
          <w:noProof/>
          <w:color w:val="002060"/>
          <w:sz w:val="24"/>
          <w:szCs w:val="24"/>
        </w:rPr>
        <mc:AlternateContent>
          <mc:Choice Requires="wpi">
            <w:drawing>
              <wp:anchor distT="0" distB="0" distL="114300" distR="114300" simplePos="0" relativeHeight="251768832" behindDoc="0" locked="0" layoutInCell="1" allowOverlap="1" wp14:anchorId="6464AD18" wp14:editId="6DB1C428">
                <wp:simplePos x="0" y="0"/>
                <wp:positionH relativeFrom="column">
                  <wp:posOffset>-15365</wp:posOffset>
                </wp:positionH>
                <wp:positionV relativeFrom="paragraph">
                  <wp:posOffset>616363</wp:posOffset>
                </wp:positionV>
                <wp:extent cx="6883920" cy="360"/>
                <wp:effectExtent l="114300" t="190500" r="127000" b="190500"/>
                <wp:wrapNone/>
                <wp:docPr id="1513313600" name="Ink 189"/>
                <wp:cNvGraphicFramePr/>
                <a:graphic xmlns:a="http://schemas.openxmlformats.org/drawingml/2006/main">
                  <a:graphicData uri="http://schemas.microsoft.com/office/word/2010/wordprocessingInk">
                    <w14:contentPart bwMode="auto" r:id="rId214">
                      <w14:nvContentPartPr>
                        <w14:cNvContentPartPr/>
                      </w14:nvContentPartPr>
                      <w14:xfrm>
                        <a:off x="0" y="0"/>
                        <a:ext cx="6883920" cy="360"/>
                      </w14:xfrm>
                    </w14:contentPart>
                  </a:graphicData>
                </a:graphic>
              </wp:anchor>
            </w:drawing>
          </mc:Choice>
          <mc:Fallback>
            <w:pict>
              <v:shape w14:anchorId="1574B9CC" id="Ink 189" o:spid="_x0000_s1026" type="#_x0000_t75" style="position:absolute;margin-left:-6.85pt;margin-top:37.2pt;width:553.4pt;height:22.75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">
                <v:imagedata r:id="rId215" o:title=""/>
              </v:shape>
            </w:pict>
          </mc:Fallback>
        </mc:AlternateContent>
      </w:r>
      <w:r>
        <w:rPr>
          <w:rFonts w:ascii="Georgia" w:eastAsia="Times New Roman" w:hAnsi="Georgia" w:cs="Times New Roman"/>
          <w:b/>
          <w:bCs/>
          <w:noProof/>
          <w:color w:val="002060"/>
          <w:sz w:val="24"/>
          <w:szCs w:val="24"/>
        </w:rPr>
        <mc:AlternateContent>
          <mc:Choice Requires="wpi">
            <w:drawing>
              <wp:anchor distT="0" distB="0" distL="114300" distR="114300" simplePos="0" relativeHeight="251767808" behindDoc="0" locked="0" layoutInCell="1" allowOverlap="1" wp14:anchorId="38B766FD" wp14:editId="23F01405">
                <wp:simplePos x="0" y="0"/>
                <wp:positionH relativeFrom="column">
                  <wp:posOffset>-15365</wp:posOffset>
                </wp:positionH>
                <wp:positionV relativeFrom="paragraph">
                  <wp:posOffset>355003</wp:posOffset>
                </wp:positionV>
                <wp:extent cx="6897240" cy="360"/>
                <wp:effectExtent l="114300" t="190500" r="113665" b="190500"/>
                <wp:wrapNone/>
                <wp:docPr id="266912675" name="Ink 187"/>
                <wp:cNvGraphicFramePr/>
                <a:graphic xmlns:a="http://schemas.openxmlformats.org/drawingml/2006/main">
                  <a:graphicData uri="http://schemas.microsoft.com/office/word/2010/wordprocessingInk">
                    <w14:contentPart bwMode="auto" r:id="rId216">
                      <w14:nvContentPartPr>
                        <w14:cNvContentPartPr/>
                      </w14:nvContentPartPr>
                      <w14:xfrm>
                        <a:off x="0" y="0"/>
                        <a:ext cx="6897240" cy="360"/>
                      </w14:xfrm>
                    </w14:contentPart>
                  </a:graphicData>
                </a:graphic>
              </wp:anchor>
            </w:drawing>
          </mc:Choice>
          <mc:Fallback>
            <w:pict>
              <v:shape w14:anchorId="401C1B5C" id="Ink 187" o:spid="_x0000_s1026" type="#_x0000_t75" style="position:absolute;margin-left:-6.85pt;margin-top:16.65pt;width:554.45pt;height:22.75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">
                <v:imagedata r:id="rId205" o:title=""/>
              </v:shape>
            </w:pict>
          </mc:Fallback>
        </mc:AlternateContent>
      </w:r>
      <w:r>
        <w:rPr>
          <w:rFonts w:ascii="Georgia" w:eastAsia="Times New Roman" w:hAnsi="Georgia" w:cs="Times New Roman"/>
          <w:b/>
          <w:bCs/>
          <w:noProof/>
          <w:color w:val="002060"/>
          <w:sz w:val="24"/>
          <w:szCs w:val="24"/>
        </w:rPr>
        <mc:AlternateContent>
          <mc:Choice Requires="wpi">
            <w:drawing>
              <wp:anchor distT="0" distB="0" distL="114300" distR="114300" simplePos="0" relativeHeight="251766784" behindDoc="0" locked="0" layoutInCell="1" allowOverlap="1" wp14:anchorId="5FB21751" wp14:editId="52EF1913">
                <wp:simplePos x="0" y="0"/>
                <wp:positionH relativeFrom="column">
                  <wp:posOffset>-25085</wp:posOffset>
                </wp:positionH>
                <wp:positionV relativeFrom="paragraph">
                  <wp:posOffset>94003</wp:posOffset>
                </wp:positionV>
                <wp:extent cx="6896160" cy="360"/>
                <wp:effectExtent l="114300" t="190500" r="114300" b="190500"/>
                <wp:wrapNone/>
                <wp:docPr id="1021920841" name="Ink 186"/>
                <wp:cNvGraphicFramePr/>
                <a:graphic xmlns:a="http://schemas.openxmlformats.org/drawingml/2006/main">
                  <a:graphicData uri="http://schemas.microsoft.com/office/word/2010/wordprocessingInk">
                    <w14:contentPart bwMode="auto" r:id="rId217">
                      <w14:nvContentPartPr>
                        <w14:cNvContentPartPr/>
                      </w14:nvContentPartPr>
                      <w14:xfrm>
                        <a:off x="0" y="0"/>
                        <a:ext cx="6896160" cy="360"/>
                      </w14:xfrm>
                    </w14:contentPart>
                  </a:graphicData>
                </a:graphic>
              </wp:anchor>
            </w:drawing>
          </mc:Choice>
          <mc:Fallback>
            <w:pict>
              <v:shape w14:anchorId="77EA7CB1" id="Ink 186" o:spid="_x0000_s1026" type="#_x0000_t75" style="position:absolute;margin-left:-7.65pt;margin-top:-3.95pt;width:554.3pt;height:22.75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">
                <v:imagedata r:id="rId218" o:title=""/>
              </v:shape>
            </w:pict>
          </mc:Fallback>
        </mc:AlternateContent>
      </w:r>
      <w:r w:rsidR="003841FB" w:rsidRPr="00942A4F">
        <w:rPr>
          <w:rFonts w:ascii="Georgia" w:eastAsia="Times New Roman" w:hAnsi="Georgia" w:cs="Times New Roman"/>
          <w:b/>
          <w:bCs/>
          <w:color w:val="002060"/>
          <w:sz w:val="24"/>
          <w:szCs w:val="24"/>
        </w:rPr>
        <w:t>Exclusive Founder Access</w:t>
      </w:r>
      <w:r w:rsidR="003841FB" w:rsidRPr="00942A4F">
        <w:rPr>
          <w:rFonts w:ascii="Georgia" w:eastAsia="Times New Roman" w:hAnsi="Georgia" w:cs="Times New Roman"/>
          <w:b/>
          <w:bCs/>
          <w:color w:val="002060"/>
          <w:sz w:val="24"/>
          <w:szCs w:val="24"/>
        </w:rPr>
        <w:br/>
        <w:t>Included with every package and sponsorship level:</w:t>
      </w:r>
      <w:r w:rsidR="003841FB" w:rsidRPr="00942A4F">
        <w:rPr>
          <w:rFonts w:ascii="Georgia" w:eastAsia="Times New Roman" w:hAnsi="Georgia" w:cs="Times New Roman"/>
          <w:b/>
          <w:bCs/>
          <w:color w:val="002060"/>
          <w:sz w:val="24"/>
          <w:szCs w:val="24"/>
        </w:rPr>
        <w:br/>
        <w:t>All contributors will receive an exclusive one-on-one session with Founder Rickye Henderson, either in person (at the event) or virtually (by appointment), where he will with no notes or prepared answers be able to clearly answer all your questions, concerns an or both:</w:t>
      </w:r>
    </w:p>
    <w:p w14:paraId="2143A58D" w14:textId="56E618F0" w:rsidR="003841FB" w:rsidRPr="00942A4F" w:rsidRDefault="00357603" w:rsidP="007454F0">
      <w:pPr>
        <w:numPr>
          <w:ilvl w:val="0"/>
          <w:numId w:val="11"/>
        </w:numPr>
        <w:spacing w:before="100" w:beforeAutospacing="1" w:after="100" w:afterAutospacing="1" w:line="360" w:lineRule="auto"/>
        <w:jc w:val="center"/>
        <w:rPr>
          <w:rFonts w:ascii="Georgia" w:eastAsia="Times New Roman" w:hAnsi="Georgia" w:cs="Times New Roman"/>
          <w:b/>
          <w:bCs/>
          <w:color w:val="002060"/>
          <w:sz w:val="24"/>
          <w:szCs w:val="24"/>
        </w:rPr>
      </w:pPr>
      <w:r>
        <w:rPr>
          <w:rFonts w:ascii="Georgia" w:eastAsia="Times New Roman" w:hAnsi="Georgia" w:cs="Times New Roman"/>
          <w:b/>
          <w:bCs/>
          <w:noProof/>
          <w:color w:val="002060"/>
          <w:sz w:val="24"/>
          <w:szCs w:val="24"/>
        </w:rPr>
        <mc:AlternateContent>
          <mc:Choice Requires="wpi">
            <w:drawing>
              <wp:anchor distT="0" distB="0" distL="114300" distR="114300" simplePos="0" relativeHeight="251776000" behindDoc="0" locked="0" layoutInCell="1" allowOverlap="1" wp14:anchorId="545791DE" wp14:editId="0E7043F5">
                <wp:simplePos x="0" y="0"/>
                <wp:positionH relativeFrom="column">
                  <wp:posOffset>-15365</wp:posOffset>
                </wp:positionH>
                <wp:positionV relativeFrom="paragraph">
                  <wp:posOffset>440913</wp:posOffset>
                </wp:positionV>
                <wp:extent cx="6888600" cy="360"/>
                <wp:effectExtent l="114300" t="190500" r="121920" b="190500"/>
                <wp:wrapNone/>
                <wp:docPr id="1805729088" name="Ink 202"/>
                <wp:cNvGraphicFramePr/>
                <a:graphic xmlns:a="http://schemas.openxmlformats.org/drawingml/2006/main">
                  <a:graphicData uri="http://schemas.microsoft.com/office/word/2010/wordprocessingInk">
                    <w14:contentPart bwMode="auto" r:id="rId219">
                      <w14:nvContentPartPr>
                        <w14:cNvContentPartPr/>
                      </w14:nvContentPartPr>
                      <w14:xfrm>
                        <a:off x="0" y="0"/>
                        <a:ext cx="6888600" cy="360"/>
                      </w14:xfrm>
                    </w14:contentPart>
                  </a:graphicData>
                </a:graphic>
              </wp:anchor>
            </w:drawing>
          </mc:Choice>
          <mc:Fallback>
            <w:pict>
              <v:shape w14:anchorId="65C5D130" id="Ink 202" o:spid="_x0000_s1026" type="#_x0000_t75" style="position:absolute;margin-left:-6.85pt;margin-top:23.35pt;width:553.7pt;height:22.75pt;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">
                <v:imagedata r:id="rId220" o:title=""/>
              </v:shape>
            </w:pict>
          </mc:Fallback>
        </mc:AlternateContent>
      </w:r>
      <w:r>
        <w:rPr>
          <w:rFonts w:ascii="Georgia" w:eastAsia="Times New Roman" w:hAnsi="Georgia" w:cs="Times New Roman"/>
          <w:b/>
          <w:bCs/>
          <w:noProof/>
          <w:color w:val="002060"/>
          <w:sz w:val="24"/>
          <w:szCs w:val="24"/>
        </w:rPr>
        <mc:AlternateContent>
          <mc:Choice Requires="wpi">
            <w:drawing>
              <wp:anchor distT="0" distB="0" distL="114300" distR="114300" simplePos="0" relativeHeight="251774976" behindDoc="0" locked="0" layoutInCell="1" allowOverlap="1" wp14:anchorId="335963D0" wp14:editId="41D04130">
                <wp:simplePos x="0" y="0"/>
                <wp:positionH relativeFrom="column">
                  <wp:posOffset>-15365</wp:posOffset>
                </wp:positionH>
                <wp:positionV relativeFrom="paragraph">
                  <wp:posOffset>209793</wp:posOffset>
                </wp:positionV>
                <wp:extent cx="6888600" cy="360"/>
                <wp:effectExtent l="114300" t="190500" r="121920" b="190500"/>
                <wp:wrapNone/>
                <wp:docPr id="61341193" name="Ink 201"/>
                <wp:cNvGraphicFramePr/>
                <a:graphic xmlns:a="http://schemas.openxmlformats.org/drawingml/2006/main">
                  <a:graphicData uri="http://schemas.microsoft.com/office/word/2010/wordprocessingInk">
                    <w14:contentPart bwMode="auto" r:id="rId221">
                      <w14:nvContentPartPr>
                        <w14:cNvContentPartPr/>
                      </w14:nvContentPartPr>
                      <w14:xfrm>
                        <a:off x="0" y="0"/>
                        <a:ext cx="6888600" cy="360"/>
                      </w14:xfrm>
                    </w14:contentPart>
                  </a:graphicData>
                </a:graphic>
              </wp:anchor>
            </w:drawing>
          </mc:Choice>
          <mc:Fallback>
            <w:pict>
              <v:shape w14:anchorId="578E3AFE" id="Ink 201" o:spid="_x0000_s1026" type="#_x0000_t75" style="position:absolute;margin-left:-6.85pt;margin-top:5.15pt;width:553.7pt;height:22.75pt;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">
                <v:imagedata r:id="rId220" o:title=""/>
              </v:shape>
            </w:pict>
          </mc:Fallback>
        </mc:AlternateContent>
      </w:r>
      <w:r w:rsidR="003841FB" w:rsidRPr="00942A4F">
        <w:rPr>
          <w:rFonts w:ascii="Georgia" w:eastAsia="Times New Roman" w:hAnsi="Georgia" w:cs="Times New Roman"/>
          <w:b/>
          <w:bCs/>
          <w:color w:val="002060"/>
          <w:sz w:val="24"/>
          <w:szCs w:val="24"/>
        </w:rPr>
        <w:t xml:space="preserve">Personally share </w:t>
      </w:r>
      <w:r w:rsidR="003841FB" w:rsidRPr="00942A4F">
        <w:rPr>
          <w:rFonts w:ascii="Georgia" w:eastAsia="Times New Roman" w:hAnsi="Georgia" w:cs="Times New Roman"/>
          <w:b/>
          <w:bCs/>
          <w:i/>
          <w:iCs/>
          <w:color w:val="002060"/>
          <w:sz w:val="24"/>
          <w:szCs w:val="24"/>
        </w:rPr>
        <w:t>The Rejoyce Foundation's</w:t>
      </w:r>
      <w:r w:rsidR="003841FB" w:rsidRPr="00942A4F">
        <w:rPr>
          <w:rFonts w:ascii="Georgia" w:eastAsia="Times New Roman" w:hAnsi="Georgia" w:cs="Times New Roman"/>
          <w:b/>
          <w:bCs/>
          <w:color w:val="002060"/>
          <w:sz w:val="24"/>
          <w:szCs w:val="24"/>
        </w:rPr>
        <w:t xml:space="preserve"> full, comprehensive solution for ending child abuse.</w:t>
      </w:r>
    </w:p>
    <w:p w14:paraId="3B32D343" w14:textId="7B5B3861" w:rsidR="003841FB" w:rsidRPr="00942A4F" w:rsidRDefault="00357603" w:rsidP="007454F0">
      <w:pPr>
        <w:numPr>
          <w:ilvl w:val="0"/>
          <w:numId w:val="11"/>
        </w:numPr>
        <w:spacing w:before="100" w:beforeAutospacing="1" w:after="100" w:afterAutospacing="1" w:line="360" w:lineRule="auto"/>
        <w:jc w:val="center"/>
        <w:rPr>
          <w:rFonts w:ascii="Georgia" w:eastAsia="Times New Roman" w:hAnsi="Georgia" w:cs="Times New Roman"/>
          <w:b/>
          <w:bCs/>
          <w:color w:val="002060"/>
          <w:sz w:val="24"/>
          <w:szCs w:val="24"/>
        </w:rPr>
      </w:pPr>
      <w:r>
        <w:rPr>
          <w:rFonts w:ascii="Georgia" w:eastAsia="Times New Roman" w:hAnsi="Georgia" w:cs="Times New Roman"/>
          <w:b/>
          <w:bCs/>
          <w:noProof/>
          <w:color w:val="002060"/>
          <w:sz w:val="24"/>
          <w:szCs w:val="24"/>
        </w:rPr>
        <mc:AlternateContent>
          <mc:Choice Requires="wpi">
            <w:drawing>
              <wp:anchor distT="0" distB="0" distL="114300" distR="114300" simplePos="0" relativeHeight="251779072" behindDoc="0" locked="0" layoutInCell="1" allowOverlap="1" wp14:anchorId="758EE5EF" wp14:editId="14940730">
                <wp:simplePos x="0" y="0"/>
                <wp:positionH relativeFrom="column">
                  <wp:posOffset>-15365</wp:posOffset>
                </wp:positionH>
                <wp:positionV relativeFrom="paragraph">
                  <wp:posOffset>444009</wp:posOffset>
                </wp:positionV>
                <wp:extent cx="6889320" cy="360"/>
                <wp:effectExtent l="114300" t="190500" r="121285" b="190500"/>
                <wp:wrapNone/>
                <wp:docPr id="592923989" name="Ink 206"/>
                <wp:cNvGraphicFramePr/>
                <a:graphic xmlns:a="http://schemas.openxmlformats.org/drawingml/2006/main">
                  <a:graphicData uri="http://schemas.microsoft.com/office/word/2010/wordprocessingInk">
                    <w14:contentPart bwMode="auto" r:id="rId222">
                      <w14:nvContentPartPr>
                        <w14:cNvContentPartPr/>
                      </w14:nvContentPartPr>
                      <w14:xfrm>
                        <a:off x="0" y="0"/>
                        <a:ext cx="6889320" cy="360"/>
                      </w14:xfrm>
                    </w14:contentPart>
                  </a:graphicData>
                </a:graphic>
              </wp:anchor>
            </w:drawing>
          </mc:Choice>
          <mc:Fallback>
            <w:pict>
              <v:shape w14:anchorId="1257A3C3" id="Ink 206" o:spid="_x0000_s1026" type="#_x0000_t75" style="position:absolute;margin-left:-6.85pt;margin-top:23.6pt;width:553.8pt;height:22.75pt;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">
                <v:imagedata r:id="rId223" o:title=""/>
              </v:shape>
            </w:pict>
          </mc:Fallback>
        </mc:AlternateContent>
      </w:r>
      <w:r>
        <w:rPr>
          <w:rFonts w:ascii="Georgia" w:eastAsia="Times New Roman" w:hAnsi="Georgia" w:cs="Times New Roman"/>
          <w:b/>
          <w:bCs/>
          <w:noProof/>
          <w:color w:val="002060"/>
          <w:sz w:val="24"/>
          <w:szCs w:val="24"/>
        </w:rPr>
        <mc:AlternateContent>
          <mc:Choice Requires="wpi">
            <w:drawing>
              <wp:anchor distT="0" distB="0" distL="114300" distR="114300" simplePos="0" relativeHeight="251778048" behindDoc="0" locked="0" layoutInCell="1" allowOverlap="1" wp14:anchorId="6063E4BE" wp14:editId="7617A8B7">
                <wp:simplePos x="0" y="0"/>
                <wp:positionH relativeFrom="column">
                  <wp:posOffset>-35525</wp:posOffset>
                </wp:positionH>
                <wp:positionV relativeFrom="paragraph">
                  <wp:posOffset>192729</wp:posOffset>
                </wp:positionV>
                <wp:extent cx="6919560" cy="360"/>
                <wp:effectExtent l="114300" t="190500" r="110490" b="190500"/>
                <wp:wrapNone/>
                <wp:docPr id="1063204262" name="Ink 204"/>
                <wp:cNvGraphicFramePr/>
                <a:graphic xmlns:a="http://schemas.openxmlformats.org/drawingml/2006/main">
                  <a:graphicData uri="http://schemas.microsoft.com/office/word/2010/wordprocessingInk">
                    <w14:contentPart bwMode="auto" r:id="rId224">
                      <w14:nvContentPartPr>
                        <w14:cNvContentPartPr/>
                      </w14:nvContentPartPr>
                      <w14:xfrm>
                        <a:off x="0" y="0"/>
                        <a:ext cx="6919560" cy="360"/>
                      </w14:xfrm>
                    </w14:contentPart>
                  </a:graphicData>
                </a:graphic>
              </wp:anchor>
            </w:drawing>
          </mc:Choice>
          <mc:Fallback>
            <w:pict>
              <v:shape w14:anchorId="52C13217" id="Ink 204" o:spid="_x0000_s1026" type="#_x0000_t75" style="position:absolute;margin-left:-8.45pt;margin-top:3.85pt;width:556.2pt;height:22.75pt;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">
                <v:imagedata r:id="rId225" o:title=""/>
              </v:shape>
            </w:pict>
          </mc:Fallback>
        </mc:AlternateContent>
      </w:r>
      <w:r>
        <w:rPr>
          <w:rFonts w:ascii="Georgia" w:eastAsia="Times New Roman" w:hAnsi="Georgia" w:cs="Times New Roman"/>
          <w:b/>
          <w:bCs/>
          <w:noProof/>
          <w:color w:val="002060"/>
          <w:sz w:val="24"/>
          <w:szCs w:val="24"/>
        </w:rPr>
        <mc:AlternateContent>
          <mc:Choice Requires="wpi">
            <w:drawing>
              <wp:anchor distT="0" distB="0" distL="114300" distR="114300" simplePos="0" relativeHeight="251765760" behindDoc="0" locked="0" layoutInCell="1" allowOverlap="1" wp14:anchorId="10CB3A07" wp14:editId="26DD6A71">
                <wp:simplePos x="0" y="0"/>
                <wp:positionH relativeFrom="column">
                  <wp:posOffset>9028555</wp:posOffset>
                </wp:positionH>
                <wp:positionV relativeFrom="paragraph">
                  <wp:posOffset>169523</wp:posOffset>
                </wp:positionV>
                <wp:extent cx="360" cy="360"/>
                <wp:effectExtent l="114300" t="190500" r="114300" b="190500"/>
                <wp:wrapNone/>
                <wp:docPr id="2086774818" name="Ink 179"/>
                <wp:cNvGraphicFramePr/>
                <a:graphic xmlns:a="http://schemas.openxmlformats.org/drawingml/2006/main">
                  <a:graphicData uri="http://schemas.microsoft.com/office/word/2010/wordprocessingInk">
                    <w14:contentPart bwMode="auto" r:id="rId226">
                      <w14:nvContentPartPr>
                        <w14:cNvContentPartPr/>
                      </w14:nvContentPartPr>
                      <w14:xfrm>
                        <a:off x="0" y="0"/>
                        <a:ext cx="360" cy="360"/>
                      </w14:xfrm>
                    </w14:contentPart>
                  </a:graphicData>
                </a:graphic>
              </wp:anchor>
            </w:drawing>
          </mc:Choice>
          <mc:Fallback>
            <w:pict>
              <v:shape w14:anchorId="3C82C553" id="Ink 179" o:spid="_x0000_s1026" type="#_x0000_t75" style="position:absolute;margin-left:705.25pt;margin-top:2.05pt;width:11.4pt;height:22.75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">
                <v:imagedata r:id="rId227" o:title=""/>
              </v:shape>
            </w:pict>
          </mc:Fallback>
        </mc:AlternateContent>
      </w:r>
      <w:r w:rsidR="003841FB" w:rsidRPr="00942A4F">
        <w:rPr>
          <w:rFonts w:ascii="Georgia" w:eastAsia="Times New Roman" w:hAnsi="Georgia" w:cs="Times New Roman"/>
          <w:b/>
          <w:bCs/>
          <w:color w:val="002060"/>
          <w:sz w:val="24"/>
          <w:szCs w:val="24"/>
        </w:rPr>
        <w:t>Outline how individuals, agencies, and businesses can immediately implement steps to protect vulnerable children.</w:t>
      </w:r>
    </w:p>
    <w:p w14:paraId="27DF7E4B" w14:textId="3CD04A7F" w:rsidR="003841FB" w:rsidRPr="00942A4F" w:rsidRDefault="00357603" w:rsidP="007454F0">
      <w:pPr>
        <w:numPr>
          <w:ilvl w:val="0"/>
          <w:numId w:val="11"/>
        </w:numPr>
        <w:spacing w:before="100" w:beforeAutospacing="1" w:after="100" w:afterAutospacing="1" w:line="360" w:lineRule="auto"/>
        <w:jc w:val="center"/>
        <w:rPr>
          <w:rFonts w:ascii="Georgia" w:eastAsia="Times New Roman" w:hAnsi="Georgia" w:cs="Times New Roman"/>
          <w:b/>
          <w:bCs/>
          <w:color w:val="002060"/>
          <w:sz w:val="24"/>
          <w:szCs w:val="24"/>
        </w:rPr>
      </w:pPr>
      <w:r>
        <w:rPr>
          <w:rFonts w:ascii="Georgia" w:eastAsia="Times New Roman" w:hAnsi="Georgia" w:cs="Times New Roman"/>
          <w:b/>
          <w:bCs/>
          <w:noProof/>
          <w:color w:val="002060"/>
          <w:sz w:val="24"/>
          <w:szCs w:val="24"/>
        </w:rPr>
        <mc:AlternateContent>
          <mc:Choice Requires="wpi">
            <w:drawing>
              <wp:anchor distT="0" distB="0" distL="114300" distR="114300" simplePos="0" relativeHeight="251781120" behindDoc="0" locked="0" layoutInCell="1" allowOverlap="1" wp14:anchorId="1DC6C63A" wp14:editId="1B9000D1">
                <wp:simplePos x="0" y="0"/>
                <wp:positionH relativeFrom="column">
                  <wp:posOffset>-25085</wp:posOffset>
                </wp:positionH>
                <wp:positionV relativeFrom="paragraph">
                  <wp:posOffset>426144</wp:posOffset>
                </wp:positionV>
                <wp:extent cx="6891480" cy="360"/>
                <wp:effectExtent l="114300" t="190500" r="119380" b="190500"/>
                <wp:wrapNone/>
                <wp:docPr id="1811148007" name="Ink 208"/>
                <wp:cNvGraphicFramePr/>
                <a:graphic xmlns:a="http://schemas.openxmlformats.org/drawingml/2006/main">
                  <a:graphicData uri="http://schemas.microsoft.com/office/word/2010/wordprocessingInk">
                    <w14:contentPart bwMode="auto" r:id="rId228">
                      <w14:nvContentPartPr>
                        <w14:cNvContentPartPr/>
                      </w14:nvContentPartPr>
                      <w14:xfrm>
                        <a:off x="0" y="0"/>
                        <a:ext cx="6891480" cy="360"/>
                      </w14:xfrm>
                    </w14:contentPart>
                  </a:graphicData>
                </a:graphic>
              </wp:anchor>
            </w:drawing>
          </mc:Choice>
          <mc:Fallback>
            <w:pict>
              <v:shape w14:anchorId="43CDD4F6" id="Ink 208" o:spid="_x0000_s1026" type="#_x0000_t75" style="position:absolute;margin-left:-7.65pt;margin-top:22.25pt;width:554pt;height:22.75pt;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">
                <v:imagedata r:id="rId229" o:title=""/>
              </v:shape>
            </w:pict>
          </mc:Fallback>
        </mc:AlternateContent>
      </w:r>
      <w:r>
        <w:rPr>
          <w:rFonts w:ascii="Georgia" w:eastAsia="Times New Roman" w:hAnsi="Georgia" w:cs="Times New Roman"/>
          <w:b/>
          <w:bCs/>
          <w:noProof/>
          <w:color w:val="002060"/>
          <w:sz w:val="24"/>
          <w:szCs w:val="24"/>
        </w:rPr>
        <mc:AlternateContent>
          <mc:Choice Requires="wpi">
            <w:drawing>
              <wp:anchor distT="0" distB="0" distL="114300" distR="114300" simplePos="0" relativeHeight="251780096" behindDoc="0" locked="0" layoutInCell="1" allowOverlap="1" wp14:anchorId="42E2151F" wp14:editId="7F54F032">
                <wp:simplePos x="0" y="0"/>
                <wp:positionH relativeFrom="column">
                  <wp:posOffset>-15365</wp:posOffset>
                </wp:positionH>
                <wp:positionV relativeFrom="paragraph">
                  <wp:posOffset>175224</wp:posOffset>
                </wp:positionV>
                <wp:extent cx="6894000" cy="360"/>
                <wp:effectExtent l="114300" t="190500" r="116840" b="190500"/>
                <wp:wrapNone/>
                <wp:docPr id="945550421" name="Ink 207"/>
                <wp:cNvGraphicFramePr/>
                <a:graphic xmlns:a="http://schemas.openxmlformats.org/drawingml/2006/main">
                  <a:graphicData uri="http://schemas.microsoft.com/office/word/2010/wordprocessingInk">
                    <w14:contentPart bwMode="auto" r:id="rId230">
                      <w14:nvContentPartPr>
                        <w14:cNvContentPartPr/>
                      </w14:nvContentPartPr>
                      <w14:xfrm>
                        <a:off x="0" y="0"/>
                        <a:ext cx="6894000" cy="360"/>
                      </w14:xfrm>
                    </w14:contentPart>
                  </a:graphicData>
                </a:graphic>
              </wp:anchor>
            </w:drawing>
          </mc:Choice>
          <mc:Fallback>
            <w:pict>
              <v:shape w14:anchorId="296B0A3F" id="Ink 207" o:spid="_x0000_s1026" type="#_x0000_t75" style="position:absolute;margin-left:-6.85pt;margin-top:2.45pt;width:554.2pt;height:22.75pt;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">
                <v:imagedata r:id="rId231" o:title=""/>
              </v:shape>
            </w:pict>
          </mc:Fallback>
        </mc:AlternateContent>
      </w:r>
      <w:r w:rsidR="003841FB" w:rsidRPr="00942A4F">
        <w:rPr>
          <w:rFonts w:ascii="Georgia" w:eastAsia="Times New Roman" w:hAnsi="Georgia" w:cs="Times New Roman"/>
          <w:b/>
          <w:bCs/>
          <w:color w:val="002060"/>
          <w:sz w:val="24"/>
          <w:szCs w:val="24"/>
        </w:rPr>
        <w:t>Offer tailored guidance and opportunities for each partner to join this historic movement for real change.</w:t>
      </w:r>
    </w:p>
    <w:p w14:paraId="43FCCBA0" w14:textId="7D37D0C4" w:rsidR="003841FB" w:rsidRPr="00942A4F" w:rsidRDefault="00357603" w:rsidP="007454F0">
      <w:pPr>
        <w:numPr>
          <w:ilvl w:val="0"/>
          <w:numId w:val="11"/>
        </w:numPr>
        <w:spacing w:before="100" w:beforeAutospacing="1" w:after="100" w:afterAutospacing="1" w:line="360" w:lineRule="auto"/>
        <w:jc w:val="center"/>
        <w:rPr>
          <w:rFonts w:ascii="Georgia" w:eastAsia="Times New Roman" w:hAnsi="Georgia" w:cs="Times New Roman"/>
          <w:b/>
          <w:bCs/>
          <w:color w:val="002060"/>
          <w:sz w:val="24"/>
          <w:szCs w:val="24"/>
        </w:rPr>
      </w:pPr>
      <w:r>
        <w:rPr>
          <w:rFonts w:ascii="Georgia" w:eastAsia="Times New Roman" w:hAnsi="Georgia" w:cs="Times New Roman"/>
          <w:b/>
          <w:bCs/>
          <w:noProof/>
          <w:color w:val="002060"/>
          <w:sz w:val="24"/>
          <w:szCs w:val="24"/>
        </w:rPr>
        <mc:AlternateContent>
          <mc:Choice Requires="wpi">
            <w:drawing>
              <wp:anchor distT="0" distB="0" distL="114300" distR="114300" simplePos="0" relativeHeight="251783168" behindDoc="0" locked="0" layoutInCell="1" allowOverlap="1" wp14:anchorId="6150DD6C" wp14:editId="5142C1FD">
                <wp:simplePos x="0" y="0"/>
                <wp:positionH relativeFrom="column">
                  <wp:posOffset>-15365</wp:posOffset>
                </wp:positionH>
                <wp:positionV relativeFrom="paragraph">
                  <wp:posOffset>379034</wp:posOffset>
                </wp:positionV>
                <wp:extent cx="6890040" cy="360"/>
                <wp:effectExtent l="114300" t="190500" r="120650" b="190500"/>
                <wp:wrapNone/>
                <wp:docPr id="1079361165" name="Ink 210"/>
                <wp:cNvGraphicFramePr/>
                <a:graphic xmlns:a="http://schemas.openxmlformats.org/drawingml/2006/main">
                  <a:graphicData uri="http://schemas.microsoft.com/office/word/2010/wordprocessingInk">
                    <w14:contentPart bwMode="auto" r:id="rId232">
                      <w14:nvContentPartPr>
                        <w14:cNvContentPartPr/>
                      </w14:nvContentPartPr>
                      <w14:xfrm>
                        <a:off x="0" y="0"/>
                        <a:ext cx="6890040" cy="360"/>
                      </w14:xfrm>
                    </w14:contentPart>
                  </a:graphicData>
                </a:graphic>
              </wp:anchor>
            </w:drawing>
          </mc:Choice>
          <mc:Fallback>
            <w:pict>
              <v:shape w14:anchorId="2702AE93" id="Ink 210" o:spid="_x0000_s1026" type="#_x0000_t75" style="position:absolute;margin-left:-6.85pt;margin-top:18.55pt;width:553.85pt;height:22.75pt;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">
                <v:imagedata r:id="rId233" o:title=""/>
              </v:shape>
            </w:pict>
          </mc:Fallback>
        </mc:AlternateContent>
      </w:r>
      <w:r>
        <w:rPr>
          <w:rFonts w:ascii="Georgia" w:eastAsia="Times New Roman" w:hAnsi="Georgia" w:cs="Times New Roman"/>
          <w:b/>
          <w:bCs/>
          <w:noProof/>
          <w:color w:val="002060"/>
          <w:sz w:val="24"/>
          <w:szCs w:val="24"/>
        </w:rPr>
        <mc:AlternateContent>
          <mc:Choice Requires="wpi">
            <w:drawing>
              <wp:anchor distT="0" distB="0" distL="114300" distR="114300" simplePos="0" relativeHeight="251782144" behindDoc="0" locked="0" layoutInCell="1" allowOverlap="1" wp14:anchorId="7E7BD240" wp14:editId="3EEF200E">
                <wp:simplePos x="0" y="0"/>
                <wp:positionH relativeFrom="column">
                  <wp:posOffset>-25085</wp:posOffset>
                </wp:positionH>
                <wp:positionV relativeFrom="paragraph">
                  <wp:posOffset>147914</wp:posOffset>
                </wp:positionV>
                <wp:extent cx="6926040" cy="360"/>
                <wp:effectExtent l="114300" t="190500" r="122555" b="190500"/>
                <wp:wrapNone/>
                <wp:docPr id="1162511297" name="Ink 209"/>
                <wp:cNvGraphicFramePr/>
                <a:graphic xmlns:a="http://schemas.openxmlformats.org/drawingml/2006/main">
                  <a:graphicData uri="http://schemas.microsoft.com/office/word/2010/wordprocessingInk">
                    <w14:contentPart bwMode="auto" r:id="rId234">
                      <w14:nvContentPartPr>
                        <w14:cNvContentPartPr/>
                      </w14:nvContentPartPr>
                      <w14:xfrm>
                        <a:off x="0" y="0"/>
                        <a:ext cx="6926040" cy="360"/>
                      </w14:xfrm>
                    </w14:contentPart>
                  </a:graphicData>
                </a:graphic>
              </wp:anchor>
            </w:drawing>
          </mc:Choice>
          <mc:Fallback>
            <w:pict>
              <v:shape w14:anchorId="75048E2A" id="Ink 209" o:spid="_x0000_s1026" type="#_x0000_t75" style="position:absolute;margin-left:-7.65pt;margin-top:.35pt;width:556.65pt;height:22.75pt;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">
                <v:imagedata r:id="rId235" o:title=""/>
              </v:shape>
            </w:pict>
          </mc:Fallback>
        </mc:AlternateContent>
      </w:r>
      <w:r w:rsidR="003841FB" w:rsidRPr="00942A4F">
        <w:rPr>
          <w:rFonts w:ascii="Georgia" w:eastAsia="Times New Roman" w:hAnsi="Georgia" w:cs="Times New Roman"/>
          <w:b/>
          <w:bCs/>
          <w:color w:val="002060"/>
          <w:sz w:val="24"/>
          <w:szCs w:val="24"/>
        </w:rPr>
        <w:t>How this service can survive being free and why henderson does not care about sharing his solution to the world.</w:t>
      </w:r>
    </w:p>
    <w:p w14:paraId="35386BD9" w14:textId="2E9F7054" w:rsidR="00357603" w:rsidRDefault="009555DC" w:rsidP="007454F0">
      <w:pPr>
        <w:spacing w:before="100" w:beforeAutospacing="1" w:after="100" w:afterAutospacing="1" w:line="360" w:lineRule="auto"/>
        <w:jc w:val="center"/>
        <w:rPr>
          <w:rFonts w:ascii="Georgia" w:eastAsia="Times New Roman" w:hAnsi="Georgia" w:cs="Times New Roman"/>
          <w:b/>
          <w:bCs/>
          <w:color w:val="002060"/>
          <w:sz w:val="24"/>
          <w:szCs w:val="24"/>
        </w:rPr>
      </w:pPr>
      <w:r>
        <w:rPr>
          <w:rFonts w:ascii="Georgia" w:eastAsia="Times New Roman" w:hAnsi="Georgia" w:cs="Times New Roman"/>
          <w:b/>
          <w:bCs/>
          <w:noProof/>
          <w:color w:val="002060"/>
          <w:sz w:val="24"/>
          <w:szCs w:val="24"/>
        </w:rPr>
        <mc:AlternateContent>
          <mc:Choice Requires="wpi">
            <w:drawing>
              <wp:anchor distT="0" distB="0" distL="114300" distR="114300" simplePos="0" relativeHeight="251784192" behindDoc="0" locked="0" layoutInCell="1" allowOverlap="1" wp14:anchorId="35A5030F" wp14:editId="7D5F64B6">
                <wp:simplePos x="0" y="0"/>
                <wp:positionH relativeFrom="column">
                  <wp:posOffset>-15365</wp:posOffset>
                </wp:positionH>
                <wp:positionV relativeFrom="paragraph">
                  <wp:posOffset>1681513</wp:posOffset>
                </wp:positionV>
                <wp:extent cx="1620000" cy="360"/>
                <wp:effectExtent l="114300" t="190500" r="113665" b="190500"/>
                <wp:wrapNone/>
                <wp:docPr id="414804026" name="Ink 218"/>
                <wp:cNvGraphicFramePr/>
                <a:graphic xmlns:a="http://schemas.openxmlformats.org/drawingml/2006/main">
                  <a:graphicData uri="http://schemas.microsoft.com/office/word/2010/wordprocessingInk">
                    <w14:contentPart bwMode="auto" r:id="rId236">
                      <w14:nvContentPartPr>
                        <w14:cNvContentPartPr/>
                      </w14:nvContentPartPr>
                      <w14:xfrm>
                        <a:off x="0" y="0"/>
                        <a:ext cx="1620000" cy="360"/>
                      </w14:xfrm>
                    </w14:contentPart>
                  </a:graphicData>
                </a:graphic>
              </wp:anchor>
            </w:drawing>
          </mc:Choice>
          <mc:Fallback>
            <w:pict>
              <v:shape w14:anchorId="5A0ACC72" id="Ink 218" o:spid="_x0000_s1026" type="#_x0000_t75" style="position:absolute;margin-left:-6.85pt;margin-top:121.05pt;width:138.85pt;height:22.75pt;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">
                <v:imagedata r:id="rId237" o:title=""/>
              </v:shape>
            </w:pict>
          </mc:Fallback>
        </mc:AlternateContent>
      </w:r>
    </w:p>
    <w:p w14:paraId="541CA4CC" w14:textId="3FA14C12" w:rsidR="003841FB" w:rsidRPr="00942A4F" w:rsidRDefault="009555DC" w:rsidP="007454F0">
      <w:pPr>
        <w:spacing w:before="100" w:beforeAutospacing="1" w:after="100" w:afterAutospacing="1" w:line="360" w:lineRule="auto"/>
        <w:jc w:val="center"/>
        <w:rPr>
          <w:rFonts w:ascii="Georgia" w:eastAsia="Times New Roman" w:hAnsi="Georgia" w:cs="Times New Roman"/>
          <w:b/>
          <w:bCs/>
          <w:color w:val="002060"/>
          <w:sz w:val="24"/>
          <w:szCs w:val="24"/>
        </w:rPr>
      </w:pPr>
      <w:r>
        <w:rPr>
          <w:rFonts w:ascii="Georgia" w:eastAsia="Times New Roman" w:hAnsi="Georgia" w:cs="Times New Roman"/>
          <w:b/>
          <w:bCs/>
          <w:noProof/>
          <w:color w:val="002060"/>
          <w:sz w:val="24"/>
          <w:szCs w:val="24"/>
        </w:rPr>
        <w:lastRenderedPageBreak/>
        <mc:AlternateContent>
          <mc:Choice Requires="wpi">
            <w:drawing>
              <wp:anchor distT="0" distB="0" distL="114300" distR="114300" simplePos="0" relativeHeight="251791360" behindDoc="0" locked="0" layoutInCell="1" allowOverlap="1" wp14:anchorId="29F0187F" wp14:editId="5514D288">
                <wp:simplePos x="0" y="0"/>
                <wp:positionH relativeFrom="column">
                  <wp:posOffset>-15365</wp:posOffset>
                </wp:positionH>
                <wp:positionV relativeFrom="paragraph">
                  <wp:posOffset>1213789</wp:posOffset>
                </wp:positionV>
                <wp:extent cx="6885720" cy="360"/>
                <wp:effectExtent l="114300" t="190500" r="125095" b="190500"/>
                <wp:wrapNone/>
                <wp:docPr id="175658411" name="Ink 228"/>
                <wp:cNvGraphicFramePr/>
                <a:graphic xmlns:a="http://schemas.openxmlformats.org/drawingml/2006/main">
                  <a:graphicData uri="http://schemas.microsoft.com/office/word/2010/wordprocessingInk">
                    <w14:contentPart bwMode="auto" r:id="rId238">
                      <w14:nvContentPartPr>
                        <w14:cNvContentPartPr/>
                      </w14:nvContentPartPr>
                      <w14:xfrm>
                        <a:off x="0" y="0"/>
                        <a:ext cx="6885720" cy="360"/>
                      </w14:xfrm>
                    </w14:contentPart>
                  </a:graphicData>
                </a:graphic>
              </wp:anchor>
            </w:drawing>
          </mc:Choice>
          <mc:Fallback>
            <w:pict>
              <v:shape w14:anchorId="0F764032" id="Ink 228" o:spid="_x0000_s1026" type="#_x0000_t75" style="position:absolute;margin-left:-6.85pt;margin-top:84.25pt;width:553.55pt;height:22.75pt;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">
                <v:imagedata r:id="rId239" o:title=""/>
              </v:shape>
            </w:pict>
          </mc:Fallback>
        </mc:AlternateContent>
      </w:r>
      <w:r>
        <w:rPr>
          <w:rFonts w:ascii="Georgia" w:eastAsia="Times New Roman" w:hAnsi="Georgia" w:cs="Times New Roman"/>
          <w:b/>
          <w:bCs/>
          <w:noProof/>
          <w:color w:val="002060"/>
          <w:sz w:val="24"/>
          <w:szCs w:val="24"/>
        </w:rPr>
        <mc:AlternateContent>
          <mc:Choice Requires="wpi">
            <w:drawing>
              <wp:anchor distT="0" distB="0" distL="114300" distR="114300" simplePos="0" relativeHeight="251790336" behindDoc="0" locked="0" layoutInCell="1" allowOverlap="1" wp14:anchorId="63871031" wp14:editId="1CF1F74F">
                <wp:simplePos x="0" y="0"/>
                <wp:positionH relativeFrom="column">
                  <wp:posOffset>-15365</wp:posOffset>
                </wp:positionH>
                <wp:positionV relativeFrom="paragraph">
                  <wp:posOffset>1213789</wp:posOffset>
                </wp:positionV>
                <wp:extent cx="360" cy="360"/>
                <wp:effectExtent l="114300" t="190500" r="114300" b="190500"/>
                <wp:wrapNone/>
                <wp:docPr id="1866451314" name="Ink 227"/>
                <wp:cNvGraphicFramePr/>
                <a:graphic xmlns:a="http://schemas.openxmlformats.org/drawingml/2006/main">
                  <a:graphicData uri="http://schemas.microsoft.com/office/word/2010/wordprocessingInk">
                    <w14:contentPart bwMode="auto" r:id="rId240">
                      <w14:nvContentPartPr>
                        <w14:cNvContentPartPr/>
                      </w14:nvContentPartPr>
                      <w14:xfrm>
                        <a:off x="0" y="0"/>
                        <a:ext cx="360" cy="360"/>
                      </w14:xfrm>
                    </w14:contentPart>
                  </a:graphicData>
                </a:graphic>
              </wp:anchor>
            </w:drawing>
          </mc:Choice>
          <mc:Fallback>
            <w:pict>
              <v:shape w14:anchorId="32105E4A" id="Ink 227" o:spid="_x0000_s1026" type="#_x0000_t75" style="position:absolute;margin-left:-6.85pt;margin-top:84.25pt;width:11.4pt;height:22.75pt;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">
                <v:imagedata r:id="rId227" o:title=""/>
              </v:shape>
            </w:pict>
          </mc:Fallback>
        </mc:AlternateContent>
      </w:r>
      <w:r>
        <w:rPr>
          <w:rFonts w:ascii="Georgia" w:eastAsia="Times New Roman" w:hAnsi="Georgia" w:cs="Times New Roman"/>
          <w:b/>
          <w:bCs/>
          <w:noProof/>
          <w:color w:val="002060"/>
          <w:sz w:val="24"/>
          <w:szCs w:val="24"/>
        </w:rPr>
        <mc:AlternateContent>
          <mc:Choice Requires="wpi">
            <w:drawing>
              <wp:anchor distT="0" distB="0" distL="114300" distR="114300" simplePos="0" relativeHeight="251789312" behindDoc="0" locked="0" layoutInCell="1" allowOverlap="1" wp14:anchorId="46D44590" wp14:editId="6B1D5989">
                <wp:simplePos x="0" y="0"/>
                <wp:positionH relativeFrom="column">
                  <wp:posOffset>-25085</wp:posOffset>
                </wp:positionH>
                <wp:positionV relativeFrom="paragraph">
                  <wp:posOffset>962509</wp:posOffset>
                </wp:positionV>
                <wp:extent cx="6902640" cy="360"/>
                <wp:effectExtent l="114300" t="190500" r="127000" b="190500"/>
                <wp:wrapNone/>
                <wp:docPr id="2105770838" name="Ink 224"/>
                <wp:cNvGraphicFramePr/>
                <a:graphic xmlns:a="http://schemas.openxmlformats.org/drawingml/2006/main">
                  <a:graphicData uri="http://schemas.microsoft.com/office/word/2010/wordprocessingInk">
                    <w14:contentPart bwMode="auto" r:id="rId241">
                      <w14:nvContentPartPr>
                        <w14:cNvContentPartPr/>
                      </w14:nvContentPartPr>
                      <w14:xfrm>
                        <a:off x="0" y="0"/>
                        <a:ext cx="6902640" cy="360"/>
                      </w14:xfrm>
                    </w14:contentPart>
                  </a:graphicData>
                </a:graphic>
              </wp:anchor>
            </w:drawing>
          </mc:Choice>
          <mc:Fallback>
            <w:pict>
              <v:shape w14:anchorId="0BF17ACB" id="Ink 224" o:spid="_x0000_s1026" type="#_x0000_t75" style="position:absolute;margin-left:-7.65pt;margin-top:64.5pt;width:554.85pt;height:22.75pt;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">
                <v:imagedata r:id="rId242" o:title=""/>
              </v:shape>
            </w:pict>
          </mc:Fallback>
        </mc:AlternateContent>
      </w:r>
      <w:r>
        <w:rPr>
          <w:rFonts w:ascii="Georgia" w:eastAsia="Times New Roman" w:hAnsi="Georgia" w:cs="Times New Roman"/>
          <w:b/>
          <w:bCs/>
          <w:noProof/>
          <w:color w:val="002060"/>
          <w:sz w:val="24"/>
          <w:szCs w:val="24"/>
        </w:rPr>
        <mc:AlternateContent>
          <mc:Choice Requires="wpi">
            <w:drawing>
              <wp:anchor distT="0" distB="0" distL="114300" distR="114300" simplePos="0" relativeHeight="251788288" behindDoc="0" locked="0" layoutInCell="1" allowOverlap="1" wp14:anchorId="6D3D2C24" wp14:editId="55343034">
                <wp:simplePos x="0" y="0"/>
                <wp:positionH relativeFrom="column">
                  <wp:posOffset>-4925</wp:posOffset>
                </wp:positionH>
                <wp:positionV relativeFrom="paragraph">
                  <wp:posOffset>721309</wp:posOffset>
                </wp:positionV>
                <wp:extent cx="6883920" cy="360"/>
                <wp:effectExtent l="114300" t="190500" r="127000" b="190500"/>
                <wp:wrapNone/>
                <wp:docPr id="1379441739" name="Ink 223"/>
                <wp:cNvGraphicFramePr/>
                <a:graphic xmlns:a="http://schemas.openxmlformats.org/drawingml/2006/main">
                  <a:graphicData uri="http://schemas.microsoft.com/office/word/2010/wordprocessingInk">
                    <w14:contentPart bwMode="auto" r:id="rId243">
                      <w14:nvContentPartPr>
                        <w14:cNvContentPartPr/>
                      </w14:nvContentPartPr>
                      <w14:xfrm>
                        <a:off x="0" y="0"/>
                        <a:ext cx="6883920" cy="360"/>
                      </w14:xfrm>
                    </w14:contentPart>
                  </a:graphicData>
                </a:graphic>
              </wp:anchor>
            </w:drawing>
          </mc:Choice>
          <mc:Fallback>
            <w:pict>
              <v:shape w14:anchorId="2D092DB7" id="Ink 223" o:spid="_x0000_s1026" type="#_x0000_t75" style="position:absolute;margin-left:-6.05pt;margin-top:45.5pt;width:553.4pt;height:22.75pt;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">
                <v:imagedata r:id="rId215" o:title=""/>
              </v:shape>
            </w:pict>
          </mc:Fallback>
        </mc:AlternateContent>
      </w:r>
      <w:r>
        <w:rPr>
          <w:rFonts w:ascii="Georgia" w:eastAsia="Times New Roman" w:hAnsi="Georgia" w:cs="Times New Roman"/>
          <w:b/>
          <w:bCs/>
          <w:noProof/>
          <w:color w:val="002060"/>
          <w:sz w:val="24"/>
          <w:szCs w:val="24"/>
        </w:rPr>
        <mc:AlternateContent>
          <mc:Choice Requires="wpi">
            <w:drawing>
              <wp:anchor distT="0" distB="0" distL="114300" distR="114300" simplePos="0" relativeHeight="251787264" behindDoc="0" locked="0" layoutInCell="1" allowOverlap="1" wp14:anchorId="785889A7" wp14:editId="78A3097B">
                <wp:simplePos x="0" y="0"/>
                <wp:positionH relativeFrom="column">
                  <wp:posOffset>-15365</wp:posOffset>
                </wp:positionH>
                <wp:positionV relativeFrom="paragraph">
                  <wp:posOffset>490189</wp:posOffset>
                </wp:positionV>
                <wp:extent cx="6903000" cy="360"/>
                <wp:effectExtent l="114300" t="190500" r="127000" b="190500"/>
                <wp:wrapNone/>
                <wp:docPr id="1552969261" name="Ink 221"/>
                <wp:cNvGraphicFramePr/>
                <a:graphic xmlns:a="http://schemas.openxmlformats.org/drawingml/2006/main">
                  <a:graphicData uri="http://schemas.microsoft.com/office/word/2010/wordprocessingInk">
                    <w14:contentPart bwMode="auto" r:id="rId244">
                      <w14:nvContentPartPr>
                        <w14:cNvContentPartPr/>
                      </w14:nvContentPartPr>
                      <w14:xfrm>
                        <a:off x="0" y="0"/>
                        <a:ext cx="6903000" cy="360"/>
                      </w14:xfrm>
                    </w14:contentPart>
                  </a:graphicData>
                </a:graphic>
              </wp:anchor>
            </w:drawing>
          </mc:Choice>
          <mc:Fallback>
            <w:pict>
              <v:shape w14:anchorId="20ADF026" id="Ink 221" o:spid="_x0000_s1026" type="#_x0000_t75" style="position:absolute;margin-left:-6.85pt;margin-top:27.3pt;width:554.9pt;height:22.75pt;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">
                <v:imagedata r:id="rId242" o:title=""/>
              </v:shape>
            </w:pict>
          </mc:Fallback>
        </mc:AlternateContent>
      </w:r>
      <w:r>
        <w:rPr>
          <w:rFonts w:ascii="Georgia" w:eastAsia="Times New Roman" w:hAnsi="Georgia" w:cs="Times New Roman"/>
          <w:b/>
          <w:bCs/>
          <w:noProof/>
          <w:color w:val="002060"/>
          <w:sz w:val="24"/>
          <w:szCs w:val="24"/>
        </w:rPr>
        <mc:AlternateContent>
          <mc:Choice Requires="wpi">
            <w:drawing>
              <wp:anchor distT="0" distB="0" distL="114300" distR="114300" simplePos="0" relativeHeight="251786240" behindDoc="0" locked="0" layoutInCell="1" allowOverlap="1" wp14:anchorId="196C7EF1" wp14:editId="7A751947">
                <wp:simplePos x="0" y="0"/>
                <wp:positionH relativeFrom="column">
                  <wp:posOffset>-25085</wp:posOffset>
                </wp:positionH>
                <wp:positionV relativeFrom="paragraph">
                  <wp:posOffset>259069</wp:posOffset>
                </wp:positionV>
                <wp:extent cx="6934320" cy="360"/>
                <wp:effectExtent l="114300" t="190500" r="114300" b="190500"/>
                <wp:wrapNone/>
                <wp:docPr id="1790590229" name="Ink 220"/>
                <wp:cNvGraphicFramePr/>
                <a:graphic xmlns:a="http://schemas.openxmlformats.org/drawingml/2006/main">
                  <a:graphicData uri="http://schemas.microsoft.com/office/word/2010/wordprocessingInk">
                    <w14:contentPart bwMode="auto" r:id="rId245">
                      <w14:nvContentPartPr>
                        <w14:cNvContentPartPr/>
                      </w14:nvContentPartPr>
                      <w14:xfrm>
                        <a:off x="0" y="0"/>
                        <a:ext cx="6934320" cy="360"/>
                      </w14:xfrm>
                    </w14:contentPart>
                  </a:graphicData>
                </a:graphic>
              </wp:anchor>
            </w:drawing>
          </mc:Choice>
          <mc:Fallback>
            <w:pict>
              <v:shape w14:anchorId="721DA95F" id="Ink 220" o:spid="_x0000_s1026" type="#_x0000_t75" style="position:absolute;margin-left:-7.65pt;margin-top:9.1pt;width:557.3pt;height:22.75pt;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">
                <v:imagedata r:id="rId246" o:title=""/>
              </v:shape>
            </w:pict>
          </mc:Fallback>
        </mc:AlternateContent>
      </w:r>
      <w:r>
        <w:rPr>
          <w:rFonts w:ascii="Georgia" w:eastAsia="Times New Roman" w:hAnsi="Georgia" w:cs="Times New Roman"/>
          <w:b/>
          <w:bCs/>
          <w:noProof/>
          <w:color w:val="002060"/>
          <w:sz w:val="24"/>
          <w:szCs w:val="24"/>
        </w:rPr>
        <mc:AlternateContent>
          <mc:Choice Requires="wpi">
            <w:drawing>
              <wp:anchor distT="0" distB="0" distL="114300" distR="114300" simplePos="0" relativeHeight="251785216" behindDoc="0" locked="0" layoutInCell="1" allowOverlap="1" wp14:anchorId="5109ACCF" wp14:editId="62FCE15B">
                <wp:simplePos x="0" y="0"/>
                <wp:positionH relativeFrom="column">
                  <wp:posOffset>-15365</wp:posOffset>
                </wp:positionH>
                <wp:positionV relativeFrom="paragraph">
                  <wp:posOffset>27949</wp:posOffset>
                </wp:positionV>
                <wp:extent cx="6888960" cy="360"/>
                <wp:effectExtent l="114300" t="190500" r="121920" b="190500"/>
                <wp:wrapNone/>
                <wp:docPr id="217478721" name="Ink 219"/>
                <wp:cNvGraphicFramePr/>
                <a:graphic xmlns:a="http://schemas.openxmlformats.org/drawingml/2006/main">
                  <a:graphicData uri="http://schemas.microsoft.com/office/word/2010/wordprocessingInk">
                    <w14:contentPart bwMode="auto" r:id="rId247">
                      <w14:nvContentPartPr>
                        <w14:cNvContentPartPr/>
                      </w14:nvContentPartPr>
                      <w14:xfrm>
                        <a:off x="0" y="0"/>
                        <a:ext cx="6888960" cy="360"/>
                      </w14:xfrm>
                    </w14:contentPart>
                  </a:graphicData>
                </a:graphic>
              </wp:anchor>
            </w:drawing>
          </mc:Choice>
          <mc:Fallback>
            <w:pict>
              <v:shape w14:anchorId="1341E08A" id="Ink 219" o:spid="_x0000_s1026" type="#_x0000_t75" style="position:absolute;margin-left:-6.85pt;margin-top:-9.1pt;width:553.8pt;height:22.75pt;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">
                <v:imagedata r:id="rId220" o:title=""/>
              </v:shape>
            </w:pict>
          </mc:Fallback>
        </mc:AlternateContent>
      </w:r>
      <w:r w:rsidR="003841FB" w:rsidRPr="00942A4F">
        <w:rPr>
          <w:rFonts w:ascii="Georgia" w:eastAsia="Times New Roman" w:hAnsi="Georgia" w:cs="Times New Roman"/>
          <w:b/>
          <w:bCs/>
          <w:noProof/>
          <w:color w:val="002060"/>
          <w:sz w:val="24"/>
          <w:szCs w:val="24"/>
        </w:rPr>
        <mc:AlternateContent>
          <mc:Choice Requires="wpi">
            <w:drawing>
              <wp:anchor distT="0" distB="0" distL="114300" distR="114300" simplePos="0" relativeHeight="251661312" behindDoc="0" locked="0" layoutInCell="1" allowOverlap="1" wp14:anchorId="2A55EA0A" wp14:editId="3D004DAF">
                <wp:simplePos x="0" y="0"/>
                <wp:positionH relativeFrom="column">
                  <wp:posOffset>8143950</wp:posOffset>
                </wp:positionH>
                <wp:positionV relativeFrom="paragraph">
                  <wp:posOffset>710975</wp:posOffset>
                </wp:positionV>
                <wp:extent cx="360" cy="360"/>
                <wp:effectExtent l="133350" t="228600" r="133350" b="228600"/>
                <wp:wrapNone/>
                <wp:docPr id="2138018852" name="Ink 26"/>
                <wp:cNvGraphicFramePr/>
                <a:graphic xmlns:a="http://schemas.openxmlformats.org/drawingml/2006/main">
                  <a:graphicData uri="http://schemas.microsoft.com/office/word/2010/wordprocessingInk">
                    <w14:contentPart bwMode="auto" r:id="rId248">
                      <w14:nvContentPartPr>
                        <w14:cNvContentPartPr/>
                      </w14:nvContentPartPr>
                      <w14:xfrm>
                        <a:off x="0" y="0"/>
                        <a:ext cx="360" cy="360"/>
                      </w14:xfrm>
                    </w14:contentPart>
                  </a:graphicData>
                </a:graphic>
              </wp:anchor>
            </w:drawing>
          </mc:Choice>
          <mc:Fallback>
            <w:pict>
              <v:shape w14:anchorId="16A71C0D" id="Ink 26" o:spid="_x0000_s1026" type="#_x0000_t75" style="position:absolute;margin-left:634.15pt;margin-top:41.85pt;width:14.2pt;height:28.4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">
                <v:imagedata r:id="rId249" o:title=""/>
              </v:shape>
            </w:pict>
          </mc:Fallback>
        </mc:AlternateContent>
      </w:r>
      <w:r w:rsidR="003841FB" w:rsidRPr="00942A4F">
        <w:rPr>
          <w:rFonts w:ascii="Georgia" w:eastAsia="Times New Roman" w:hAnsi="Georgia" w:cs="Times New Roman"/>
          <w:b/>
          <w:bCs/>
          <w:color w:val="002060"/>
          <w:sz w:val="24"/>
          <w:szCs w:val="24"/>
        </w:rPr>
        <w:t xml:space="preserve">Rickye Henderson’s life experiences, unwavering dedication, and innovative action plan form the core strategy for Operation Child Outreach — and every donor, sponsor, </w:t>
      </w:r>
      <w:r w:rsidR="00357603">
        <w:rPr>
          <w:rFonts w:ascii="Georgia" w:eastAsia="Times New Roman" w:hAnsi="Georgia" w:cs="Times New Roman"/>
          <w:b/>
          <w:bCs/>
          <w:noProof/>
          <w:color w:val="002060"/>
          <w:sz w:val="24"/>
          <w:szCs w:val="24"/>
        </w:rPr>
        <mc:AlternateContent>
          <mc:Choice Requires="wpi">
            <w:drawing>
              <wp:anchor distT="0" distB="0" distL="114300" distR="114300" simplePos="0" relativeHeight="251777024" behindDoc="0" locked="0" layoutInCell="1" allowOverlap="1" wp14:anchorId="042148E9" wp14:editId="15BBB1CE">
                <wp:simplePos x="0" y="0"/>
                <wp:positionH relativeFrom="column">
                  <wp:posOffset>-25085</wp:posOffset>
                </wp:positionH>
                <wp:positionV relativeFrom="paragraph">
                  <wp:posOffset>-3257680</wp:posOffset>
                </wp:positionV>
                <wp:extent cx="6941880" cy="360"/>
                <wp:effectExtent l="114300" t="190500" r="125730" b="190500"/>
                <wp:wrapNone/>
                <wp:docPr id="1302310205" name="Ink 203"/>
                <wp:cNvGraphicFramePr/>
                <a:graphic xmlns:a="http://schemas.openxmlformats.org/drawingml/2006/main">
                  <a:graphicData uri="http://schemas.microsoft.com/office/word/2010/wordprocessingInk">
                    <w14:contentPart bwMode="auto" r:id="rId250">
                      <w14:nvContentPartPr>
                        <w14:cNvContentPartPr/>
                      </w14:nvContentPartPr>
                      <w14:xfrm>
                        <a:off x="0" y="0"/>
                        <a:ext cx="6941880" cy="360"/>
                      </w14:xfrm>
                    </w14:contentPart>
                  </a:graphicData>
                </a:graphic>
              </wp:anchor>
            </w:drawing>
          </mc:Choice>
          <mc:Fallback>
            <w:pict>
              <v:shape w14:anchorId="08588098" id="Ink 203" o:spid="_x0000_s1026" type="#_x0000_t75" style="position:absolute;margin-left:-7.65pt;margin-top:-267.85pt;width:557.9pt;height:22.75pt;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">
                <v:imagedata r:id="rId251" o:title=""/>
              </v:shape>
            </w:pict>
          </mc:Fallback>
        </mc:AlternateContent>
      </w:r>
      <w:r w:rsidR="003841FB" w:rsidRPr="00942A4F">
        <w:rPr>
          <w:rFonts w:ascii="Georgia" w:eastAsia="Times New Roman" w:hAnsi="Georgia" w:cs="Times New Roman"/>
          <w:b/>
          <w:bCs/>
          <w:color w:val="002060"/>
          <w:sz w:val="24"/>
          <w:szCs w:val="24"/>
        </w:rPr>
        <w:t>and supporter will have direct access to this vision.</w:t>
      </w:r>
      <w:r w:rsidR="003841FB" w:rsidRPr="00942A4F">
        <w:rPr>
          <w:rFonts w:ascii="Georgia" w:eastAsia="Times New Roman" w:hAnsi="Georgia" w:cs="Times New Roman"/>
          <w:b/>
          <w:bCs/>
          <w:color w:val="002060"/>
          <w:sz w:val="24"/>
          <w:szCs w:val="24"/>
        </w:rPr>
        <w:br/>
        <w:t>Together, we will create a safer future for every child.</w:t>
      </w:r>
    </w:p>
    <w:p w14:paraId="69EB009F" w14:textId="77777777" w:rsidR="003841FB" w:rsidRPr="00EC1ADD" w:rsidRDefault="00000000" w:rsidP="003841FB">
      <w:pPr>
        <w:spacing w:after="0" w:line="240" w:lineRule="auto"/>
        <w:rPr>
          <w:rFonts w:ascii="Georgia" w:eastAsia="Times New Roman" w:hAnsi="Georgia" w:cs="Times New Roman"/>
          <w:color w:val="002060"/>
          <w:sz w:val="24"/>
          <w:szCs w:val="24"/>
        </w:rPr>
      </w:pPr>
      <w:r>
        <w:rPr>
          <w:rFonts w:ascii="Georgia" w:eastAsia="Times New Roman" w:hAnsi="Georgia" w:cs="Times New Roman"/>
          <w:color w:val="002060"/>
          <w:sz w:val="24"/>
          <w:szCs w:val="24"/>
        </w:rPr>
        <w:pict w14:anchorId="26E7E917">
          <v:rect id="_x0000_i1027" style="width:0;height:1.5pt" o:hralign="center" o:hrstd="t" o:hr="t" fillcolor="#a0a0a0" stroked="f"/>
        </w:pict>
      </w:r>
    </w:p>
    <w:p w14:paraId="7783BDC8" w14:textId="51D84BC9" w:rsidR="003841FB" w:rsidRPr="00EC1ADD" w:rsidRDefault="00053262" w:rsidP="003841FB">
      <w:pPr>
        <w:spacing w:before="100" w:beforeAutospacing="1" w:after="100" w:afterAutospacing="1" w:line="240" w:lineRule="auto"/>
        <w:jc w:val="center"/>
        <w:outlineLvl w:val="1"/>
        <w:rPr>
          <w:rFonts w:ascii="Georgia" w:eastAsia="Times New Roman" w:hAnsi="Georgia" w:cs="Times New Roman"/>
          <w:b/>
          <w:bCs/>
          <w:color w:val="002060"/>
          <w:sz w:val="36"/>
          <w:szCs w:val="36"/>
        </w:rPr>
      </w:pPr>
      <w:r>
        <w:rPr>
          <w:rFonts w:ascii="Segoe UI Emoji" w:eastAsia="Times New Roman" w:hAnsi="Segoe UI Emoji" w:cs="Segoe UI Emoji"/>
          <w:b/>
          <w:bCs/>
          <w:noProof/>
          <w:color w:val="002060"/>
          <w:sz w:val="36"/>
          <w:szCs w:val="36"/>
        </w:rPr>
        <mc:AlternateContent>
          <mc:Choice Requires="wpi">
            <w:drawing>
              <wp:anchor distT="0" distB="0" distL="114300" distR="114300" simplePos="0" relativeHeight="251794432" behindDoc="0" locked="0" layoutInCell="1" allowOverlap="1" wp14:anchorId="71E0500F" wp14:editId="23919363">
                <wp:simplePos x="0" y="0"/>
                <wp:positionH relativeFrom="column">
                  <wp:posOffset>-15365</wp:posOffset>
                </wp:positionH>
                <wp:positionV relativeFrom="paragraph">
                  <wp:posOffset>587394</wp:posOffset>
                </wp:positionV>
                <wp:extent cx="6891840" cy="360"/>
                <wp:effectExtent l="114300" t="190500" r="118745" b="190500"/>
                <wp:wrapNone/>
                <wp:docPr id="655343713" name="Ink 241"/>
                <wp:cNvGraphicFramePr/>
                <a:graphic xmlns:a="http://schemas.openxmlformats.org/drawingml/2006/main">
                  <a:graphicData uri="http://schemas.microsoft.com/office/word/2010/wordprocessingInk">
                    <w14:contentPart bwMode="auto" r:id="rId252">
                      <w14:nvContentPartPr>
                        <w14:cNvContentPartPr/>
                      </w14:nvContentPartPr>
                      <w14:xfrm>
                        <a:off x="0" y="0"/>
                        <a:ext cx="6891840" cy="360"/>
                      </w14:xfrm>
                    </w14:contentPart>
                  </a:graphicData>
                </a:graphic>
              </wp:anchor>
            </w:drawing>
          </mc:Choice>
          <mc:Fallback>
            <w:pict>
              <v:shape w14:anchorId="65DACCA5" id="Ink 241" o:spid="_x0000_s1026" type="#_x0000_t75" style="position:absolute;margin-left:-6.85pt;margin-top:34.95pt;width:553.95pt;height:22.75pt;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">
                <v:imagedata r:id="rId253" o:title=""/>
              </v:shape>
            </w:pict>
          </mc:Fallback>
        </mc:AlternateContent>
      </w:r>
      <w:r>
        <w:rPr>
          <w:rFonts w:ascii="Segoe UI Emoji" w:eastAsia="Times New Roman" w:hAnsi="Segoe UI Emoji" w:cs="Segoe UI Emoji"/>
          <w:b/>
          <w:bCs/>
          <w:noProof/>
          <w:color w:val="002060"/>
          <w:sz w:val="36"/>
          <w:szCs w:val="36"/>
        </w:rPr>
        <mc:AlternateContent>
          <mc:Choice Requires="wpi">
            <w:drawing>
              <wp:anchor distT="0" distB="0" distL="114300" distR="114300" simplePos="0" relativeHeight="251793408" behindDoc="0" locked="0" layoutInCell="1" allowOverlap="1" wp14:anchorId="036E7094" wp14:editId="4E653819">
                <wp:simplePos x="0" y="0"/>
                <wp:positionH relativeFrom="column">
                  <wp:posOffset>-15365</wp:posOffset>
                </wp:positionH>
                <wp:positionV relativeFrom="paragraph">
                  <wp:posOffset>336114</wp:posOffset>
                </wp:positionV>
                <wp:extent cx="6892200" cy="360"/>
                <wp:effectExtent l="114300" t="190500" r="118745" b="190500"/>
                <wp:wrapNone/>
                <wp:docPr id="2093595754" name="Ink 239"/>
                <wp:cNvGraphicFramePr/>
                <a:graphic xmlns:a="http://schemas.openxmlformats.org/drawingml/2006/main">
                  <a:graphicData uri="http://schemas.microsoft.com/office/word/2010/wordprocessingInk">
                    <w14:contentPart bwMode="auto" r:id="rId254">
                      <w14:nvContentPartPr>
                        <w14:cNvContentPartPr/>
                      </w14:nvContentPartPr>
                      <w14:xfrm>
                        <a:off x="0" y="0"/>
                        <a:ext cx="6892200" cy="360"/>
                      </w14:xfrm>
                    </w14:contentPart>
                  </a:graphicData>
                </a:graphic>
              </wp:anchor>
            </w:drawing>
          </mc:Choice>
          <mc:Fallback>
            <w:pict>
              <v:shape w14:anchorId="32258626" id="Ink 239" o:spid="_x0000_s1026" type="#_x0000_t75" style="position:absolute;margin-left:-6.85pt;margin-top:15.15pt;width:554.05pt;height:22.75pt;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">
                <v:imagedata r:id="rId255" o:title=""/>
              </v:shape>
            </w:pict>
          </mc:Fallback>
        </mc:AlternateContent>
      </w:r>
      <w:r>
        <w:rPr>
          <w:rFonts w:ascii="Segoe UI Emoji" w:eastAsia="Times New Roman" w:hAnsi="Segoe UI Emoji" w:cs="Segoe UI Emoji"/>
          <w:b/>
          <w:bCs/>
          <w:noProof/>
          <w:color w:val="002060"/>
          <w:sz w:val="36"/>
          <w:szCs w:val="36"/>
        </w:rPr>
        <mc:AlternateContent>
          <mc:Choice Requires="wpi">
            <w:drawing>
              <wp:anchor distT="0" distB="0" distL="114300" distR="114300" simplePos="0" relativeHeight="251792384" behindDoc="0" locked="0" layoutInCell="1" allowOverlap="1" wp14:anchorId="62C92D70" wp14:editId="269D85D9">
                <wp:simplePos x="0" y="0"/>
                <wp:positionH relativeFrom="column">
                  <wp:posOffset>-15365</wp:posOffset>
                </wp:positionH>
                <wp:positionV relativeFrom="paragraph">
                  <wp:posOffset>85194</wp:posOffset>
                </wp:positionV>
                <wp:extent cx="6900120" cy="360"/>
                <wp:effectExtent l="114300" t="190500" r="110490" b="190500"/>
                <wp:wrapNone/>
                <wp:docPr id="385951637" name="Ink 231"/>
                <wp:cNvGraphicFramePr/>
                <a:graphic xmlns:a="http://schemas.openxmlformats.org/drawingml/2006/main">
                  <a:graphicData uri="http://schemas.microsoft.com/office/word/2010/wordprocessingInk">
                    <w14:contentPart bwMode="auto" r:id="rId256">
                      <w14:nvContentPartPr>
                        <w14:cNvContentPartPr/>
                      </w14:nvContentPartPr>
                      <w14:xfrm>
                        <a:off x="0" y="0"/>
                        <a:ext cx="6900120" cy="360"/>
                      </w14:xfrm>
                    </w14:contentPart>
                  </a:graphicData>
                </a:graphic>
              </wp:anchor>
            </w:drawing>
          </mc:Choice>
          <mc:Fallback>
            <w:pict>
              <v:shape w14:anchorId="2BB8FB95" id="Ink 231" o:spid="_x0000_s1026" type="#_x0000_t75" style="position:absolute;margin-left:-6.85pt;margin-top:-4.65pt;width:554.65pt;height:22.75pt;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">
                <v:imagedata r:id="rId257" o:title=""/>
              </v:shape>
            </w:pict>
          </mc:Fallback>
        </mc:AlternateContent>
      </w:r>
      <w:r w:rsidR="003841FB" w:rsidRPr="001C6094">
        <w:rPr>
          <w:rFonts w:ascii="Segoe UI Emoji" w:eastAsia="Times New Roman" w:hAnsi="Segoe UI Emoji" w:cs="Segoe UI Emoji"/>
          <w:b/>
          <w:bCs/>
          <w:color w:val="002060"/>
          <w:sz w:val="36"/>
          <w:szCs w:val="36"/>
        </w:rPr>
        <w:t>🔺</w:t>
      </w:r>
      <w:r w:rsidR="003841FB" w:rsidRPr="001C6094">
        <w:rPr>
          <w:rFonts w:ascii="Georgia" w:eastAsia="Times New Roman" w:hAnsi="Georgia" w:cs="Times New Roman"/>
          <w:b/>
          <w:bCs/>
          <w:color w:val="002060"/>
          <w:sz w:val="36"/>
          <w:szCs w:val="36"/>
        </w:rPr>
        <w:t xml:space="preserve"> Donate or Sponsor Today</w:t>
      </w:r>
    </w:p>
    <w:p w14:paraId="1414A2B0" w14:textId="272DF726" w:rsidR="003841FB" w:rsidRPr="00EC1ADD" w:rsidRDefault="00053262" w:rsidP="003841FB">
      <w:pPr>
        <w:spacing w:before="100" w:beforeAutospacing="1" w:after="0" w:line="360" w:lineRule="auto"/>
        <w:rPr>
          <w:rFonts w:ascii="Georgia" w:eastAsia="Times New Roman" w:hAnsi="Georgia" w:cs="Times New Roman"/>
          <w:b/>
          <w:bCs/>
          <w:color w:val="002060"/>
          <w:sz w:val="28"/>
          <w:szCs w:val="28"/>
        </w:rPr>
      </w:pPr>
      <w:r>
        <w:rPr>
          <w:rFonts w:ascii="Georgia" w:eastAsia="Times New Roman" w:hAnsi="Georgia" w:cs="Times New Roman"/>
          <w:noProof/>
          <w:color w:val="002060"/>
          <w:sz w:val="28"/>
          <w:szCs w:val="28"/>
        </w:rPr>
        <mc:AlternateContent>
          <mc:Choice Requires="wpi">
            <w:drawing>
              <wp:anchor distT="0" distB="0" distL="114300" distR="114300" simplePos="0" relativeHeight="251799552" behindDoc="0" locked="0" layoutInCell="1" allowOverlap="1" wp14:anchorId="296F3171" wp14:editId="04EB48FC">
                <wp:simplePos x="0" y="0"/>
                <wp:positionH relativeFrom="column">
                  <wp:posOffset>-15365</wp:posOffset>
                </wp:positionH>
                <wp:positionV relativeFrom="paragraph">
                  <wp:posOffset>1143709</wp:posOffset>
                </wp:positionV>
                <wp:extent cx="6906240" cy="360"/>
                <wp:effectExtent l="114300" t="190500" r="123825" b="190500"/>
                <wp:wrapNone/>
                <wp:docPr id="916777446" name="Ink 250"/>
                <wp:cNvGraphicFramePr/>
                <a:graphic xmlns:a="http://schemas.openxmlformats.org/drawingml/2006/main">
                  <a:graphicData uri="http://schemas.microsoft.com/office/word/2010/wordprocessingInk">
                    <w14:contentPart bwMode="auto" r:id="rId258">
                      <w14:nvContentPartPr>
                        <w14:cNvContentPartPr/>
                      </w14:nvContentPartPr>
                      <w14:xfrm>
                        <a:off x="0" y="0"/>
                        <a:ext cx="6906240" cy="360"/>
                      </w14:xfrm>
                    </w14:contentPart>
                  </a:graphicData>
                </a:graphic>
              </wp:anchor>
            </w:drawing>
          </mc:Choice>
          <mc:Fallback>
            <w:pict>
              <v:shape w14:anchorId="4D75ABA8" id="Ink 250" o:spid="_x0000_s1026" type="#_x0000_t75" style="position:absolute;margin-left:-6.85pt;margin-top:78.7pt;width:555.15pt;height:22.75pt;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">
                <v:imagedata r:id="rId259" o:title=""/>
              </v:shape>
            </w:pict>
          </mc:Fallback>
        </mc:AlternateContent>
      </w:r>
      <w:r>
        <w:rPr>
          <w:rFonts w:ascii="Georgia" w:eastAsia="Times New Roman" w:hAnsi="Georgia" w:cs="Times New Roman"/>
          <w:noProof/>
          <w:color w:val="002060"/>
          <w:sz w:val="28"/>
          <w:szCs w:val="28"/>
        </w:rPr>
        <mc:AlternateContent>
          <mc:Choice Requires="wpi">
            <w:drawing>
              <wp:anchor distT="0" distB="0" distL="114300" distR="114300" simplePos="0" relativeHeight="251798528" behindDoc="0" locked="0" layoutInCell="1" allowOverlap="1" wp14:anchorId="2F04D414" wp14:editId="649107F7">
                <wp:simplePos x="0" y="0"/>
                <wp:positionH relativeFrom="column">
                  <wp:posOffset>-15365</wp:posOffset>
                </wp:positionH>
                <wp:positionV relativeFrom="paragraph">
                  <wp:posOffset>932389</wp:posOffset>
                </wp:positionV>
                <wp:extent cx="6894000" cy="360"/>
                <wp:effectExtent l="114300" t="190500" r="116840" b="190500"/>
                <wp:wrapNone/>
                <wp:docPr id="1304897539" name="Ink 249"/>
                <wp:cNvGraphicFramePr/>
                <a:graphic xmlns:a="http://schemas.openxmlformats.org/drawingml/2006/main">
                  <a:graphicData uri="http://schemas.microsoft.com/office/word/2010/wordprocessingInk">
                    <w14:contentPart bwMode="auto" r:id="rId260">
                      <w14:nvContentPartPr>
                        <w14:cNvContentPartPr/>
                      </w14:nvContentPartPr>
                      <w14:xfrm>
                        <a:off x="0" y="0"/>
                        <a:ext cx="6894000" cy="360"/>
                      </w14:xfrm>
                    </w14:contentPart>
                  </a:graphicData>
                </a:graphic>
              </wp:anchor>
            </w:drawing>
          </mc:Choice>
          <mc:Fallback>
            <w:pict>
              <v:shape w14:anchorId="530C461F" id="Ink 249" o:spid="_x0000_s1026" type="#_x0000_t75" style="position:absolute;margin-left:-6.85pt;margin-top:62.1pt;width:554.2pt;height:22.75pt;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">
                <v:imagedata r:id="rId261" o:title=""/>
              </v:shape>
            </w:pict>
          </mc:Fallback>
        </mc:AlternateContent>
      </w:r>
      <w:r>
        <w:rPr>
          <w:rFonts w:ascii="Georgia" w:eastAsia="Times New Roman" w:hAnsi="Georgia" w:cs="Times New Roman"/>
          <w:noProof/>
          <w:color w:val="002060"/>
          <w:sz w:val="28"/>
          <w:szCs w:val="28"/>
        </w:rPr>
        <mc:AlternateContent>
          <mc:Choice Requires="wpi">
            <w:drawing>
              <wp:anchor distT="0" distB="0" distL="114300" distR="114300" simplePos="0" relativeHeight="251797504" behindDoc="0" locked="0" layoutInCell="1" allowOverlap="1" wp14:anchorId="7D04B9E3" wp14:editId="3051DCE0">
                <wp:simplePos x="0" y="0"/>
                <wp:positionH relativeFrom="column">
                  <wp:posOffset>-15365</wp:posOffset>
                </wp:positionH>
                <wp:positionV relativeFrom="paragraph">
                  <wp:posOffset>711349</wp:posOffset>
                </wp:positionV>
                <wp:extent cx="6890040" cy="360"/>
                <wp:effectExtent l="114300" t="190500" r="120650" b="190500"/>
                <wp:wrapNone/>
                <wp:docPr id="1097893237" name="Ink 248"/>
                <wp:cNvGraphicFramePr/>
                <a:graphic xmlns:a="http://schemas.openxmlformats.org/drawingml/2006/main">
                  <a:graphicData uri="http://schemas.microsoft.com/office/word/2010/wordprocessingInk">
                    <w14:contentPart bwMode="auto" r:id="rId262">
                      <w14:nvContentPartPr>
                        <w14:cNvContentPartPr/>
                      </w14:nvContentPartPr>
                      <w14:xfrm>
                        <a:off x="0" y="0"/>
                        <a:ext cx="6890040" cy="360"/>
                      </w14:xfrm>
                    </w14:contentPart>
                  </a:graphicData>
                </a:graphic>
              </wp:anchor>
            </w:drawing>
          </mc:Choice>
          <mc:Fallback>
            <w:pict>
              <v:shape w14:anchorId="74BDBF76" id="Ink 248" o:spid="_x0000_s1026" type="#_x0000_t75" style="position:absolute;margin-left:-6.85pt;margin-top:44.7pt;width:553.85pt;height:22.75pt;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">
                <v:imagedata r:id="rId263" o:title=""/>
              </v:shape>
            </w:pict>
          </mc:Fallback>
        </mc:AlternateContent>
      </w:r>
      <w:r>
        <w:rPr>
          <w:rFonts w:ascii="Georgia" w:eastAsia="Times New Roman" w:hAnsi="Georgia" w:cs="Times New Roman"/>
          <w:noProof/>
          <w:color w:val="002060"/>
          <w:sz w:val="28"/>
          <w:szCs w:val="28"/>
        </w:rPr>
        <mc:AlternateContent>
          <mc:Choice Requires="wpi">
            <w:drawing>
              <wp:anchor distT="0" distB="0" distL="114300" distR="114300" simplePos="0" relativeHeight="251796480" behindDoc="0" locked="0" layoutInCell="1" allowOverlap="1" wp14:anchorId="22F27009" wp14:editId="433988A9">
                <wp:simplePos x="0" y="0"/>
                <wp:positionH relativeFrom="column">
                  <wp:posOffset>-15365</wp:posOffset>
                </wp:positionH>
                <wp:positionV relativeFrom="paragraph">
                  <wp:posOffset>430189</wp:posOffset>
                </wp:positionV>
                <wp:extent cx="6894360" cy="360"/>
                <wp:effectExtent l="114300" t="190500" r="116205" b="190500"/>
                <wp:wrapNone/>
                <wp:docPr id="585729452" name="Ink 245"/>
                <wp:cNvGraphicFramePr/>
                <a:graphic xmlns:a="http://schemas.openxmlformats.org/drawingml/2006/main">
                  <a:graphicData uri="http://schemas.microsoft.com/office/word/2010/wordprocessingInk">
                    <w14:contentPart bwMode="auto" r:id="rId264">
                      <w14:nvContentPartPr>
                        <w14:cNvContentPartPr/>
                      </w14:nvContentPartPr>
                      <w14:xfrm>
                        <a:off x="0" y="0"/>
                        <a:ext cx="6894360" cy="360"/>
                      </w14:xfrm>
                    </w14:contentPart>
                  </a:graphicData>
                </a:graphic>
              </wp:anchor>
            </w:drawing>
          </mc:Choice>
          <mc:Fallback>
            <w:pict>
              <v:shape w14:anchorId="249083B4" id="Ink 245" o:spid="_x0000_s1026" type="#_x0000_t75" style="position:absolute;margin-left:-6.85pt;margin-top:22.5pt;width:554.15pt;height:22.75pt;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">
                <v:imagedata r:id="rId265" o:title=""/>
              </v:shape>
            </w:pict>
          </mc:Fallback>
        </mc:AlternateContent>
      </w:r>
      <w:r>
        <w:rPr>
          <w:rFonts w:ascii="Georgia" w:eastAsia="Times New Roman" w:hAnsi="Georgia" w:cs="Times New Roman"/>
          <w:noProof/>
          <w:color w:val="002060"/>
          <w:sz w:val="28"/>
          <w:szCs w:val="28"/>
        </w:rPr>
        <mc:AlternateContent>
          <mc:Choice Requires="wpi">
            <w:drawing>
              <wp:anchor distT="0" distB="0" distL="114300" distR="114300" simplePos="0" relativeHeight="251795456" behindDoc="0" locked="0" layoutInCell="1" allowOverlap="1" wp14:anchorId="09BF1786" wp14:editId="63ECB71A">
                <wp:simplePos x="0" y="0"/>
                <wp:positionH relativeFrom="column">
                  <wp:posOffset>-15365</wp:posOffset>
                </wp:positionH>
                <wp:positionV relativeFrom="paragraph">
                  <wp:posOffset>178909</wp:posOffset>
                </wp:positionV>
                <wp:extent cx="6904440" cy="360"/>
                <wp:effectExtent l="114300" t="190500" r="125095" b="190500"/>
                <wp:wrapNone/>
                <wp:docPr id="824007422" name="Ink 242"/>
                <wp:cNvGraphicFramePr/>
                <a:graphic xmlns:a="http://schemas.openxmlformats.org/drawingml/2006/main">
                  <a:graphicData uri="http://schemas.microsoft.com/office/word/2010/wordprocessingInk">
                    <w14:contentPart bwMode="auto" r:id="rId266">
                      <w14:nvContentPartPr>
                        <w14:cNvContentPartPr/>
                      </w14:nvContentPartPr>
                      <w14:xfrm>
                        <a:off x="0" y="0"/>
                        <a:ext cx="6904440" cy="360"/>
                      </w14:xfrm>
                    </w14:contentPart>
                  </a:graphicData>
                </a:graphic>
              </wp:anchor>
            </w:drawing>
          </mc:Choice>
          <mc:Fallback>
            <w:pict>
              <v:shape w14:anchorId="200C83E5" id="Ink 242" o:spid="_x0000_s1026" type="#_x0000_t75" style="position:absolute;margin-left:-6.85pt;margin-top:2.8pt;width:554.95pt;height:22.75pt;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">
                <v:imagedata r:id="rId267" o:title=""/>
              </v:shape>
            </w:pict>
          </mc:Fallback>
        </mc:AlternateContent>
      </w:r>
      <w:r w:rsidR="003841FB" w:rsidRPr="00EC1ADD">
        <w:rPr>
          <w:rFonts w:ascii="Georgia" w:eastAsia="Times New Roman" w:hAnsi="Georgia" w:cs="Times New Roman"/>
          <w:color w:val="002060"/>
          <w:sz w:val="28"/>
          <w:szCs w:val="28"/>
        </w:rPr>
        <w:t xml:space="preserve">• </w:t>
      </w:r>
      <w:r w:rsidR="003841FB" w:rsidRPr="00EC1ADD">
        <w:rPr>
          <w:rFonts w:ascii="Segoe UI Emoji" w:eastAsia="Times New Roman" w:hAnsi="Segoe UI Emoji" w:cs="Segoe UI Emoji"/>
          <w:color w:val="002060"/>
          <w:sz w:val="28"/>
          <w:szCs w:val="28"/>
        </w:rPr>
        <w:t>🌐</w:t>
      </w:r>
      <w:r w:rsidR="003841FB" w:rsidRPr="00EC1ADD">
        <w:rPr>
          <w:rFonts w:ascii="Georgia" w:eastAsia="Times New Roman" w:hAnsi="Georgia" w:cs="Times New Roman"/>
          <w:color w:val="002060"/>
          <w:sz w:val="28"/>
          <w:szCs w:val="28"/>
        </w:rPr>
        <w:t xml:space="preserve"> </w:t>
      </w:r>
      <w:r w:rsidR="003841FB" w:rsidRPr="00EC1ADD">
        <w:rPr>
          <w:rFonts w:ascii="Georgia" w:eastAsia="Times New Roman" w:hAnsi="Georgia" w:cs="Times New Roman"/>
          <w:b/>
          <w:bCs/>
          <w:color w:val="002060"/>
          <w:sz w:val="28"/>
          <w:szCs w:val="28"/>
        </w:rPr>
        <w:t xml:space="preserve">Online: </w:t>
      </w:r>
      <w:r w:rsidR="001B2670" w:rsidRPr="001B2670">
        <w:rPr>
          <w:rFonts w:ascii="Georgia" w:eastAsia="Times New Roman" w:hAnsi="Georgia" w:cs="Times New Roman"/>
          <w:b/>
          <w:bCs/>
          <w:i/>
          <w:iCs/>
          <w:sz w:val="28"/>
          <w:szCs w:val="28"/>
        </w:rPr>
        <w:t>therejoycefoundation.com</w:t>
      </w:r>
      <w:r w:rsidR="003841FB" w:rsidRPr="001B2670">
        <w:rPr>
          <w:rFonts w:ascii="Georgia" w:eastAsia="Times New Roman" w:hAnsi="Georgia" w:cs="Times New Roman"/>
          <w:b/>
          <w:bCs/>
          <w:i/>
          <w:iCs/>
          <w:sz w:val="28"/>
          <w:szCs w:val="28"/>
        </w:rPr>
        <w:br/>
      </w:r>
      <w:r w:rsidR="003841FB" w:rsidRPr="00EC1ADD">
        <w:rPr>
          <w:rFonts w:ascii="Georgia" w:eastAsia="Times New Roman" w:hAnsi="Georgia" w:cs="Times New Roman"/>
          <w:b/>
          <w:bCs/>
          <w:color w:val="002060"/>
          <w:sz w:val="28"/>
          <w:szCs w:val="28"/>
        </w:rPr>
        <w:t xml:space="preserve">• </w:t>
      </w:r>
      <w:r w:rsidR="003841FB" w:rsidRPr="00EC1ADD">
        <w:rPr>
          <w:rFonts w:ascii="Segoe UI Emoji" w:eastAsia="Times New Roman" w:hAnsi="Segoe UI Emoji" w:cs="Segoe UI Emoji"/>
          <w:b/>
          <w:bCs/>
          <w:color w:val="002060"/>
          <w:sz w:val="28"/>
          <w:szCs w:val="28"/>
        </w:rPr>
        <w:t>✉️</w:t>
      </w:r>
      <w:r w:rsidR="003841FB" w:rsidRPr="00EC1ADD">
        <w:rPr>
          <w:rFonts w:ascii="Georgia" w:eastAsia="Times New Roman" w:hAnsi="Georgia" w:cs="Times New Roman"/>
          <w:b/>
          <w:bCs/>
          <w:color w:val="002060"/>
          <w:sz w:val="28"/>
          <w:szCs w:val="28"/>
        </w:rPr>
        <w:t xml:space="preserve"> Mail: 4909 Oldfort Hill Drive Austin, Texas 78721</w:t>
      </w:r>
      <w:r w:rsidR="003841FB" w:rsidRPr="00EC1ADD">
        <w:rPr>
          <w:rFonts w:ascii="Georgia" w:eastAsia="Times New Roman" w:hAnsi="Georgia" w:cs="Times New Roman"/>
          <w:b/>
          <w:bCs/>
          <w:color w:val="002060"/>
          <w:sz w:val="28"/>
          <w:szCs w:val="28"/>
        </w:rPr>
        <w:br/>
        <w:t xml:space="preserve">• </w:t>
      </w:r>
      <w:r w:rsidR="003841FB" w:rsidRPr="00EC1ADD">
        <w:rPr>
          <w:rFonts w:ascii="Segoe UI Emoji" w:eastAsia="Times New Roman" w:hAnsi="Segoe UI Emoji" w:cs="Segoe UI Emoji"/>
          <w:b/>
          <w:bCs/>
          <w:color w:val="002060"/>
          <w:sz w:val="28"/>
          <w:szCs w:val="28"/>
        </w:rPr>
        <w:t>📞</w:t>
      </w:r>
      <w:r w:rsidR="003841FB" w:rsidRPr="00EC1ADD">
        <w:rPr>
          <w:rFonts w:ascii="Georgia" w:eastAsia="Times New Roman" w:hAnsi="Georgia" w:cs="Times New Roman"/>
          <w:b/>
          <w:bCs/>
          <w:color w:val="002060"/>
          <w:sz w:val="28"/>
          <w:szCs w:val="28"/>
        </w:rPr>
        <w:t xml:space="preserve"> Phone: Rickye Henderson — (512) 788-2703</w:t>
      </w:r>
      <w:r w:rsidR="003841FB" w:rsidRPr="00EC1ADD">
        <w:rPr>
          <w:rFonts w:ascii="Georgia" w:eastAsia="Times New Roman" w:hAnsi="Georgia" w:cs="Times New Roman"/>
          <w:b/>
          <w:bCs/>
          <w:color w:val="002060"/>
          <w:sz w:val="28"/>
          <w:szCs w:val="28"/>
        </w:rPr>
        <w:br/>
        <w:t xml:space="preserve">• </w:t>
      </w:r>
      <w:r w:rsidR="003841FB" w:rsidRPr="00EC1ADD">
        <w:rPr>
          <w:rFonts w:ascii="Segoe UI Emoji" w:eastAsia="Times New Roman" w:hAnsi="Segoe UI Emoji" w:cs="Segoe UI Emoji"/>
          <w:b/>
          <w:bCs/>
          <w:color w:val="002060"/>
          <w:sz w:val="28"/>
          <w:szCs w:val="28"/>
        </w:rPr>
        <w:t>📧</w:t>
      </w:r>
      <w:r w:rsidR="003841FB" w:rsidRPr="00EC1ADD">
        <w:rPr>
          <w:rFonts w:ascii="Georgia" w:eastAsia="Times New Roman" w:hAnsi="Georgia" w:cs="Times New Roman"/>
          <w:b/>
          <w:bCs/>
          <w:color w:val="002060"/>
          <w:sz w:val="28"/>
          <w:szCs w:val="28"/>
        </w:rPr>
        <w:t xml:space="preserve"> Email: rickye1@sbcglobal.net</w:t>
      </w:r>
    </w:p>
    <w:p w14:paraId="76B1E551" w14:textId="40DF92A6" w:rsidR="003841FB" w:rsidRDefault="00053262" w:rsidP="003841FB">
      <w:pPr>
        <w:spacing w:after="0" w:line="360" w:lineRule="auto"/>
        <w:rPr>
          <w:rFonts w:ascii="Georgia" w:eastAsia="Times New Roman" w:hAnsi="Georgia" w:cs="Times New Roman"/>
          <w:b/>
          <w:bCs/>
          <w:color w:val="002060"/>
          <w:sz w:val="24"/>
          <w:szCs w:val="24"/>
        </w:rPr>
      </w:pPr>
      <w:r>
        <w:rPr>
          <w:rFonts w:ascii="Georgia" w:eastAsia="Times New Roman" w:hAnsi="Georgia" w:cs="Times New Roman"/>
          <w:b/>
          <w:bCs/>
          <w:noProof/>
          <w:color w:val="002060"/>
          <w:sz w:val="24"/>
          <w:szCs w:val="24"/>
        </w:rPr>
        <mc:AlternateContent>
          <mc:Choice Requires="wpi">
            <w:drawing>
              <wp:anchor distT="0" distB="0" distL="114300" distR="114300" simplePos="0" relativeHeight="251800576" behindDoc="0" locked="0" layoutInCell="1" allowOverlap="1" wp14:anchorId="5C09BAB4" wp14:editId="7E313347">
                <wp:simplePos x="0" y="0"/>
                <wp:positionH relativeFrom="column">
                  <wp:posOffset>-25085</wp:posOffset>
                </wp:positionH>
                <wp:positionV relativeFrom="paragraph">
                  <wp:posOffset>6279</wp:posOffset>
                </wp:positionV>
                <wp:extent cx="6912360" cy="360"/>
                <wp:effectExtent l="114300" t="190500" r="117475" b="190500"/>
                <wp:wrapNone/>
                <wp:docPr id="1884840489" name="Ink 251"/>
                <wp:cNvGraphicFramePr/>
                <a:graphic xmlns:a="http://schemas.openxmlformats.org/drawingml/2006/main">
                  <a:graphicData uri="http://schemas.microsoft.com/office/word/2010/wordprocessingInk">
                    <w14:contentPart bwMode="auto" r:id="rId268">
                      <w14:nvContentPartPr>
                        <w14:cNvContentPartPr/>
                      </w14:nvContentPartPr>
                      <w14:xfrm>
                        <a:off x="0" y="0"/>
                        <a:ext cx="6912360" cy="360"/>
                      </w14:xfrm>
                    </w14:contentPart>
                  </a:graphicData>
                </a:graphic>
              </wp:anchor>
            </w:drawing>
          </mc:Choice>
          <mc:Fallback>
            <w:pict>
              <v:shape w14:anchorId="1FC4905C" id="Ink 251" o:spid="_x0000_s1026" type="#_x0000_t75" style="position:absolute;margin-left:-7.65pt;margin-top:-10.8pt;width:555.65pt;height:22.75pt;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">
                <v:imagedata r:id="rId269" o:title=""/>
              </v:shape>
            </w:pict>
          </mc:Fallback>
        </mc:AlternateContent>
      </w:r>
      <w:r w:rsidR="00000000">
        <w:rPr>
          <w:rFonts w:ascii="Georgia" w:eastAsia="Times New Roman" w:hAnsi="Georgia" w:cs="Times New Roman"/>
          <w:b/>
          <w:bCs/>
          <w:color w:val="002060"/>
          <w:sz w:val="24"/>
          <w:szCs w:val="24"/>
        </w:rPr>
        <w:pict w14:anchorId="29E5D519">
          <v:rect id="_x0000_i1028" style="width:0;height:1.5pt" o:hralign="center" o:bullet="t" o:hrstd="t" o:hr="t" fillcolor="#a0a0a0" stroked="f"/>
        </w:pict>
      </w:r>
    </w:p>
    <w:p w14:paraId="2DEEFEB9" w14:textId="1E1762CA" w:rsidR="003841FB" w:rsidRPr="00EC1ADD" w:rsidRDefault="003841FB" w:rsidP="003841FB">
      <w:pPr>
        <w:spacing w:before="100" w:beforeAutospacing="1" w:after="100" w:afterAutospacing="1" w:line="240" w:lineRule="auto"/>
        <w:jc w:val="center"/>
        <w:outlineLvl w:val="1"/>
        <w:rPr>
          <w:rFonts w:ascii="Georgia" w:eastAsia="Times New Roman" w:hAnsi="Georgia" w:cs="Times New Roman"/>
          <w:b/>
          <w:bCs/>
          <w:color w:val="002060"/>
          <w:sz w:val="36"/>
          <w:szCs w:val="36"/>
        </w:rPr>
      </w:pPr>
      <w:r w:rsidRPr="001C6094">
        <w:rPr>
          <w:rFonts w:ascii="Georgia" w:eastAsia="Times New Roman" w:hAnsi="Georgia" w:cs="Times New Roman"/>
          <w:b/>
          <w:bCs/>
          <w:color w:val="002060"/>
          <w:sz w:val="36"/>
          <w:szCs w:val="36"/>
        </w:rPr>
        <w:t xml:space="preserve"> Slogan</w:t>
      </w:r>
    </w:p>
    <w:p w14:paraId="44AED587" w14:textId="77777777" w:rsidR="003841FB" w:rsidRPr="00EC1ADD" w:rsidRDefault="003841FB" w:rsidP="009E7324">
      <w:pPr>
        <w:spacing w:before="100" w:beforeAutospacing="1" w:after="100" w:afterAutospacing="1" w:line="240" w:lineRule="auto"/>
        <w:jc w:val="center"/>
        <w:rPr>
          <w:rFonts w:ascii="Georgia" w:eastAsia="Times New Roman" w:hAnsi="Georgia" w:cs="Times New Roman"/>
          <w:color w:val="002060"/>
          <w:sz w:val="28"/>
          <w:szCs w:val="28"/>
        </w:rPr>
      </w:pPr>
      <w:r w:rsidRPr="00EC1ADD">
        <w:rPr>
          <w:rFonts w:ascii="Georgia" w:eastAsia="Times New Roman" w:hAnsi="Georgia" w:cs="Times New Roman"/>
          <w:b/>
          <w:bCs/>
          <w:color w:val="002060"/>
          <w:sz w:val="28"/>
          <w:szCs w:val="28"/>
        </w:rPr>
        <w:t>"One Community. One Mission. Every Child Protected."</w:t>
      </w:r>
    </w:p>
    <w:p w14:paraId="0242649D" w14:textId="77777777" w:rsidR="003841FB" w:rsidRPr="00EC1ADD" w:rsidRDefault="00000000" w:rsidP="003841FB">
      <w:pPr>
        <w:spacing w:after="0" w:line="240" w:lineRule="auto"/>
        <w:rPr>
          <w:rFonts w:ascii="Georgia" w:eastAsia="Times New Roman" w:hAnsi="Georgia" w:cs="Times New Roman"/>
          <w:color w:val="002060"/>
          <w:sz w:val="24"/>
          <w:szCs w:val="24"/>
        </w:rPr>
      </w:pPr>
      <w:r>
        <w:rPr>
          <w:rFonts w:ascii="Georgia" w:eastAsia="Times New Roman" w:hAnsi="Georgia" w:cs="Times New Roman"/>
          <w:color w:val="002060"/>
          <w:sz w:val="24"/>
          <w:szCs w:val="24"/>
        </w:rPr>
        <w:pict w14:anchorId="712CED55">
          <v:rect id="_x0000_i1029" style="width:0;height:1.5pt" o:hralign="center" o:hrstd="t" o:hr="t" fillcolor="#a0a0a0" stroked="f"/>
        </w:pict>
      </w:r>
    </w:p>
    <w:p w14:paraId="481A9E9F" w14:textId="77777777" w:rsidR="003841FB" w:rsidRPr="00EC1ADD" w:rsidRDefault="003841FB" w:rsidP="003841FB">
      <w:pPr>
        <w:spacing w:before="100" w:beforeAutospacing="1" w:after="100" w:afterAutospacing="1" w:line="240" w:lineRule="auto"/>
        <w:jc w:val="center"/>
        <w:outlineLvl w:val="1"/>
        <w:rPr>
          <w:rFonts w:ascii="Georgia" w:eastAsia="Times New Roman" w:hAnsi="Georgia" w:cs="Times New Roman"/>
          <w:b/>
          <w:bCs/>
          <w:color w:val="002060"/>
          <w:sz w:val="36"/>
          <w:szCs w:val="36"/>
        </w:rPr>
      </w:pPr>
      <w:r w:rsidRPr="001C6094">
        <w:rPr>
          <w:rFonts w:ascii="Segoe UI Emoji" w:eastAsia="Times New Roman" w:hAnsi="Segoe UI Emoji" w:cs="Segoe UI Emoji"/>
          <w:b/>
          <w:bCs/>
          <w:color w:val="002060"/>
          <w:sz w:val="36"/>
          <w:szCs w:val="36"/>
        </w:rPr>
        <w:t>💬</w:t>
      </w:r>
      <w:r w:rsidRPr="001C6094">
        <w:rPr>
          <w:rFonts w:ascii="Georgia" w:eastAsia="Times New Roman" w:hAnsi="Georgia" w:cs="Times New Roman"/>
          <w:b/>
          <w:bCs/>
          <w:color w:val="002060"/>
          <w:sz w:val="36"/>
          <w:szCs w:val="36"/>
        </w:rPr>
        <w:t xml:space="preserve"> Final Words</w:t>
      </w:r>
    </w:p>
    <w:p w14:paraId="40440D76" w14:textId="77777777" w:rsidR="003841FB" w:rsidRPr="00942A4F" w:rsidRDefault="003841FB" w:rsidP="00053262">
      <w:pPr>
        <w:spacing w:beforeAutospacing="1" w:after="100" w:afterAutospacing="1" w:line="360" w:lineRule="auto"/>
        <w:jc w:val="center"/>
        <w:rPr>
          <w:rFonts w:ascii="Georgia" w:eastAsia="Times New Roman" w:hAnsi="Georgia" w:cs="Times New Roman"/>
          <w:b/>
          <w:bCs/>
          <w:color w:val="002060"/>
          <w:sz w:val="24"/>
          <w:szCs w:val="24"/>
        </w:rPr>
      </w:pPr>
      <w:r w:rsidRPr="00942A4F">
        <w:rPr>
          <w:rFonts w:ascii="Georgia" w:eastAsia="Times New Roman" w:hAnsi="Georgia" w:cs="Times New Roman"/>
          <w:b/>
          <w:bCs/>
          <w:i/>
          <w:iCs/>
          <w:color w:val="002060"/>
          <w:sz w:val="24"/>
          <w:szCs w:val="24"/>
        </w:rPr>
        <w:t>"When you invest in children, you invest in the future. Every child we save today becomes a generation we heal tomorrow."</w:t>
      </w:r>
    </w:p>
    <w:p w14:paraId="0DC52E3A" w14:textId="77777777" w:rsidR="003841FB" w:rsidRPr="00942A4F" w:rsidRDefault="003841FB" w:rsidP="00053262">
      <w:pPr>
        <w:spacing w:before="100" w:beforeAutospacing="1" w:after="100" w:afterAutospacing="1" w:line="240" w:lineRule="auto"/>
        <w:jc w:val="center"/>
        <w:rPr>
          <w:rFonts w:ascii="Georgia" w:eastAsia="Times New Roman" w:hAnsi="Georgia" w:cs="Times New Roman"/>
          <w:color w:val="002060"/>
          <w:sz w:val="24"/>
          <w:szCs w:val="24"/>
        </w:rPr>
      </w:pPr>
      <w:r w:rsidRPr="00942A4F">
        <w:rPr>
          <w:rFonts w:ascii="Segoe UI Emoji" w:eastAsia="Times New Roman" w:hAnsi="Segoe UI Emoji" w:cs="Segoe UI Emoji"/>
          <w:color w:val="002060"/>
          <w:sz w:val="24"/>
          <w:szCs w:val="24"/>
        </w:rPr>
        <w:t>🌟</w:t>
      </w:r>
      <w:r w:rsidRPr="00942A4F">
        <w:rPr>
          <w:rFonts w:ascii="Georgia" w:eastAsia="Times New Roman" w:hAnsi="Georgia" w:cs="Times New Roman"/>
          <w:color w:val="002060"/>
          <w:sz w:val="24"/>
          <w:szCs w:val="24"/>
        </w:rPr>
        <w:t xml:space="preserve"> </w:t>
      </w:r>
      <w:r w:rsidRPr="00942A4F">
        <w:rPr>
          <w:rFonts w:ascii="Georgia" w:eastAsia="Times New Roman" w:hAnsi="Georgia" w:cs="Times New Roman"/>
          <w:b/>
          <w:bCs/>
          <w:color w:val="002060"/>
          <w:sz w:val="24"/>
          <w:szCs w:val="24"/>
        </w:rPr>
        <w:t>Be the Spark. Be the Change. Join Operation Child Outreach.</w:t>
      </w:r>
    </w:p>
    <w:p w14:paraId="608B300C" w14:textId="77777777" w:rsidR="003841FB" w:rsidRPr="00942A4F" w:rsidRDefault="00000000" w:rsidP="003841FB">
      <w:pPr>
        <w:spacing w:after="0" w:line="240" w:lineRule="auto"/>
        <w:rPr>
          <w:rFonts w:ascii="Georgia" w:eastAsia="Times New Roman" w:hAnsi="Georgia" w:cs="Times New Roman"/>
          <w:color w:val="002060"/>
          <w:sz w:val="24"/>
          <w:szCs w:val="24"/>
        </w:rPr>
      </w:pPr>
      <w:r>
        <w:rPr>
          <w:rFonts w:ascii="Georgia" w:eastAsia="Times New Roman" w:hAnsi="Georgia" w:cs="Times New Roman"/>
          <w:color w:val="002060"/>
          <w:sz w:val="24"/>
          <w:szCs w:val="24"/>
        </w:rPr>
        <w:pict w14:anchorId="6399BA22">
          <v:rect id="_x0000_i1030" style="width:0;height:1.5pt" o:hralign="center" o:hrstd="t" o:hr="t" fillcolor="#a0a0a0" stroked="f"/>
        </w:pict>
      </w:r>
    </w:p>
    <w:p w14:paraId="56BF396A" w14:textId="77777777" w:rsidR="003841FB" w:rsidRPr="00EC1ADD" w:rsidRDefault="003841FB" w:rsidP="003841FB">
      <w:pPr>
        <w:spacing w:before="100" w:beforeAutospacing="1" w:after="100" w:afterAutospacing="1" w:line="240" w:lineRule="auto"/>
        <w:jc w:val="center"/>
        <w:outlineLvl w:val="1"/>
        <w:rPr>
          <w:rFonts w:ascii="Georgia" w:eastAsia="Times New Roman" w:hAnsi="Georgia" w:cs="Times New Roman"/>
          <w:b/>
          <w:bCs/>
          <w:color w:val="002060"/>
          <w:sz w:val="36"/>
          <w:szCs w:val="36"/>
        </w:rPr>
      </w:pPr>
      <w:r w:rsidRPr="001C6094">
        <w:rPr>
          <w:rFonts w:ascii="Segoe UI Emoji" w:eastAsia="Times New Roman" w:hAnsi="Segoe UI Emoji" w:cs="Segoe UI Emoji"/>
          <w:b/>
          <w:bCs/>
          <w:color w:val="002060"/>
          <w:sz w:val="36"/>
          <w:szCs w:val="36"/>
        </w:rPr>
        <w:t>🎉</w:t>
      </w:r>
      <w:r w:rsidRPr="001C6094">
        <w:rPr>
          <w:rFonts w:ascii="Georgia" w:eastAsia="Times New Roman" w:hAnsi="Georgia" w:cs="Times New Roman"/>
          <w:b/>
          <w:bCs/>
          <w:color w:val="002060"/>
          <w:sz w:val="36"/>
          <w:szCs w:val="36"/>
        </w:rPr>
        <w:t xml:space="preserve"> Don’t Miss It!</w:t>
      </w:r>
    </w:p>
    <w:p w14:paraId="010A776C" w14:textId="77777777" w:rsidR="003841FB" w:rsidRDefault="003841FB" w:rsidP="00053262">
      <w:pPr>
        <w:spacing w:before="100" w:beforeAutospacing="1" w:after="100" w:afterAutospacing="1" w:line="240" w:lineRule="auto"/>
        <w:jc w:val="center"/>
        <w:rPr>
          <w:rFonts w:ascii="Georgia" w:eastAsia="Times New Roman" w:hAnsi="Georgia" w:cs="Times New Roman"/>
          <w:b/>
          <w:bCs/>
          <w:color w:val="002060"/>
          <w:sz w:val="24"/>
          <w:szCs w:val="24"/>
        </w:rPr>
      </w:pPr>
      <w:r w:rsidRPr="00942A4F">
        <w:rPr>
          <w:rFonts w:ascii="Georgia" w:eastAsia="Times New Roman" w:hAnsi="Georgia" w:cs="Times New Roman"/>
          <w:b/>
          <w:bCs/>
          <w:color w:val="002060"/>
          <w:sz w:val="24"/>
          <w:szCs w:val="24"/>
        </w:rPr>
        <w:t>Live music • Great food • Kids eat free • Community unity —</w:t>
      </w:r>
      <w:r w:rsidRPr="00942A4F">
        <w:rPr>
          <w:rFonts w:ascii="Georgia" w:eastAsia="Times New Roman" w:hAnsi="Georgia" w:cs="Times New Roman"/>
          <w:b/>
          <w:bCs/>
          <w:color w:val="002060"/>
          <w:sz w:val="24"/>
          <w:szCs w:val="24"/>
        </w:rPr>
        <w:br/>
        <w:t>All happening at Hyder’s Food Park!</w:t>
      </w:r>
      <w:r w:rsidRPr="00942A4F">
        <w:rPr>
          <w:rFonts w:ascii="Georgia" w:eastAsia="Times New Roman" w:hAnsi="Georgia" w:cs="Times New Roman"/>
          <w:b/>
          <w:bCs/>
          <w:color w:val="002060"/>
          <w:sz w:val="24"/>
          <w:szCs w:val="24"/>
        </w:rPr>
        <w:br/>
        <w:t>Let’s change lives — together.</w:t>
      </w:r>
    </w:p>
    <w:p w14:paraId="2D45CAD5" w14:textId="77777777" w:rsidR="000938A2" w:rsidRDefault="000938A2" w:rsidP="003841FB">
      <w:pPr>
        <w:spacing w:before="100" w:beforeAutospacing="1" w:after="100" w:afterAutospacing="1" w:line="240" w:lineRule="auto"/>
        <w:rPr>
          <w:rFonts w:ascii="Georgia" w:eastAsia="Times New Roman" w:hAnsi="Georgia" w:cs="Times New Roman"/>
          <w:b/>
          <w:bCs/>
          <w:color w:val="002060"/>
          <w:sz w:val="24"/>
          <w:szCs w:val="24"/>
        </w:rPr>
      </w:pPr>
    </w:p>
    <w:p w14:paraId="630C547C" w14:textId="77777777" w:rsidR="000938A2" w:rsidRPr="00942A4F" w:rsidRDefault="000938A2" w:rsidP="003841FB">
      <w:pPr>
        <w:spacing w:before="100" w:beforeAutospacing="1" w:after="100" w:afterAutospacing="1" w:line="240" w:lineRule="auto"/>
        <w:rPr>
          <w:rFonts w:ascii="Georgia" w:eastAsia="Times New Roman" w:hAnsi="Georgia" w:cs="Times New Roman"/>
          <w:b/>
          <w:bCs/>
          <w:color w:val="002060"/>
          <w:sz w:val="24"/>
          <w:szCs w:val="24"/>
        </w:rPr>
      </w:pPr>
    </w:p>
    <w:p w14:paraId="23D034DD" w14:textId="138FD5CB" w:rsidR="00A45DAB" w:rsidRDefault="000F0EED" w:rsidP="002832E0">
      <w:pPr>
        <w:spacing w:before="100" w:beforeAutospacing="1" w:after="100" w:afterAutospacing="1" w:line="240" w:lineRule="auto"/>
        <w:jc w:val="center"/>
        <w:outlineLvl w:val="1"/>
        <w:rPr>
          <w:rFonts w:ascii="Segoe UI Emoji" w:eastAsia="Times New Roman" w:hAnsi="Segoe UI Emoji" w:cs="Segoe UI Emoji"/>
          <w:b/>
          <w:bCs/>
          <w:color w:val="002060"/>
          <w:sz w:val="36"/>
          <w:szCs w:val="36"/>
        </w:rPr>
      </w:pPr>
      <w:r>
        <w:rPr>
          <w:rFonts w:ascii="Segoe UI Emoji" w:eastAsia="Times New Roman" w:hAnsi="Segoe UI Emoji" w:cs="Segoe UI Emoji"/>
          <w:b/>
          <w:bCs/>
          <w:noProof/>
          <w:color w:val="002060"/>
          <w:sz w:val="36"/>
          <w:szCs w:val="36"/>
        </w:rPr>
        <w:lastRenderedPageBreak/>
        <mc:AlternateContent>
          <mc:Choice Requires="wpi">
            <w:drawing>
              <wp:anchor distT="0" distB="0" distL="114300" distR="114300" simplePos="0" relativeHeight="251802624" behindDoc="0" locked="0" layoutInCell="1" allowOverlap="1" wp14:anchorId="10098AF1" wp14:editId="3A253A00">
                <wp:simplePos x="0" y="0"/>
                <wp:positionH relativeFrom="column">
                  <wp:posOffset>-15365</wp:posOffset>
                </wp:positionH>
                <wp:positionV relativeFrom="paragraph">
                  <wp:posOffset>349778</wp:posOffset>
                </wp:positionV>
                <wp:extent cx="6909840" cy="360"/>
                <wp:effectExtent l="114300" t="190500" r="120015" b="190500"/>
                <wp:wrapNone/>
                <wp:docPr id="1629416016" name="Ink 256"/>
                <wp:cNvGraphicFramePr/>
                <a:graphic xmlns:a="http://schemas.openxmlformats.org/drawingml/2006/main">
                  <a:graphicData uri="http://schemas.microsoft.com/office/word/2010/wordprocessingInk">
                    <w14:contentPart bwMode="auto" r:id="rId270">
                      <w14:nvContentPartPr>
                        <w14:cNvContentPartPr/>
                      </w14:nvContentPartPr>
                      <w14:xfrm>
                        <a:off x="0" y="0"/>
                        <a:ext cx="6909840" cy="360"/>
                      </w14:xfrm>
                    </w14:contentPart>
                  </a:graphicData>
                </a:graphic>
              </wp:anchor>
            </w:drawing>
          </mc:Choice>
          <mc:Fallback>
            <w:pict>
              <v:shape w14:anchorId="3EFBA38E" id="Ink 256" o:spid="_x0000_s1026" type="#_x0000_t75" style="position:absolute;margin-left:-6.85pt;margin-top:16.2pt;width:555.45pt;height:22.75pt;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">
                <v:imagedata r:id="rId271" o:title=""/>
              </v:shape>
            </w:pict>
          </mc:Fallback>
        </mc:AlternateContent>
      </w:r>
    </w:p>
    <w:p w14:paraId="1B9015B3" w14:textId="33E1E4B9" w:rsidR="002832E0" w:rsidRPr="00EC1ADD" w:rsidRDefault="000F0EED" w:rsidP="002832E0">
      <w:pPr>
        <w:spacing w:before="100" w:beforeAutospacing="1" w:after="100" w:afterAutospacing="1" w:line="240" w:lineRule="auto"/>
        <w:jc w:val="center"/>
        <w:outlineLvl w:val="1"/>
        <w:rPr>
          <w:rFonts w:ascii="Georgia" w:eastAsia="Times New Roman" w:hAnsi="Georgia" w:cs="Times New Roman"/>
          <w:b/>
          <w:bCs/>
          <w:color w:val="002060"/>
          <w:sz w:val="36"/>
          <w:szCs w:val="36"/>
        </w:rPr>
      </w:pPr>
      <w:r>
        <w:rPr>
          <w:rFonts w:ascii="Georgia" w:eastAsia="Times New Roman" w:hAnsi="Georgia" w:cs="Times New Roman"/>
          <w:b/>
          <w:bCs/>
          <w:noProof/>
          <w:color w:val="002060"/>
          <w:sz w:val="36"/>
          <w:szCs w:val="36"/>
        </w:rPr>
        <mc:AlternateContent>
          <mc:Choice Requires="wpi">
            <w:drawing>
              <wp:anchor distT="0" distB="0" distL="114300" distR="114300" simplePos="0" relativeHeight="251804672" behindDoc="0" locked="0" layoutInCell="1" allowOverlap="1" wp14:anchorId="7C104D91" wp14:editId="199D0DD3">
                <wp:simplePos x="0" y="0"/>
                <wp:positionH relativeFrom="column">
                  <wp:posOffset>-15365</wp:posOffset>
                </wp:positionH>
                <wp:positionV relativeFrom="paragraph">
                  <wp:posOffset>330053</wp:posOffset>
                </wp:positionV>
                <wp:extent cx="6905880" cy="360"/>
                <wp:effectExtent l="114300" t="190500" r="123825" b="190500"/>
                <wp:wrapNone/>
                <wp:docPr id="911333064" name="Ink 271"/>
                <wp:cNvGraphicFramePr/>
                <a:graphic xmlns:a="http://schemas.openxmlformats.org/drawingml/2006/main">
                  <a:graphicData uri="http://schemas.microsoft.com/office/word/2010/wordprocessingInk">
                    <w14:contentPart bwMode="auto" r:id="rId272">
                      <w14:nvContentPartPr>
                        <w14:cNvContentPartPr/>
                      </w14:nvContentPartPr>
                      <w14:xfrm>
                        <a:off x="0" y="0"/>
                        <a:ext cx="6905880" cy="360"/>
                      </w14:xfrm>
                    </w14:contentPart>
                  </a:graphicData>
                </a:graphic>
              </wp:anchor>
            </w:drawing>
          </mc:Choice>
          <mc:Fallback>
            <w:pict>
              <v:shape w14:anchorId="2E06BEB3" id="Ink 271" o:spid="_x0000_s1026" type="#_x0000_t75" style="position:absolute;margin-left:-6.85pt;margin-top:14.65pt;width:555.1pt;height:22.75pt;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">
                <v:imagedata r:id="rId273" o:title=""/>
              </v:shape>
            </w:pict>
          </mc:Fallback>
        </mc:AlternateContent>
      </w:r>
      <w:r>
        <w:rPr>
          <w:rFonts w:ascii="Georgia" w:eastAsia="Times New Roman" w:hAnsi="Georgia" w:cs="Times New Roman"/>
          <w:b/>
          <w:bCs/>
          <w:noProof/>
          <w:color w:val="002060"/>
          <w:sz w:val="36"/>
          <w:szCs w:val="36"/>
        </w:rPr>
        <mc:AlternateContent>
          <mc:Choice Requires="wpi">
            <w:drawing>
              <wp:anchor distT="0" distB="0" distL="114300" distR="114300" simplePos="0" relativeHeight="251803648" behindDoc="0" locked="0" layoutInCell="1" allowOverlap="1" wp14:anchorId="46F698FA" wp14:editId="3C63571F">
                <wp:simplePos x="0" y="0"/>
                <wp:positionH relativeFrom="column">
                  <wp:posOffset>-15365</wp:posOffset>
                </wp:positionH>
                <wp:positionV relativeFrom="paragraph">
                  <wp:posOffset>98933</wp:posOffset>
                </wp:positionV>
                <wp:extent cx="6902640" cy="360"/>
                <wp:effectExtent l="114300" t="190500" r="127000" b="190500"/>
                <wp:wrapNone/>
                <wp:docPr id="539872648" name="Ink 270"/>
                <wp:cNvGraphicFramePr/>
                <a:graphic xmlns:a="http://schemas.openxmlformats.org/drawingml/2006/main">
                  <a:graphicData uri="http://schemas.microsoft.com/office/word/2010/wordprocessingInk">
                    <w14:contentPart bwMode="auto" r:id="rId274">
                      <w14:nvContentPartPr>
                        <w14:cNvContentPartPr/>
                      </w14:nvContentPartPr>
                      <w14:xfrm>
                        <a:off x="0" y="0"/>
                        <a:ext cx="6902640" cy="360"/>
                      </w14:xfrm>
                    </w14:contentPart>
                  </a:graphicData>
                </a:graphic>
              </wp:anchor>
            </w:drawing>
          </mc:Choice>
          <mc:Fallback>
            <w:pict>
              <v:shape w14:anchorId="47E34ABD" id="Ink 270" o:spid="_x0000_s1026" type="#_x0000_t75" style="position:absolute;margin-left:-6.85pt;margin-top:-3.55pt;width:554.85pt;height:22.75pt;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">
                <v:imagedata r:id="rId275" o:title=""/>
              </v:shape>
            </w:pict>
          </mc:Fallback>
        </mc:AlternateContent>
      </w:r>
      <w:r w:rsidR="002832E0" w:rsidRPr="001C6094">
        <w:rPr>
          <w:rFonts w:ascii="Georgia" w:eastAsia="Times New Roman" w:hAnsi="Georgia" w:cs="Times New Roman"/>
          <w:b/>
          <w:bCs/>
          <w:color w:val="002060"/>
          <w:sz w:val="36"/>
          <w:szCs w:val="36"/>
        </w:rPr>
        <w:t>Conclusion: A Future Rewritten</w:t>
      </w:r>
    </w:p>
    <w:p w14:paraId="019D245C" w14:textId="31F6359C" w:rsidR="002832E0" w:rsidRPr="00942A4F" w:rsidRDefault="000F0EED" w:rsidP="000938A2">
      <w:pPr>
        <w:spacing w:before="100" w:beforeAutospacing="1" w:after="100" w:afterAutospacing="1" w:line="360" w:lineRule="auto"/>
        <w:jc w:val="center"/>
        <w:rPr>
          <w:rFonts w:ascii="Georgia" w:eastAsia="Times New Roman" w:hAnsi="Georgia" w:cs="Times New Roman"/>
          <w:b/>
          <w:bCs/>
          <w:color w:val="002060"/>
          <w:sz w:val="24"/>
          <w:szCs w:val="24"/>
        </w:rPr>
      </w:pPr>
      <w:r>
        <w:rPr>
          <w:rFonts w:ascii="Georgia" w:eastAsia="Times New Roman" w:hAnsi="Georgia" w:cs="Times New Roman"/>
          <w:b/>
          <w:bCs/>
          <w:noProof/>
          <w:color w:val="002060"/>
          <w:sz w:val="24"/>
          <w:szCs w:val="24"/>
        </w:rPr>
        <mc:AlternateContent>
          <mc:Choice Requires="wpi">
            <w:drawing>
              <wp:anchor distT="0" distB="0" distL="114300" distR="114300" simplePos="0" relativeHeight="251810816" behindDoc="0" locked="0" layoutInCell="1" allowOverlap="1" wp14:anchorId="4D737092" wp14:editId="047305C7">
                <wp:simplePos x="0" y="0"/>
                <wp:positionH relativeFrom="column">
                  <wp:posOffset>-15365</wp:posOffset>
                </wp:positionH>
                <wp:positionV relativeFrom="paragraph">
                  <wp:posOffset>1389778</wp:posOffset>
                </wp:positionV>
                <wp:extent cx="6901200" cy="360"/>
                <wp:effectExtent l="114300" t="190500" r="109220" b="190500"/>
                <wp:wrapNone/>
                <wp:docPr id="1816447062" name="Ink 278"/>
                <wp:cNvGraphicFramePr/>
                <a:graphic xmlns:a="http://schemas.openxmlformats.org/drawingml/2006/main">
                  <a:graphicData uri="http://schemas.microsoft.com/office/word/2010/wordprocessingInk">
                    <w14:contentPart bwMode="auto" r:id="rId276">
                      <w14:nvContentPartPr>
                        <w14:cNvContentPartPr/>
                      </w14:nvContentPartPr>
                      <w14:xfrm>
                        <a:off x="0" y="0"/>
                        <a:ext cx="6901200" cy="360"/>
                      </w14:xfrm>
                    </w14:contentPart>
                  </a:graphicData>
                </a:graphic>
              </wp:anchor>
            </w:drawing>
          </mc:Choice>
          <mc:Fallback>
            <w:pict>
              <v:shape w14:anchorId="1046C078" id="Ink 278" o:spid="_x0000_s1026" type="#_x0000_t75" style="position:absolute;margin-left:-6.85pt;margin-top:98.1pt;width:554.7pt;height:22.75pt;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">
                <v:imagedata r:id="rId277" o:title=""/>
              </v:shape>
            </w:pict>
          </mc:Fallback>
        </mc:AlternateContent>
      </w:r>
      <w:r>
        <w:rPr>
          <w:rFonts w:ascii="Georgia" w:eastAsia="Times New Roman" w:hAnsi="Georgia" w:cs="Times New Roman"/>
          <w:b/>
          <w:bCs/>
          <w:noProof/>
          <w:color w:val="002060"/>
          <w:sz w:val="24"/>
          <w:szCs w:val="24"/>
        </w:rPr>
        <mc:AlternateContent>
          <mc:Choice Requires="wpi">
            <w:drawing>
              <wp:anchor distT="0" distB="0" distL="114300" distR="114300" simplePos="0" relativeHeight="251809792" behindDoc="0" locked="0" layoutInCell="1" allowOverlap="1" wp14:anchorId="01C4AFCC" wp14:editId="360E0A04">
                <wp:simplePos x="0" y="0"/>
                <wp:positionH relativeFrom="column">
                  <wp:posOffset>-15365</wp:posOffset>
                </wp:positionH>
                <wp:positionV relativeFrom="paragraph">
                  <wp:posOffset>1168378</wp:posOffset>
                </wp:positionV>
                <wp:extent cx="6932160" cy="360"/>
                <wp:effectExtent l="114300" t="190500" r="116840" b="190500"/>
                <wp:wrapNone/>
                <wp:docPr id="2068682873" name="Ink 277"/>
                <wp:cNvGraphicFramePr/>
                <a:graphic xmlns:a="http://schemas.openxmlformats.org/drawingml/2006/main">
                  <a:graphicData uri="http://schemas.microsoft.com/office/word/2010/wordprocessingInk">
                    <w14:contentPart bwMode="auto" r:id="rId278">
                      <w14:nvContentPartPr>
                        <w14:cNvContentPartPr/>
                      </w14:nvContentPartPr>
                      <w14:xfrm>
                        <a:off x="0" y="0"/>
                        <a:ext cx="6932160" cy="360"/>
                      </w14:xfrm>
                    </w14:contentPart>
                  </a:graphicData>
                </a:graphic>
              </wp:anchor>
            </w:drawing>
          </mc:Choice>
          <mc:Fallback>
            <w:pict>
              <v:shape w14:anchorId="4656BEF5" id="Ink 277" o:spid="_x0000_s1026" type="#_x0000_t75" style="position:absolute;margin-left:-6.85pt;margin-top:80.7pt;width:557.2pt;height:22.75pt;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">
                <v:imagedata r:id="rId279" o:title=""/>
              </v:shape>
            </w:pict>
          </mc:Fallback>
        </mc:AlternateContent>
      </w:r>
      <w:r>
        <w:rPr>
          <w:rFonts w:ascii="Georgia" w:eastAsia="Times New Roman" w:hAnsi="Georgia" w:cs="Times New Roman"/>
          <w:b/>
          <w:bCs/>
          <w:noProof/>
          <w:color w:val="002060"/>
          <w:sz w:val="24"/>
          <w:szCs w:val="24"/>
        </w:rPr>
        <mc:AlternateContent>
          <mc:Choice Requires="wpi">
            <w:drawing>
              <wp:anchor distT="0" distB="0" distL="114300" distR="114300" simplePos="0" relativeHeight="251808768" behindDoc="0" locked="0" layoutInCell="1" allowOverlap="1" wp14:anchorId="08C47D4F" wp14:editId="49BF7A69">
                <wp:simplePos x="0" y="0"/>
                <wp:positionH relativeFrom="column">
                  <wp:posOffset>-15365</wp:posOffset>
                </wp:positionH>
                <wp:positionV relativeFrom="paragraph">
                  <wp:posOffset>907378</wp:posOffset>
                </wp:positionV>
                <wp:extent cx="6913080" cy="360"/>
                <wp:effectExtent l="114300" t="190500" r="116840" b="190500"/>
                <wp:wrapNone/>
                <wp:docPr id="233460503" name="Ink 276"/>
                <wp:cNvGraphicFramePr/>
                <a:graphic xmlns:a="http://schemas.openxmlformats.org/drawingml/2006/main">
                  <a:graphicData uri="http://schemas.microsoft.com/office/word/2010/wordprocessingInk">
                    <w14:contentPart bwMode="auto" r:id="rId280">
                      <w14:nvContentPartPr>
                        <w14:cNvContentPartPr/>
                      </w14:nvContentPartPr>
                      <w14:xfrm>
                        <a:off x="0" y="0"/>
                        <a:ext cx="6913080" cy="360"/>
                      </w14:xfrm>
                    </w14:contentPart>
                  </a:graphicData>
                </a:graphic>
              </wp:anchor>
            </w:drawing>
          </mc:Choice>
          <mc:Fallback>
            <w:pict>
              <v:shape w14:anchorId="27BEEE7D" id="Ink 276" o:spid="_x0000_s1026" type="#_x0000_t75" style="position:absolute;margin-left:-6.85pt;margin-top:60.1pt;width:555.7pt;height:22.75pt;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">
                <v:imagedata r:id="rId281" o:title=""/>
              </v:shape>
            </w:pict>
          </mc:Fallback>
        </mc:AlternateContent>
      </w:r>
      <w:r>
        <w:rPr>
          <w:rFonts w:ascii="Georgia" w:eastAsia="Times New Roman" w:hAnsi="Georgia" w:cs="Times New Roman"/>
          <w:b/>
          <w:bCs/>
          <w:noProof/>
          <w:color w:val="002060"/>
          <w:sz w:val="24"/>
          <w:szCs w:val="24"/>
        </w:rPr>
        <mc:AlternateContent>
          <mc:Choice Requires="wpi">
            <w:drawing>
              <wp:anchor distT="0" distB="0" distL="114300" distR="114300" simplePos="0" relativeHeight="251807744" behindDoc="0" locked="0" layoutInCell="1" allowOverlap="1" wp14:anchorId="68FE5DAA" wp14:editId="2997C6A0">
                <wp:simplePos x="0" y="0"/>
                <wp:positionH relativeFrom="column">
                  <wp:posOffset>-15365</wp:posOffset>
                </wp:positionH>
                <wp:positionV relativeFrom="paragraph">
                  <wp:posOffset>686338</wp:posOffset>
                </wp:positionV>
                <wp:extent cx="6910560" cy="360"/>
                <wp:effectExtent l="114300" t="190500" r="119380" b="190500"/>
                <wp:wrapNone/>
                <wp:docPr id="753019892" name="Ink 275"/>
                <wp:cNvGraphicFramePr/>
                <a:graphic xmlns:a="http://schemas.openxmlformats.org/drawingml/2006/main">
                  <a:graphicData uri="http://schemas.microsoft.com/office/word/2010/wordprocessingInk">
                    <w14:contentPart bwMode="auto" r:id="rId282">
                      <w14:nvContentPartPr>
                        <w14:cNvContentPartPr/>
                      </w14:nvContentPartPr>
                      <w14:xfrm>
                        <a:off x="0" y="0"/>
                        <a:ext cx="6910560" cy="360"/>
                      </w14:xfrm>
                    </w14:contentPart>
                  </a:graphicData>
                </a:graphic>
              </wp:anchor>
            </w:drawing>
          </mc:Choice>
          <mc:Fallback>
            <w:pict>
              <v:shape w14:anchorId="4461C312" id="Ink 275" o:spid="_x0000_s1026" type="#_x0000_t75" style="position:absolute;margin-left:-6.85pt;margin-top:42.7pt;width:555.5pt;height:22.75pt;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">
                <v:imagedata r:id="rId283" o:title=""/>
              </v:shape>
            </w:pict>
          </mc:Fallback>
        </mc:AlternateContent>
      </w:r>
      <w:r>
        <w:rPr>
          <w:rFonts w:ascii="Georgia" w:eastAsia="Times New Roman" w:hAnsi="Georgia" w:cs="Times New Roman"/>
          <w:b/>
          <w:bCs/>
          <w:noProof/>
          <w:color w:val="002060"/>
          <w:sz w:val="24"/>
          <w:szCs w:val="24"/>
        </w:rPr>
        <mc:AlternateContent>
          <mc:Choice Requires="wpi">
            <w:drawing>
              <wp:anchor distT="0" distB="0" distL="114300" distR="114300" simplePos="0" relativeHeight="251806720" behindDoc="0" locked="0" layoutInCell="1" allowOverlap="1" wp14:anchorId="127F3D71" wp14:editId="22F5B3BA">
                <wp:simplePos x="0" y="0"/>
                <wp:positionH relativeFrom="column">
                  <wp:posOffset>-15365</wp:posOffset>
                </wp:positionH>
                <wp:positionV relativeFrom="paragraph">
                  <wp:posOffset>404818</wp:posOffset>
                </wp:positionV>
                <wp:extent cx="6901920" cy="360"/>
                <wp:effectExtent l="114300" t="190500" r="127635" b="190500"/>
                <wp:wrapNone/>
                <wp:docPr id="165589253" name="Ink 273"/>
                <wp:cNvGraphicFramePr/>
                <a:graphic xmlns:a="http://schemas.openxmlformats.org/drawingml/2006/main">
                  <a:graphicData uri="http://schemas.microsoft.com/office/word/2010/wordprocessingInk">
                    <w14:contentPart bwMode="auto" r:id="rId284">
                      <w14:nvContentPartPr>
                        <w14:cNvContentPartPr/>
                      </w14:nvContentPartPr>
                      <w14:xfrm>
                        <a:off x="0" y="0"/>
                        <a:ext cx="6901920" cy="360"/>
                      </w14:xfrm>
                    </w14:contentPart>
                  </a:graphicData>
                </a:graphic>
              </wp:anchor>
            </w:drawing>
          </mc:Choice>
          <mc:Fallback>
            <w:pict>
              <v:shape w14:anchorId="73A36E34" id="Ink 273" o:spid="_x0000_s1026" type="#_x0000_t75" style="position:absolute;margin-left:-6.85pt;margin-top:20.6pt;width:554.75pt;height:22.75pt;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">
                <v:imagedata r:id="rId285" o:title=""/>
              </v:shape>
            </w:pict>
          </mc:Fallback>
        </mc:AlternateContent>
      </w:r>
      <w:r>
        <w:rPr>
          <w:rFonts w:ascii="Georgia" w:eastAsia="Times New Roman" w:hAnsi="Georgia" w:cs="Times New Roman"/>
          <w:b/>
          <w:bCs/>
          <w:noProof/>
          <w:color w:val="002060"/>
          <w:sz w:val="24"/>
          <w:szCs w:val="24"/>
        </w:rPr>
        <mc:AlternateContent>
          <mc:Choice Requires="wpi">
            <w:drawing>
              <wp:anchor distT="0" distB="0" distL="114300" distR="114300" simplePos="0" relativeHeight="251805696" behindDoc="0" locked="0" layoutInCell="1" allowOverlap="1" wp14:anchorId="27812DC9" wp14:editId="18BBE496">
                <wp:simplePos x="0" y="0"/>
                <wp:positionH relativeFrom="column">
                  <wp:posOffset>-15365</wp:posOffset>
                </wp:positionH>
                <wp:positionV relativeFrom="paragraph">
                  <wp:posOffset>143458</wp:posOffset>
                </wp:positionV>
                <wp:extent cx="6933240" cy="360"/>
                <wp:effectExtent l="114300" t="190500" r="115570" b="190500"/>
                <wp:wrapNone/>
                <wp:docPr id="861525472" name="Ink 272"/>
                <wp:cNvGraphicFramePr/>
                <a:graphic xmlns:a="http://schemas.openxmlformats.org/drawingml/2006/main">
                  <a:graphicData uri="http://schemas.microsoft.com/office/word/2010/wordprocessingInk">
                    <w14:contentPart bwMode="auto" r:id="rId286">
                      <w14:nvContentPartPr>
                        <w14:cNvContentPartPr/>
                      </w14:nvContentPartPr>
                      <w14:xfrm>
                        <a:off x="0" y="0"/>
                        <a:ext cx="6933240" cy="360"/>
                      </w14:xfrm>
                    </w14:contentPart>
                  </a:graphicData>
                </a:graphic>
              </wp:anchor>
            </w:drawing>
          </mc:Choice>
          <mc:Fallback>
            <w:pict>
              <v:shape w14:anchorId="512D00ED" id="Ink 272" o:spid="_x0000_s1026" type="#_x0000_t75" style="position:absolute;margin-left:-6.85pt;margin-top:0;width:557.25pt;height:22.75pt;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">
                <v:imagedata r:id="rId287" o:title=""/>
              </v:shape>
            </w:pict>
          </mc:Fallback>
        </mc:AlternateContent>
      </w:r>
      <w:r w:rsidR="002832E0" w:rsidRPr="00942A4F">
        <w:rPr>
          <w:rFonts w:ascii="Georgia" w:eastAsia="Times New Roman" w:hAnsi="Georgia" w:cs="Times New Roman"/>
          <w:b/>
          <w:bCs/>
          <w:color w:val="002060"/>
          <w:sz w:val="24"/>
          <w:szCs w:val="24"/>
        </w:rPr>
        <w:t>The Rejoyce Foundation is more than a rescue mission — it is the blueprint for a new future for Austin’s most vulnerable children. What we are building is not just a program, but a lasting sanctuary: a free, safe, violence-free, and drug-free haven where every child — no matter their background — can access sports leagues, mentorship, education, healing, and leadership development at no cost.</w:t>
      </w:r>
    </w:p>
    <w:p w14:paraId="048896F9" w14:textId="04839A23" w:rsidR="002832E0" w:rsidRPr="00942A4F" w:rsidRDefault="000F0EED" w:rsidP="000938A2">
      <w:pPr>
        <w:spacing w:before="100" w:beforeAutospacing="1" w:after="240" w:line="360" w:lineRule="auto"/>
        <w:jc w:val="center"/>
        <w:rPr>
          <w:rFonts w:ascii="Georgia" w:eastAsia="Times New Roman" w:hAnsi="Georgia" w:cs="Times New Roman"/>
          <w:b/>
          <w:bCs/>
          <w:color w:val="002060"/>
          <w:sz w:val="24"/>
          <w:szCs w:val="24"/>
        </w:rPr>
      </w:pPr>
      <w:r>
        <w:rPr>
          <w:rFonts w:ascii="Georgia" w:eastAsia="Times New Roman" w:hAnsi="Georgia" w:cs="Times New Roman"/>
          <w:b/>
          <w:bCs/>
          <w:noProof/>
          <w:color w:val="002060"/>
          <w:sz w:val="24"/>
          <w:szCs w:val="24"/>
        </w:rPr>
        <mc:AlternateContent>
          <mc:Choice Requires="wpi">
            <w:drawing>
              <wp:anchor distT="0" distB="0" distL="114300" distR="114300" simplePos="0" relativeHeight="251813888" behindDoc="0" locked="0" layoutInCell="1" allowOverlap="1" wp14:anchorId="47BCE4B7" wp14:editId="1660354A">
                <wp:simplePos x="0" y="0"/>
                <wp:positionH relativeFrom="column">
                  <wp:posOffset>-15365</wp:posOffset>
                </wp:positionH>
                <wp:positionV relativeFrom="paragraph">
                  <wp:posOffset>646723</wp:posOffset>
                </wp:positionV>
                <wp:extent cx="6909840" cy="360"/>
                <wp:effectExtent l="114300" t="190500" r="120015" b="190500"/>
                <wp:wrapNone/>
                <wp:docPr id="1167514706" name="Ink 288"/>
                <wp:cNvGraphicFramePr/>
                <a:graphic xmlns:a="http://schemas.openxmlformats.org/drawingml/2006/main">
                  <a:graphicData uri="http://schemas.microsoft.com/office/word/2010/wordprocessingInk">
                    <w14:contentPart bwMode="auto" r:id="rId288">
                      <w14:nvContentPartPr>
                        <w14:cNvContentPartPr/>
                      </w14:nvContentPartPr>
                      <w14:xfrm>
                        <a:off x="0" y="0"/>
                        <a:ext cx="6909840" cy="360"/>
                      </w14:xfrm>
                    </w14:contentPart>
                  </a:graphicData>
                </a:graphic>
              </wp:anchor>
            </w:drawing>
          </mc:Choice>
          <mc:Fallback>
            <w:pict>
              <v:shape w14:anchorId="31167788" id="Ink 288" o:spid="_x0000_s1026" type="#_x0000_t75" style="position:absolute;margin-left:-6.85pt;margin-top:39.6pt;width:555.45pt;height:22.75pt;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">
                <v:imagedata r:id="rId283" o:title=""/>
              </v:shape>
            </w:pict>
          </mc:Fallback>
        </mc:AlternateContent>
      </w:r>
      <w:r>
        <w:rPr>
          <w:rFonts w:ascii="Georgia" w:eastAsia="Times New Roman" w:hAnsi="Georgia" w:cs="Times New Roman"/>
          <w:b/>
          <w:bCs/>
          <w:noProof/>
          <w:color w:val="002060"/>
          <w:sz w:val="24"/>
          <w:szCs w:val="24"/>
        </w:rPr>
        <mc:AlternateContent>
          <mc:Choice Requires="wpi">
            <w:drawing>
              <wp:anchor distT="0" distB="0" distL="114300" distR="114300" simplePos="0" relativeHeight="251812864" behindDoc="0" locked="0" layoutInCell="1" allowOverlap="1" wp14:anchorId="0548E779" wp14:editId="5295E99A">
                <wp:simplePos x="0" y="0"/>
                <wp:positionH relativeFrom="column">
                  <wp:posOffset>-15365</wp:posOffset>
                </wp:positionH>
                <wp:positionV relativeFrom="paragraph">
                  <wp:posOffset>415603</wp:posOffset>
                </wp:positionV>
                <wp:extent cx="6902280" cy="360"/>
                <wp:effectExtent l="114300" t="190500" r="127635" b="190500"/>
                <wp:wrapNone/>
                <wp:docPr id="1148970677" name="Ink 284"/>
                <wp:cNvGraphicFramePr/>
                <a:graphic xmlns:a="http://schemas.openxmlformats.org/drawingml/2006/main">
                  <a:graphicData uri="http://schemas.microsoft.com/office/word/2010/wordprocessingInk">
                    <w14:contentPart bwMode="auto" r:id="rId289">
                      <w14:nvContentPartPr>
                        <w14:cNvContentPartPr/>
                      </w14:nvContentPartPr>
                      <w14:xfrm>
                        <a:off x="0" y="0"/>
                        <a:ext cx="6902280" cy="360"/>
                      </w14:xfrm>
                    </w14:contentPart>
                  </a:graphicData>
                </a:graphic>
              </wp:anchor>
            </w:drawing>
          </mc:Choice>
          <mc:Fallback>
            <w:pict>
              <v:shape w14:anchorId="57D61AEF" id="Ink 284" o:spid="_x0000_s1026" type="#_x0000_t75" style="position:absolute;margin-left:-6.85pt;margin-top:21.4pt;width:554.85pt;height:22.75pt;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">
                <v:imagedata r:id="rId285" o:title=""/>
              </v:shape>
            </w:pict>
          </mc:Fallback>
        </mc:AlternateContent>
      </w:r>
      <w:r>
        <w:rPr>
          <w:rFonts w:ascii="Georgia" w:eastAsia="Times New Roman" w:hAnsi="Georgia" w:cs="Times New Roman"/>
          <w:b/>
          <w:bCs/>
          <w:noProof/>
          <w:color w:val="002060"/>
          <w:sz w:val="24"/>
          <w:szCs w:val="24"/>
        </w:rPr>
        <mc:AlternateContent>
          <mc:Choice Requires="wpi">
            <w:drawing>
              <wp:anchor distT="0" distB="0" distL="114300" distR="114300" simplePos="0" relativeHeight="251811840" behindDoc="0" locked="0" layoutInCell="1" allowOverlap="1" wp14:anchorId="16DAD391" wp14:editId="4B2D09F9">
                <wp:simplePos x="0" y="0"/>
                <wp:positionH relativeFrom="column">
                  <wp:posOffset>-15365</wp:posOffset>
                </wp:positionH>
                <wp:positionV relativeFrom="paragraph">
                  <wp:posOffset>164323</wp:posOffset>
                </wp:positionV>
                <wp:extent cx="6904800" cy="360"/>
                <wp:effectExtent l="114300" t="190500" r="125095" b="190500"/>
                <wp:wrapNone/>
                <wp:docPr id="354858264" name="Ink 283"/>
                <wp:cNvGraphicFramePr/>
                <a:graphic xmlns:a="http://schemas.openxmlformats.org/drawingml/2006/main">
                  <a:graphicData uri="http://schemas.microsoft.com/office/word/2010/wordprocessingInk">
                    <w14:contentPart bwMode="auto" r:id="rId290">
                      <w14:nvContentPartPr>
                        <w14:cNvContentPartPr/>
                      </w14:nvContentPartPr>
                      <w14:xfrm>
                        <a:off x="0" y="0"/>
                        <a:ext cx="6904800" cy="360"/>
                      </w14:xfrm>
                    </w14:contentPart>
                  </a:graphicData>
                </a:graphic>
              </wp:anchor>
            </w:drawing>
          </mc:Choice>
          <mc:Fallback>
            <w:pict>
              <v:shape w14:anchorId="1C004141" id="Ink 283" o:spid="_x0000_s1026" type="#_x0000_t75" style="position:absolute;margin-left:-6.85pt;margin-top:1.65pt;width:555.05pt;height:22.75pt;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">
                <v:imagedata r:id="rId291" o:title=""/>
              </v:shape>
            </w:pict>
          </mc:Fallback>
        </mc:AlternateContent>
      </w:r>
      <w:r w:rsidR="002832E0" w:rsidRPr="00942A4F">
        <w:rPr>
          <w:rFonts w:ascii="Georgia" w:eastAsia="Times New Roman" w:hAnsi="Georgia" w:cs="Times New Roman"/>
          <w:b/>
          <w:bCs/>
          <w:color w:val="002060"/>
          <w:sz w:val="24"/>
          <w:szCs w:val="24"/>
        </w:rPr>
        <w:t>The ultimate foundation will represent hope without barriers:</w:t>
      </w:r>
      <w:r w:rsidR="002832E0" w:rsidRPr="00942A4F">
        <w:rPr>
          <w:rFonts w:ascii="Georgia" w:eastAsia="Times New Roman" w:hAnsi="Georgia" w:cs="Times New Roman"/>
          <w:b/>
          <w:bCs/>
          <w:color w:val="002060"/>
          <w:sz w:val="24"/>
          <w:szCs w:val="24"/>
        </w:rPr>
        <w:br/>
        <w:t>• A place where neglected and at-risk children can belong, grow, and thrive.</w:t>
      </w:r>
    </w:p>
    <w:p w14:paraId="07146EC2" w14:textId="466FFDBB" w:rsidR="002832E0" w:rsidRPr="00942A4F" w:rsidRDefault="000F0EED" w:rsidP="000938A2">
      <w:pPr>
        <w:spacing w:before="100" w:beforeAutospacing="1" w:after="240" w:line="360" w:lineRule="auto"/>
        <w:jc w:val="center"/>
        <w:rPr>
          <w:rFonts w:ascii="Georgia" w:eastAsia="Times New Roman" w:hAnsi="Georgia" w:cs="Times New Roman"/>
          <w:b/>
          <w:bCs/>
          <w:color w:val="002060"/>
          <w:sz w:val="24"/>
          <w:szCs w:val="24"/>
        </w:rPr>
      </w:pPr>
      <w:r>
        <w:rPr>
          <w:rFonts w:ascii="Georgia" w:eastAsia="Times New Roman" w:hAnsi="Georgia" w:cs="Times New Roman"/>
          <w:b/>
          <w:bCs/>
          <w:noProof/>
          <w:color w:val="002060"/>
          <w:sz w:val="24"/>
          <w:szCs w:val="24"/>
        </w:rPr>
        <mc:AlternateContent>
          <mc:Choice Requires="wpi">
            <w:drawing>
              <wp:anchor distT="0" distB="0" distL="114300" distR="114300" simplePos="0" relativeHeight="251815936" behindDoc="0" locked="0" layoutInCell="1" allowOverlap="1" wp14:anchorId="5165D669" wp14:editId="4A4DFFA7">
                <wp:simplePos x="0" y="0"/>
                <wp:positionH relativeFrom="column">
                  <wp:posOffset>-15365</wp:posOffset>
                </wp:positionH>
                <wp:positionV relativeFrom="paragraph">
                  <wp:posOffset>396813</wp:posOffset>
                </wp:positionV>
                <wp:extent cx="6896160" cy="360"/>
                <wp:effectExtent l="114300" t="190500" r="114300" b="190500"/>
                <wp:wrapNone/>
                <wp:docPr id="1211917401" name="Ink 291"/>
                <wp:cNvGraphicFramePr/>
                <a:graphic xmlns:a="http://schemas.openxmlformats.org/drawingml/2006/main">
                  <a:graphicData uri="http://schemas.microsoft.com/office/word/2010/wordprocessingInk">
                    <w14:contentPart bwMode="auto" r:id="rId292">
                      <w14:nvContentPartPr>
                        <w14:cNvContentPartPr/>
                      </w14:nvContentPartPr>
                      <w14:xfrm>
                        <a:off x="0" y="0"/>
                        <a:ext cx="6896160" cy="360"/>
                      </w14:xfrm>
                    </w14:contentPart>
                  </a:graphicData>
                </a:graphic>
              </wp:anchor>
            </w:drawing>
          </mc:Choice>
          <mc:Fallback>
            <w:pict>
              <v:shape w14:anchorId="2A0A8E9D" id="Ink 291" o:spid="_x0000_s1026" type="#_x0000_t75" style="position:absolute;margin-left:-6.85pt;margin-top:19.95pt;width:554.3pt;height:22.75pt;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">
                <v:imagedata r:id="rId293" o:title=""/>
              </v:shape>
            </w:pict>
          </mc:Fallback>
        </mc:AlternateContent>
      </w:r>
      <w:r>
        <w:rPr>
          <w:rFonts w:ascii="Georgia" w:eastAsia="Times New Roman" w:hAnsi="Georgia" w:cs="Times New Roman"/>
          <w:b/>
          <w:bCs/>
          <w:noProof/>
          <w:color w:val="002060"/>
          <w:sz w:val="24"/>
          <w:szCs w:val="24"/>
        </w:rPr>
        <mc:AlternateContent>
          <mc:Choice Requires="wpi">
            <w:drawing>
              <wp:anchor distT="0" distB="0" distL="114300" distR="114300" simplePos="0" relativeHeight="251814912" behindDoc="0" locked="0" layoutInCell="1" allowOverlap="1" wp14:anchorId="3BB6501E" wp14:editId="53CD7428">
                <wp:simplePos x="0" y="0"/>
                <wp:positionH relativeFrom="column">
                  <wp:posOffset>-15365</wp:posOffset>
                </wp:positionH>
                <wp:positionV relativeFrom="paragraph">
                  <wp:posOffset>175773</wp:posOffset>
                </wp:positionV>
                <wp:extent cx="6926760" cy="360"/>
                <wp:effectExtent l="114300" t="190500" r="121920" b="190500"/>
                <wp:wrapNone/>
                <wp:docPr id="2048494730" name="Ink 290"/>
                <wp:cNvGraphicFramePr/>
                <a:graphic xmlns:a="http://schemas.openxmlformats.org/drawingml/2006/main">
                  <a:graphicData uri="http://schemas.microsoft.com/office/word/2010/wordprocessingInk">
                    <w14:contentPart bwMode="auto" r:id="rId294">
                      <w14:nvContentPartPr>
                        <w14:cNvContentPartPr/>
                      </w14:nvContentPartPr>
                      <w14:xfrm>
                        <a:off x="0" y="0"/>
                        <a:ext cx="6926760" cy="360"/>
                      </w14:xfrm>
                    </w14:contentPart>
                  </a:graphicData>
                </a:graphic>
              </wp:anchor>
            </w:drawing>
          </mc:Choice>
          <mc:Fallback>
            <w:pict>
              <v:shape w14:anchorId="6CCCCE47" id="Ink 290" o:spid="_x0000_s1026" type="#_x0000_t75" style="position:absolute;margin-left:-6.85pt;margin-top:2.55pt;width:556.7pt;height:22.75pt;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">
                <v:imagedata r:id="rId295" o:title=""/>
              </v:shape>
            </w:pict>
          </mc:Fallback>
        </mc:AlternateContent>
      </w:r>
      <w:r w:rsidR="002832E0" w:rsidRPr="00942A4F">
        <w:rPr>
          <w:rFonts w:ascii="Georgia" w:eastAsia="Times New Roman" w:hAnsi="Georgia" w:cs="Times New Roman"/>
          <w:b/>
          <w:bCs/>
          <w:color w:val="002060"/>
          <w:sz w:val="24"/>
          <w:szCs w:val="24"/>
        </w:rPr>
        <w:t>• A facility that breaks cycles of poverty, violence, and trauma.</w:t>
      </w:r>
    </w:p>
    <w:p w14:paraId="35E9AC1A" w14:textId="1E8255AD" w:rsidR="002832E0" w:rsidRPr="00942A4F" w:rsidRDefault="000F0EED" w:rsidP="000938A2">
      <w:pPr>
        <w:spacing w:before="100" w:beforeAutospacing="1" w:after="240" w:line="360" w:lineRule="auto"/>
        <w:jc w:val="center"/>
        <w:rPr>
          <w:rFonts w:ascii="Georgia" w:eastAsia="Times New Roman" w:hAnsi="Georgia" w:cs="Times New Roman"/>
          <w:b/>
          <w:bCs/>
          <w:color w:val="002060"/>
          <w:sz w:val="24"/>
          <w:szCs w:val="24"/>
        </w:rPr>
      </w:pPr>
      <w:r>
        <w:rPr>
          <w:rFonts w:ascii="Georgia" w:eastAsia="Times New Roman" w:hAnsi="Georgia" w:cs="Times New Roman"/>
          <w:b/>
          <w:bCs/>
          <w:noProof/>
          <w:color w:val="002060"/>
          <w:sz w:val="24"/>
          <w:szCs w:val="24"/>
        </w:rPr>
        <mc:AlternateContent>
          <mc:Choice Requires="wpi">
            <w:drawing>
              <wp:anchor distT="0" distB="0" distL="114300" distR="114300" simplePos="0" relativeHeight="251819008" behindDoc="0" locked="0" layoutInCell="1" allowOverlap="1" wp14:anchorId="091D97F5" wp14:editId="5E115A0B">
                <wp:simplePos x="0" y="0"/>
                <wp:positionH relativeFrom="column">
                  <wp:posOffset>-15365</wp:posOffset>
                </wp:positionH>
                <wp:positionV relativeFrom="paragraph">
                  <wp:posOffset>642597</wp:posOffset>
                </wp:positionV>
                <wp:extent cx="6899400" cy="360"/>
                <wp:effectExtent l="114300" t="190500" r="111125" b="190500"/>
                <wp:wrapNone/>
                <wp:docPr id="1862395479" name="Ink 295"/>
                <wp:cNvGraphicFramePr/>
                <a:graphic xmlns:a="http://schemas.openxmlformats.org/drawingml/2006/main">
                  <a:graphicData uri="http://schemas.microsoft.com/office/word/2010/wordprocessingInk">
                    <w14:contentPart bwMode="auto" r:id="rId296">
                      <w14:nvContentPartPr>
                        <w14:cNvContentPartPr/>
                      </w14:nvContentPartPr>
                      <w14:xfrm>
                        <a:off x="0" y="0"/>
                        <a:ext cx="6899400" cy="360"/>
                      </w14:xfrm>
                    </w14:contentPart>
                  </a:graphicData>
                </a:graphic>
              </wp:anchor>
            </w:drawing>
          </mc:Choice>
          <mc:Fallback>
            <w:pict>
              <v:shape w14:anchorId="1BF76D1A" id="Ink 295" o:spid="_x0000_s1026" type="#_x0000_t75" style="position:absolute;margin-left:-6.85pt;margin-top:39.3pt;width:554.55pt;height:22.75pt;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">
                <v:imagedata r:id="rId297" o:title=""/>
              </v:shape>
            </w:pict>
          </mc:Fallback>
        </mc:AlternateContent>
      </w:r>
      <w:r>
        <w:rPr>
          <w:rFonts w:ascii="Georgia" w:eastAsia="Times New Roman" w:hAnsi="Georgia" w:cs="Times New Roman"/>
          <w:b/>
          <w:bCs/>
          <w:noProof/>
          <w:color w:val="002060"/>
          <w:sz w:val="24"/>
          <w:szCs w:val="24"/>
        </w:rPr>
        <mc:AlternateContent>
          <mc:Choice Requires="wpi">
            <w:drawing>
              <wp:anchor distT="0" distB="0" distL="114300" distR="114300" simplePos="0" relativeHeight="251817984" behindDoc="0" locked="0" layoutInCell="1" allowOverlap="1" wp14:anchorId="103DC291" wp14:editId="11AF807F">
                <wp:simplePos x="0" y="0"/>
                <wp:positionH relativeFrom="column">
                  <wp:posOffset>-15365</wp:posOffset>
                </wp:positionH>
                <wp:positionV relativeFrom="paragraph">
                  <wp:posOffset>411458</wp:posOffset>
                </wp:positionV>
                <wp:extent cx="6903000" cy="360"/>
                <wp:effectExtent l="114300" t="190500" r="127000" b="190500"/>
                <wp:wrapNone/>
                <wp:docPr id="1330630291" name="Ink 294"/>
                <wp:cNvGraphicFramePr/>
                <a:graphic xmlns:a="http://schemas.openxmlformats.org/drawingml/2006/main">
                  <a:graphicData uri="http://schemas.microsoft.com/office/word/2010/wordprocessingInk">
                    <w14:contentPart bwMode="auto" r:id="rId298">
                      <w14:nvContentPartPr>
                        <w14:cNvContentPartPr/>
                      </w14:nvContentPartPr>
                      <w14:xfrm>
                        <a:off x="0" y="0"/>
                        <a:ext cx="6903000" cy="360"/>
                      </w14:xfrm>
                    </w14:contentPart>
                  </a:graphicData>
                </a:graphic>
              </wp:anchor>
            </w:drawing>
          </mc:Choice>
          <mc:Fallback>
            <w:pict>
              <v:shape w14:anchorId="0F722458" id="Ink 294" o:spid="_x0000_s1026" type="#_x0000_t75" style="position:absolute;margin-left:-6.85pt;margin-top:21.1pt;width:554.9pt;height:22.75pt;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">
                <v:imagedata r:id="rId299" o:title=""/>
              </v:shape>
            </w:pict>
          </mc:Fallback>
        </mc:AlternateContent>
      </w:r>
      <w:r>
        <w:rPr>
          <w:rFonts w:ascii="Georgia" w:eastAsia="Times New Roman" w:hAnsi="Georgia" w:cs="Times New Roman"/>
          <w:b/>
          <w:bCs/>
          <w:noProof/>
          <w:color w:val="002060"/>
          <w:sz w:val="24"/>
          <w:szCs w:val="24"/>
        </w:rPr>
        <mc:AlternateContent>
          <mc:Choice Requires="wpi">
            <w:drawing>
              <wp:anchor distT="0" distB="0" distL="114300" distR="114300" simplePos="0" relativeHeight="251816960" behindDoc="0" locked="0" layoutInCell="1" allowOverlap="1" wp14:anchorId="6CFC500E" wp14:editId="7C223D72">
                <wp:simplePos x="0" y="0"/>
                <wp:positionH relativeFrom="column">
                  <wp:posOffset>-15365</wp:posOffset>
                </wp:positionH>
                <wp:positionV relativeFrom="paragraph">
                  <wp:posOffset>170618</wp:posOffset>
                </wp:positionV>
                <wp:extent cx="6891840" cy="360"/>
                <wp:effectExtent l="114300" t="190500" r="118745" b="190500"/>
                <wp:wrapNone/>
                <wp:docPr id="2039960414" name="Ink 292"/>
                <wp:cNvGraphicFramePr/>
                <a:graphic xmlns:a="http://schemas.openxmlformats.org/drawingml/2006/main">
                  <a:graphicData uri="http://schemas.microsoft.com/office/word/2010/wordprocessingInk">
                    <w14:contentPart bwMode="auto" r:id="rId300">
                      <w14:nvContentPartPr>
                        <w14:cNvContentPartPr/>
                      </w14:nvContentPartPr>
                      <w14:xfrm>
                        <a:off x="0" y="0"/>
                        <a:ext cx="6891840" cy="360"/>
                      </w14:xfrm>
                    </w14:contentPart>
                  </a:graphicData>
                </a:graphic>
              </wp:anchor>
            </w:drawing>
          </mc:Choice>
          <mc:Fallback>
            <w:pict>
              <v:shape w14:anchorId="4AE156AF" id="Ink 292" o:spid="_x0000_s1026" type="#_x0000_t75" style="position:absolute;margin-left:-6.85pt;margin-top:2.1pt;width:553.95pt;height:22.75pt;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">
                <v:imagedata r:id="rId301" o:title=""/>
              </v:shape>
            </w:pict>
          </mc:Fallback>
        </mc:AlternateContent>
      </w:r>
      <w:r w:rsidR="002832E0" w:rsidRPr="00942A4F">
        <w:rPr>
          <w:rFonts w:ascii="Georgia" w:eastAsia="Times New Roman" w:hAnsi="Georgia" w:cs="Times New Roman"/>
          <w:b/>
          <w:bCs/>
          <w:color w:val="002060"/>
          <w:sz w:val="24"/>
          <w:szCs w:val="24"/>
        </w:rPr>
        <w:t>• A life-changing force that builds self-esteem, physical health, education, and opportunity — preparing youth to lead their communities, not just survive in them.</w:t>
      </w:r>
    </w:p>
    <w:p w14:paraId="607C2EAD" w14:textId="735B3AFC" w:rsidR="002832E0" w:rsidRPr="00942A4F" w:rsidRDefault="000F0EED" w:rsidP="000938A2">
      <w:pPr>
        <w:spacing w:before="100" w:beforeAutospacing="1" w:after="240" w:line="360" w:lineRule="auto"/>
        <w:jc w:val="center"/>
        <w:rPr>
          <w:rFonts w:ascii="Georgia" w:eastAsia="Times New Roman" w:hAnsi="Georgia" w:cs="Times New Roman"/>
          <w:b/>
          <w:bCs/>
          <w:color w:val="002060"/>
          <w:sz w:val="24"/>
          <w:szCs w:val="24"/>
        </w:rPr>
      </w:pPr>
      <w:r>
        <w:rPr>
          <w:rFonts w:ascii="Georgia" w:eastAsia="Times New Roman" w:hAnsi="Georgia" w:cs="Times New Roman"/>
          <w:noProof/>
          <w:color w:val="002060"/>
          <w:sz w:val="24"/>
          <w:szCs w:val="24"/>
        </w:rPr>
        <mc:AlternateContent>
          <mc:Choice Requires="wpi">
            <w:drawing>
              <wp:anchor distT="0" distB="0" distL="114300" distR="114300" simplePos="0" relativeHeight="251821056" behindDoc="0" locked="0" layoutInCell="1" allowOverlap="1" wp14:anchorId="0DF2DDB2" wp14:editId="117A8DD8">
                <wp:simplePos x="0" y="0"/>
                <wp:positionH relativeFrom="column">
                  <wp:posOffset>-15365</wp:posOffset>
                </wp:positionH>
                <wp:positionV relativeFrom="paragraph">
                  <wp:posOffset>437847</wp:posOffset>
                </wp:positionV>
                <wp:extent cx="6902280" cy="360"/>
                <wp:effectExtent l="114300" t="190500" r="127635" b="190500"/>
                <wp:wrapNone/>
                <wp:docPr id="178459604" name="Ink 298"/>
                <wp:cNvGraphicFramePr/>
                <a:graphic xmlns:a="http://schemas.openxmlformats.org/drawingml/2006/main">
                  <a:graphicData uri="http://schemas.microsoft.com/office/word/2010/wordprocessingInk">
                    <w14:contentPart bwMode="auto" r:id="rId302">
                      <w14:nvContentPartPr>
                        <w14:cNvContentPartPr/>
                      </w14:nvContentPartPr>
                      <w14:xfrm>
                        <a:off x="0" y="0"/>
                        <a:ext cx="6902280" cy="360"/>
                      </w14:xfrm>
                    </w14:contentPart>
                  </a:graphicData>
                </a:graphic>
              </wp:anchor>
            </w:drawing>
          </mc:Choice>
          <mc:Fallback>
            <w:pict>
              <v:shape w14:anchorId="5F7C781E" id="Ink 298" o:spid="_x0000_s1026" type="#_x0000_t75" style="position:absolute;margin-left:-6.85pt;margin-top:23.2pt;width:554.85pt;height:22.75pt;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">
                <v:imagedata r:id="rId285" o:title=""/>
              </v:shape>
            </w:pict>
          </mc:Fallback>
        </mc:AlternateContent>
      </w:r>
      <w:r>
        <w:rPr>
          <w:rFonts w:ascii="Georgia" w:eastAsia="Times New Roman" w:hAnsi="Georgia" w:cs="Times New Roman"/>
          <w:noProof/>
          <w:color w:val="002060"/>
          <w:sz w:val="24"/>
          <w:szCs w:val="24"/>
        </w:rPr>
        <mc:AlternateContent>
          <mc:Choice Requires="wpi">
            <w:drawing>
              <wp:anchor distT="0" distB="0" distL="114300" distR="114300" simplePos="0" relativeHeight="251820032" behindDoc="0" locked="0" layoutInCell="1" allowOverlap="1" wp14:anchorId="3A7059B9" wp14:editId="349C4141">
                <wp:simplePos x="0" y="0"/>
                <wp:positionH relativeFrom="column">
                  <wp:posOffset>-15365</wp:posOffset>
                </wp:positionH>
                <wp:positionV relativeFrom="paragraph">
                  <wp:posOffset>206727</wp:posOffset>
                </wp:positionV>
                <wp:extent cx="6904440" cy="360"/>
                <wp:effectExtent l="114300" t="190500" r="125095" b="190500"/>
                <wp:wrapNone/>
                <wp:docPr id="261534341" name="Ink 297"/>
                <wp:cNvGraphicFramePr/>
                <a:graphic xmlns:a="http://schemas.openxmlformats.org/drawingml/2006/main">
                  <a:graphicData uri="http://schemas.microsoft.com/office/word/2010/wordprocessingInk">
                    <w14:contentPart bwMode="auto" r:id="rId303">
                      <w14:nvContentPartPr>
                        <w14:cNvContentPartPr/>
                      </w14:nvContentPartPr>
                      <w14:xfrm>
                        <a:off x="0" y="0"/>
                        <a:ext cx="6904440" cy="360"/>
                      </w14:xfrm>
                    </w14:contentPart>
                  </a:graphicData>
                </a:graphic>
              </wp:anchor>
            </w:drawing>
          </mc:Choice>
          <mc:Fallback>
            <w:pict>
              <v:shape w14:anchorId="5CD37F7F" id="Ink 297" o:spid="_x0000_s1026" type="#_x0000_t75" style="position:absolute;margin-left:-6.85pt;margin-top:5pt;width:554.95pt;height:22.75pt;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">
                <v:imagedata r:id="rId304" o:title=""/>
              </v:shape>
            </w:pict>
          </mc:Fallback>
        </mc:AlternateContent>
      </w:r>
      <w:r w:rsidR="002832E0" w:rsidRPr="00942A4F">
        <w:rPr>
          <w:rFonts w:ascii="Georgia" w:eastAsia="Times New Roman" w:hAnsi="Georgia" w:cs="Times New Roman"/>
          <w:color w:val="002060"/>
          <w:sz w:val="24"/>
          <w:szCs w:val="24"/>
        </w:rPr>
        <w:t xml:space="preserve">• </w:t>
      </w:r>
      <w:r w:rsidR="002832E0" w:rsidRPr="00942A4F">
        <w:rPr>
          <w:rFonts w:ascii="Georgia" w:eastAsia="Times New Roman" w:hAnsi="Georgia" w:cs="Times New Roman"/>
          <w:b/>
          <w:bCs/>
          <w:color w:val="002060"/>
          <w:sz w:val="24"/>
          <w:szCs w:val="24"/>
        </w:rPr>
        <w:t>A community-driven movement where mentorship, teamwork, discipline, and compassion lay the foundation for a safer, stronger future for every child.</w:t>
      </w:r>
    </w:p>
    <w:p w14:paraId="17178EF9" w14:textId="69D61B8F" w:rsidR="002832E0" w:rsidRPr="00942A4F" w:rsidRDefault="000F0EED" w:rsidP="000938A2">
      <w:pPr>
        <w:spacing w:before="100" w:beforeAutospacing="1" w:after="100" w:afterAutospacing="1" w:line="360" w:lineRule="auto"/>
        <w:jc w:val="center"/>
        <w:rPr>
          <w:rFonts w:ascii="Georgia" w:eastAsia="Times New Roman" w:hAnsi="Georgia" w:cs="Times New Roman"/>
          <w:b/>
          <w:bCs/>
          <w:color w:val="002060"/>
          <w:sz w:val="24"/>
          <w:szCs w:val="24"/>
        </w:rPr>
      </w:pPr>
      <w:r>
        <w:rPr>
          <w:rFonts w:ascii="Georgia" w:eastAsia="Times New Roman" w:hAnsi="Georgia" w:cs="Times New Roman"/>
          <w:b/>
          <w:bCs/>
          <w:noProof/>
          <w:color w:val="002060"/>
          <w:sz w:val="24"/>
          <w:szCs w:val="24"/>
        </w:rPr>
        <mc:AlternateContent>
          <mc:Choice Requires="wpi">
            <w:drawing>
              <wp:anchor distT="0" distB="0" distL="114300" distR="114300" simplePos="0" relativeHeight="251829248" behindDoc="0" locked="0" layoutInCell="1" allowOverlap="1" wp14:anchorId="55EC2F10" wp14:editId="550EC32A">
                <wp:simplePos x="0" y="0"/>
                <wp:positionH relativeFrom="column">
                  <wp:posOffset>9108475</wp:posOffset>
                </wp:positionH>
                <wp:positionV relativeFrom="paragraph">
                  <wp:posOffset>260097</wp:posOffset>
                </wp:positionV>
                <wp:extent cx="360" cy="360"/>
                <wp:effectExtent l="114300" t="190500" r="114300" b="190500"/>
                <wp:wrapNone/>
                <wp:docPr id="143018922" name="Ink 318"/>
                <wp:cNvGraphicFramePr/>
                <a:graphic xmlns:a="http://schemas.openxmlformats.org/drawingml/2006/main">
                  <a:graphicData uri="http://schemas.microsoft.com/office/word/2010/wordprocessingInk">
                    <w14:contentPart bwMode="auto" r:id="rId305">
                      <w14:nvContentPartPr>
                        <w14:cNvContentPartPr/>
                      </w14:nvContentPartPr>
                      <w14:xfrm>
                        <a:off x="0" y="0"/>
                        <a:ext cx="360" cy="360"/>
                      </w14:xfrm>
                    </w14:contentPart>
                  </a:graphicData>
                </a:graphic>
              </wp:anchor>
            </w:drawing>
          </mc:Choice>
          <mc:Fallback>
            <w:pict>
              <v:shape w14:anchorId="2A98AF45" id="Ink 318" o:spid="_x0000_s1026" type="#_x0000_t75" style="position:absolute;margin-left:711.55pt;margin-top:9.2pt;width:11.4pt;height:22.75pt;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">
                <v:imagedata r:id="rId142" o:title=""/>
              </v:shape>
            </w:pict>
          </mc:Fallback>
        </mc:AlternateContent>
      </w:r>
      <w:r>
        <w:rPr>
          <w:rFonts w:ascii="Georgia" w:eastAsia="Times New Roman" w:hAnsi="Georgia" w:cs="Times New Roman"/>
          <w:b/>
          <w:bCs/>
          <w:noProof/>
          <w:color w:val="002060"/>
          <w:sz w:val="24"/>
          <w:szCs w:val="24"/>
        </w:rPr>
        <mc:AlternateContent>
          <mc:Choice Requires="wpi">
            <w:drawing>
              <wp:anchor distT="0" distB="0" distL="114300" distR="114300" simplePos="0" relativeHeight="251826176" behindDoc="0" locked="0" layoutInCell="1" allowOverlap="1" wp14:anchorId="44A4434F" wp14:editId="6A7EF661">
                <wp:simplePos x="0" y="0"/>
                <wp:positionH relativeFrom="column">
                  <wp:posOffset>-15365</wp:posOffset>
                </wp:positionH>
                <wp:positionV relativeFrom="paragraph">
                  <wp:posOffset>976497</wp:posOffset>
                </wp:positionV>
                <wp:extent cx="6896880" cy="360"/>
                <wp:effectExtent l="114300" t="190500" r="113665" b="190500"/>
                <wp:wrapNone/>
                <wp:docPr id="31154096" name="Ink 311"/>
                <wp:cNvGraphicFramePr/>
                <a:graphic xmlns:a="http://schemas.openxmlformats.org/drawingml/2006/main">
                  <a:graphicData uri="http://schemas.microsoft.com/office/word/2010/wordprocessingInk">
                    <w14:contentPart bwMode="auto" r:id="rId306">
                      <w14:nvContentPartPr>
                        <w14:cNvContentPartPr/>
                      </w14:nvContentPartPr>
                      <w14:xfrm>
                        <a:off x="0" y="0"/>
                        <a:ext cx="6896880" cy="360"/>
                      </w14:xfrm>
                    </w14:contentPart>
                  </a:graphicData>
                </a:graphic>
              </wp:anchor>
            </w:drawing>
          </mc:Choice>
          <mc:Fallback>
            <w:pict>
              <v:shape w14:anchorId="51534724" id="Ink 311" o:spid="_x0000_s1026" type="#_x0000_t75" style="position:absolute;margin-left:-6.85pt;margin-top:65.6pt;width:554.35pt;height:22.75pt;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">
                <v:imagedata r:id="rId307" o:title=""/>
              </v:shape>
            </w:pict>
          </mc:Fallback>
        </mc:AlternateContent>
      </w:r>
      <w:r>
        <w:rPr>
          <w:rFonts w:ascii="Georgia" w:eastAsia="Times New Roman" w:hAnsi="Georgia" w:cs="Times New Roman"/>
          <w:b/>
          <w:bCs/>
          <w:noProof/>
          <w:color w:val="002060"/>
          <w:sz w:val="24"/>
          <w:szCs w:val="24"/>
        </w:rPr>
        <mc:AlternateContent>
          <mc:Choice Requires="wpi">
            <w:drawing>
              <wp:anchor distT="0" distB="0" distL="114300" distR="114300" simplePos="0" relativeHeight="251825152" behindDoc="0" locked="0" layoutInCell="1" allowOverlap="1" wp14:anchorId="076C23B7" wp14:editId="407C6AA5">
                <wp:simplePos x="0" y="0"/>
                <wp:positionH relativeFrom="column">
                  <wp:posOffset>-15365</wp:posOffset>
                </wp:positionH>
                <wp:positionV relativeFrom="paragraph">
                  <wp:posOffset>735297</wp:posOffset>
                </wp:positionV>
                <wp:extent cx="6909480" cy="360"/>
                <wp:effectExtent l="114300" t="190500" r="120015" b="190500"/>
                <wp:wrapNone/>
                <wp:docPr id="1351583796" name="Ink 310"/>
                <wp:cNvGraphicFramePr/>
                <a:graphic xmlns:a="http://schemas.openxmlformats.org/drawingml/2006/main">
                  <a:graphicData uri="http://schemas.microsoft.com/office/word/2010/wordprocessingInk">
                    <w14:contentPart bwMode="auto" r:id="rId308">
                      <w14:nvContentPartPr>
                        <w14:cNvContentPartPr/>
                      </w14:nvContentPartPr>
                      <w14:xfrm>
                        <a:off x="0" y="0"/>
                        <a:ext cx="6909480" cy="360"/>
                      </w14:xfrm>
                    </w14:contentPart>
                  </a:graphicData>
                </a:graphic>
              </wp:anchor>
            </w:drawing>
          </mc:Choice>
          <mc:Fallback>
            <w:pict>
              <v:shape w14:anchorId="29506A6E" id="Ink 310" o:spid="_x0000_s1026" type="#_x0000_t75" style="position:absolute;margin-left:-6.85pt;margin-top:46.6pt;width:555.35pt;height:22.75pt;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">
                <v:imagedata r:id="rId309" o:title=""/>
              </v:shape>
            </w:pict>
          </mc:Fallback>
        </mc:AlternateContent>
      </w:r>
      <w:r>
        <w:rPr>
          <w:rFonts w:ascii="Georgia" w:eastAsia="Times New Roman" w:hAnsi="Georgia" w:cs="Times New Roman"/>
          <w:b/>
          <w:bCs/>
          <w:noProof/>
          <w:color w:val="002060"/>
          <w:sz w:val="24"/>
          <w:szCs w:val="24"/>
        </w:rPr>
        <mc:AlternateContent>
          <mc:Choice Requires="wpi">
            <w:drawing>
              <wp:anchor distT="0" distB="0" distL="114300" distR="114300" simplePos="0" relativeHeight="251824128" behindDoc="0" locked="0" layoutInCell="1" allowOverlap="1" wp14:anchorId="506A1580" wp14:editId="3031210C">
                <wp:simplePos x="0" y="0"/>
                <wp:positionH relativeFrom="column">
                  <wp:posOffset>-15365</wp:posOffset>
                </wp:positionH>
                <wp:positionV relativeFrom="paragraph">
                  <wp:posOffset>504177</wp:posOffset>
                </wp:positionV>
                <wp:extent cx="6906600" cy="360"/>
                <wp:effectExtent l="114300" t="190500" r="123190" b="190500"/>
                <wp:wrapNone/>
                <wp:docPr id="69291217" name="Ink 306"/>
                <wp:cNvGraphicFramePr/>
                <a:graphic xmlns:a="http://schemas.openxmlformats.org/drawingml/2006/main">
                  <a:graphicData uri="http://schemas.microsoft.com/office/word/2010/wordprocessingInk">
                    <w14:contentPart bwMode="auto" r:id="rId310">
                      <w14:nvContentPartPr>
                        <w14:cNvContentPartPr/>
                      </w14:nvContentPartPr>
                      <w14:xfrm>
                        <a:off x="0" y="0"/>
                        <a:ext cx="6906600" cy="360"/>
                      </w14:xfrm>
                    </w14:contentPart>
                  </a:graphicData>
                </a:graphic>
              </wp:anchor>
            </w:drawing>
          </mc:Choice>
          <mc:Fallback>
            <w:pict>
              <v:shape w14:anchorId="40779C93" id="Ink 306" o:spid="_x0000_s1026" type="#_x0000_t75" style="position:absolute;margin-left:-6.85pt;margin-top:28.4pt;width:555.2pt;height:22.75pt;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">
                <v:imagedata r:id="rId311" o:title=""/>
              </v:shape>
            </w:pict>
          </mc:Fallback>
        </mc:AlternateContent>
      </w:r>
      <w:r>
        <w:rPr>
          <w:rFonts w:ascii="Georgia" w:eastAsia="Times New Roman" w:hAnsi="Georgia" w:cs="Times New Roman"/>
          <w:b/>
          <w:bCs/>
          <w:noProof/>
          <w:color w:val="002060"/>
          <w:sz w:val="24"/>
          <w:szCs w:val="24"/>
        </w:rPr>
        <mc:AlternateContent>
          <mc:Choice Requires="wpi">
            <w:drawing>
              <wp:anchor distT="0" distB="0" distL="114300" distR="114300" simplePos="0" relativeHeight="251823104" behindDoc="0" locked="0" layoutInCell="1" allowOverlap="1" wp14:anchorId="6A7904FA" wp14:editId="4347AA67">
                <wp:simplePos x="0" y="0"/>
                <wp:positionH relativeFrom="column">
                  <wp:posOffset>-15365</wp:posOffset>
                </wp:positionH>
                <wp:positionV relativeFrom="paragraph">
                  <wp:posOffset>273057</wp:posOffset>
                </wp:positionV>
                <wp:extent cx="6907320" cy="360"/>
                <wp:effectExtent l="114300" t="190500" r="122555" b="190500"/>
                <wp:wrapNone/>
                <wp:docPr id="1456714447" name="Ink 305"/>
                <wp:cNvGraphicFramePr/>
                <a:graphic xmlns:a="http://schemas.openxmlformats.org/drawingml/2006/main">
                  <a:graphicData uri="http://schemas.microsoft.com/office/word/2010/wordprocessingInk">
                    <w14:contentPart bwMode="auto" r:id="rId312">
                      <w14:nvContentPartPr>
                        <w14:cNvContentPartPr/>
                      </w14:nvContentPartPr>
                      <w14:xfrm>
                        <a:off x="0" y="0"/>
                        <a:ext cx="6907320" cy="360"/>
                      </w14:xfrm>
                    </w14:contentPart>
                  </a:graphicData>
                </a:graphic>
              </wp:anchor>
            </w:drawing>
          </mc:Choice>
          <mc:Fallback>
            <w:pict>
              <v:shape w14:anchorId="219A9229" id="Ink 305" o:spid="_x0000_s1026" type="#_x0000_t75" style="position:absolute;margin-left:-6.85pt;margin-top:10.2pt;width:555.25pt;height:22.75pt;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">
                <v:imagedata r:id="rId313" o:title=""/>
              </v:shape>
            </w:pict>
          </mc:Fallback>
        </mc:AlternateContent>
      </w:r>
      <w:r>
        <w:rPr>
          <w:rFonts w:ascii="Georgia" w:eastAsia="Times New Roman" w:hAnsi="Georgia" w:cs="Times New Roman"/>
          <w:b/>
          <w:bCs/>
          <w:noProof/>
          <w:color w:val="002060"/>
          <w:sz w:val="24"/>
          <w:szCs w:val="24"/>
        </w:rPr>
        <mc:AlternateContent>
          <mc:Choice Requires="wpi">
            <w:drawing>
              <wp:anchor distT="0" distB="0" distL="114300" distR="114300" simplePos="0" relativeHeight="251822080" behindDoc="0" locked="0" layoutInCell="1" allowOverlap="1" wp14:anchorId="2DBB0B52" wp14:editId="6B274A12">
                <wp:simplePos x="0" y="0"/>
                <wp:positionH relativeFrom="column">
                  <wp:posOffset>-15365</wp:posOffset>
                </wp:positionH>
                <wp:positionV relativeFrom="paragraph">
                  <wp:posOffset>1977</wp:posOffset>
                </wp:positionV>
                <wp:extent cx="6905880" cy="360"/>
                <wp:effectExtent l="114300" t="190500" r="123825" b="190500"/>
                <wp:wrapNone/>
                <wp:docPr id="851387328" name="Ink 301"/>
                <wp:cNvGraphicFramePr/>
                <a:graphic xmlns:a="http://schemas.openxmlformats.org/drawingml/2006/main">
                  <a:graphicData uri="http://schemas.microsoft.com/office/word/2010/wordprocessingInk">
                    <w14:contentPart bwMode="auto" r:id="rId314">
                      <w14:nvContentPartPr>
                        <w14:cNvContentPartPr/>
                      </w14:nvContentPartPr>
                      <w14:xfrm>
                        <a:off x="0" y="0"/>
                        <a:ext cx="6905880" cy="360"/>
                      </w14:xfrm>
                    </w14:contentPart>
                  </a:graphicData>
                </a:graphic>
              </wp:anchor>
            </w:drawing>
          </mc:Choice>
          <mc:Fallback>
            <w:pict>
              <v:shape w14:anchorId="15C3FAAC" id="Ink 301" o:spid="_x0000_s1026" type="#_x0000_t75" style="position:absolute;margin-left:-6.85pt;margin-top:-11.2pt;width:555.1pt;height:22.75pt;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">
                <v:imagedata r:id="rId273" o:title=""/>
              </v:shape>
            </w:pict>
          </mc:Fallback>
        </mc:AlternateContent>
      </w:r>
      <w:r w:rsidR="002832E0" w:rsidRPr="00942A4F">
        <w:rPr>
          <w:rFonts w:ascii="Georgia" w:eastAsia="Times New Roman" w:hAnsi="Georgia" w:cs="Times New Roman"/>
          <w:b/>
          <w:bCs/>
          <w:color w:val="002060"/>
          <w:sz w:val="24"/>
          <w:szCs w:val="24"/>
        </w:rPr>
        <w:t>Every donation, every partnership, and every moment of support contributes directly to this mission. Together, we will transform today's hardships into tomorrow’s triumphs — one child, one community, one future at a time.</w:t>
      </w:r>
    </w:p>
    <w:p w14:paraId="7DD49E0D" w14:textId="21B9B786" w:rsidR="002832E0" w:rsidRPr="00942A4F" w:rsidRDefault="000F0EED" w:rsidP="000938A2">
      <w:pPr>
        <w:spacing w:before="100" w:beforeAutospacing="1" w:after="100" w:afterAutospacing="1" w:line="360" w:lineRule="auto"/>
        <w:jc w:val="center"/>
        <w:rPr>
          <w:rFonts w:ascii="Georgia" w:eastAsia="Times New Roman" w:hAnsi="Georgia" w:cs="Times New Roman"/>
          <w:b/>
          <w:bCs/>
          <w:color w:val="002060"/>
          <w:sz w:val="24"/>
          <w:szCs w:val="24"/>
        </w:rPr>
      </w:pPr>
      <w:r>
        <w:rPr>
          <w:rFonts w:ascii="Segoe UI Emoji" w:eastAsia="Times New Roman" w:hAnsi="Segoe UI Emoji" w:cs="Segoe UI Emoji"/>
          <w:noProof/>
          <w:color w:val="002060"/>
          <w:sz w:val="24"/>
          <w:szCs w:val="24"/>
        </w:rPr>
        <mc:AlternateContent>
          <mc:Choice Requires="wpi">
            <w:drawing>
              <wp:anchor distT="0" distB="0" distL="114300" distR="114300" simplePos="0" relativeHeight="251828224" behindDoc="0" locked="0" layoutInCell="1" allowOverlap="1" wp14:anchorId="6CC25C7B" wp14:editId="0D5174F3">
                <wp:simplePos x="0" y="0"/>
                <wp:positionH relativeFrom="column">
                  <wp:posOffset>-25085</wp:posOffset>
                </wp:positionH>
                <wp:positionV relativeFrom="paragraph">
                  <wp:posOffset>405717</wp:posOffset>
                </wp:positionV>
                <wp:extent cx="6912360" cy="360"/>
                <wp:effectExtent l="114300" t="190500" r="117475" b="190500"/>
                <wp:wrapNone/>
                <wp:docPr id="1868919804" name="Ink 317"/>
                <wp:cNvGraphicFramePr/>
                <a:graphic xmlns:a="http://schemas.openxmlformats.org/drawingml/2006/main">
                  <a:graphicData uri="http://schemas.microsoft.com/office/word/2010/wordprocessingInk">
                    <w14:contentPart bwMode="auto" r:id="rId315">
                      <w14:nvContentPartPr>
                        <w14:cNvContentPartPr/>
                      </w14:nvContentPartPr>
                      <w14:xfrm>
                        <a:off x="0" y="0"/>
                        <a:ext cx="6912360" cy="360"/>
                      </w14:xfrm>
                    </w14:contentPart>
                  </a:graphicData>
                </a:graphic>
              </wp:anchor>
            </w:drawing>
          </mc:Choice>
          <mc:Fallback>
            <w:pict>
              <v:shape w14:anchorId="1DE8D8FF" id="Ink 317" o:spid="_x0000_s1026" type="#_x0000_t75" style="position:absolute;margin-left:-7.65pt;margin-top:20.6pt;width:555.65pt;height:22.75pt;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">
                <v:imagedata r:id="rId316" o:title=""/>
              </v:shape>
            </w:pict>
          </mc:Fallback>
        </mc:AlternateContent>
      </w:r>
      <w:r>
        <w:rPr>
          <w:rFonts w:ascii="Segoe UI Emoji" w:eastAsia="Times New Roman" w:hAnsi="Segoe UI Emoji" w:cs="Segoe UI Emoji"/>
          <w:noProof/>
          <w:color w:val="002060"/>
          <w:sz w:val="24"/>
          <w:szCs w:val="24"/>
        </w:rPr>
        <mc:AlternateContent>
          <mc:Choice Requires="wpi">
            <w:drawing>
              <wp:anchor distT="0" distB="0" distL="114300" distR="114300" simplePos="0" relativeHeight="251827200" behindDoc="0" locked="0" layoutInCell="1" allowOverlap="1" wp14:anchorId="7543443A" wp14:editId="00CFF4D5">
                <wp:simplePos x="0" y="0"/>
                <wp:positionH relativeFrom="column">
                  <wp:posOffset>-15365</wp:posOffset>
                </wp:positionH>
                <wp:positionV relativeFrom="paragraph">
                  <wp:posOffset>164517</wp:posOffset>
                </wp:positionV>
                <wp:extent cx="6916680" cy="360"/>
                <wp:effectExtent l="114300" t="190500" r="113030" b="190500"/>
                <wp:wrapNone/>
                <wp:docPr id="1481204411" name="Ink 314"/>
                <wp:cNvGraphicFramePr/>
                <a:graphic xmlns:a="http://schemas.openxmlformats.org/drawingml/2006/main">
                  <a:graphicData uri="http://schemas.microsoft.com/office/word/2010/wordprocessingInk">
                    <w14:contentPart bwMode="auto" r:id="rId317">
                      <w14:nvContentPartPr>
                        <w14:cNvContentPartPr/>
                      </w14:nvContentPartPr>
                      <w14:xfrm>
                        <a:off x="0" y="0"/>
                        <a:ext cx="6916680" cy="360"/>
                      </w14:xfrm>
                    </w14:contentPart>
                  </a:graphicData>
                </a:graphic>
              </wp:anchor>
            </w:drawing>
          </mc:Choice>
          <mc:Fallback>
            <w:pict>
              <v:shape w14:anchorId="30C94971" id="Ink 314" o:spid="_x0000_s1026" type="#_x0000_t75" style="position:absolute;margin-left:-6.85pt;margin-top:1.6pt;width:555.95pt;height:22.75pt;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">
                <v:imagedata r:id="rId318" o:title=""/>
              </v:shape>
            </w:pict>
          </mc:Fallback>
        </mc:AlternateContent>
      </w:r>
      <w:r w:rsidR="002832E0" w:rsidRPr="00942A4F">
        <w:rPr>
          <w:rFonts w:ascii="Segoe UI Emoji" w:eastAsia="Times New Roman" w:hAnsi="Segoe UI Emoji" w:cs="Segoe UI Emoji"/>
          <w:color w:val="002060"/>
          <w:sz w:val="24"/>
          <w:szCs w:val="24"/>
        </w:rPr>
        <w:t>🌟</w:t>
      </w:r>
      <w:r w:rsidR="002832E0" w:rsidRPr="00942A4F">
        <w:rPr>
          <w:rFonts w:ascii="Georgia" w:eastAsia="Times New Roman" w:hAnsi="Georgia" w:cs="Times New Roman"/>
          <w:color w:val="002060"/>
          <w:sz w:val="24"/>
          <w:szCs w:val="24"/>
        </w:rPr>
        <w:t xml:space="preserve"> </w:t>
      </w:r>
      <w:r w:rsidR="002832E0" w:rsidRPr="00942A4F">
        <w:rPr>
          <w:rFonts w:ascii="Georgia" w:eastAsia="Times New Roman" w:hAnsi="Georgia" w:cs="Times New Roman"/>
          <w:b/>
          <w:bCs/>
          <w:color w:val="002060"/>
          <w:sz w:val="24"/>
          <w:szCs w:val="24"/>
        </w:rPr>
        <w:t>The Rejoyce Foundation: Where Every Child’s Potential is Protected, Nurtured, and Realized.</w:t>
      </w:r>
    </w:p>
    <w:p w14:paraId="5A76D78F" w14:textId="77777777" w:rsidR="001C6094" w:rsidRDefault="001C6094" w:rsidP="000938A2">
      <w:pPr>
        <w:spacing w:before="100" w:beforeAutospacing="1" w:after="100" w:afterAutospacing="1" w:line="360" w:lineRule="auto"/>
        <w:jc w:val="center"/>
        <w:rPr>
          <w:rFonts w:ascii="Georgia" w:eastAsia="Times New Roman" w:hAnsi="Georgia" w:cs="Times New Roman"/>
          <w:b/>
          <w:bCs/>
          <w:color w:val="002060"/>
          <w:sz w:val="28"/>
          <w:szCs w:val="28"/>
        </w:rPr>
      </w:pPr>
    </w:p>
    <w:p w14:paraId="3D156FD2" w14:textId="77777777" w:rsidR="001C6094" w:rsidRDefault="001C6094" w:rsidP="002832E0">
      <w:pPr>
        <w:spacing w:before="100" w:beforeAutospacing="1" w:after="100" w:afterAutospacing="1" w:line="360" w:lineRule="auto"/>
        <w:rPr>
          <w:rFonts w:ascii="Georgia" w:eastAsia="Times New Roman" w:hAnsi="Georgia" w:cs="Times New Roman"/>
          <w:b/>
          <w:bCs/>
          <w:color w:val="002060"/>
          <w:sz w:val="28"/>
          <w:szCs w:val="28"/>
        </w:rPr>
      </w:pPr>
    </w:p>
    <w:p w14:paraId="248F7DA9" w14:textId="77777777" w:rsidR="001C6094" w:rsidRDefault="001C6094" w:rsidP="002832E0">
      <w:pPr>
        <w:spacing w:before="100" w:beforeAutospacing="1" w:after="100" w:afterAutospacing="1" w:line="360" w:lineRule="auto"/>
        <w:rPr>
          <w:rFonts w:ascii="Georgia" w:eastAsia="Times New Roman" w:hAnsi="Georgia" w:cs="Times New Roman"/>
          <w:b/>
          <w:bCs/>
          <w:color w:val="002060"/>
          <w:sz w:val="28"/>
          <w:szCs w:val="28"/>
        </w:rPr>
      </w:pPr>
    </w:p>
    <w:p w14:paraId="0413CCD8" w14:textId="77777777" w:rsidR="001C6094" w:rsidRPr="00EC1ADD" w:rsidRDefault="001C6094" w:rsidP="002832E0">
      <w:pPr>
        <w:spacing w:before="100" w:beforeAutospacing="1" w:after="100" w:afterAutospacing="1" w:line="360" w:lineRule="auto"/>
        <w:rPr>
          <w:rFonts w:ascii="Georgia" w:eastAsia="Times New Roman" w:hAnsi="Georgia" w:cs="Times New Roman"/>
          <w:color w:val="002060"/>
          <w:sz w:val="28"/>
          <w:szCs w:val="28"/>
        </w:rPr>
      </w:pPr>
    </w:p>
    <w:p w14:paraId="54B5E431" w14:textId="36E2681E" w:rsidR="000E3F62" w:rsidRDefault="001C6094" w:rsidP="000410FA">
      <w:pPr>
        <w:spacing w:after="0"/>
        <w:rPr>
          <w:rFonts w:ascii="Georgia" w:hAnsi="Georgia"/>
          <w:b/>
          <w:bCs/>
        </w:rPr>
      </w:pPr>
      <w:r>
        <w:rPr>
          <w:rFonts w:ascii="Georgia" w:hAnsi="Georgia"/>
          <w:b/>
          <w:bCs/>
        </w:rPr>
        <w:lastRenderedPageBreak/>
        <w:t xml:space="preserve">           </w:t>
      </w:r>
      <w:r w:rsidR="001B1F28" w:rsidRPr="00EC1ADD">
        <w:rPr>
          <w:rFonts w:ascii="Georgia" w:hAnsi="Georgia"/>
          <w:noProof/>
          <w:color w:val="002060"/>
        </w:rPr>
        <w:drawing>
          <wp:inline distT="0" distB="0" distL="0" distR="0" wp14:anchorId="59897AC0" wp14:editId="0A370A9E">
            <wp:extent cx="5943600" cy="3286125"/>
            <wp:effectExtent l="0" t="0" r="0" b="95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5943600" cy="3286125"/>
                    </a:xfrm>
                    <a:prstGeom prst="rect">
                      <a:avLst/>
                    </a:prstGeom>
                    <a:noFill/>
                    <a:ln>
                      <a:noFill/>
                    </a:ln>
                  </pic:spPr>
                </pic:pic>
              </a:graphicData>
            </a:graphic>
          </wp:inline>
        </w:drawing>
      </w:r>
    </w:p>
    <w:p w14:paraId="3038F191" w14:textId="77777777" w:rsidR="009B1237" w:rsidRPr="009B1237" w:rsidRDefault="009B1237" w:rsidP="009B1237">
      <w:pPr>
        <w:jc w:val="center"/>
        <w:rPr>
          <w:rFonts w:ascii="Georgia" w:hAnsi="Georgia"/>
          <w:b/>
          <w:bCs/>
          <w:i/>
          <w:iCs/>
          <w:color w:val="FFFF00"/>
          <w:sz w:val="36"/>
          <w:szCs w:val="36"/>
        </w:rPr>
      </w:pPr>
      <w:r w:rsidRPr="009B1237">
        <w:rPr>
          <w:rFonts w:ascii="Georgia" w:hAnsi="Georgia"/>
          <w:b/>
          <w:bCs/>
          <w:i/>
          <w:iCs/>
          <w:color w:val="002060"/>
          <w:sz w:val="36"/>
          <w:szCs w:val="36"/>
        </w:rPr>
        <w:t>A letter to the viewer</w:t>
      </w:r>
    </w:p>
    <w:p w14:paraId="139827BD" w14:textId="77777777" w:rsidR="009B1237" w:rsidRPr="00942A4F" w:rsidRDefault="009B1237" w:rsidP="000F0EED">
      <w:pPr>
        <w:spacing w:before="100" w:beforeAutospacing="1" w:after="100" w:afterAutospacing="1" w:line="360" w:lineRule="auto"/>
        <w:jc w:val="center"/>
        <w:rPr>
          <w:rFonts w:ascii="Georgia" w:eastAsia="Times New Roman" w:hAnsi="Georgia" w:cs="Times New Roman"/>
          <w:b/>
          <w:bCs/>
          <w:color w:val="002060"/>
          <w:sz w:val="24"/>
          <w:szCs w:val="24"/>
        </w:rPr>
      </w:pPr>
      <w:r w:rsidRPr="00942A4F">
        <w:rPr>
          <w:rFonts w:ascii="Georgia" w:eastAsia="Times New Roman" w:hAnsi="Georgia" w:cs="Times New Roman"/>
          <w:b/>
          <w:bCs/>
          <w:color w:val="002060"/>
          <w:sz w:val="24"/>
          <w:szCs w:val="24"/>
        </w:rPr>
        <w:t>The Rejoyce Foundation understands the immense dangers and obstacles inherent in the urgent humanitarian mission we have undertaken. We engage directly with environments scarred by abuse, trauma, addiction, violence, and generational despair.</w:t>
      </w:r>
    </w:p>
    <w:p w14:paraId="4F392BE4" w14:textId="77777777" w:rsidR="009B1237" w:rsidRPr="00942A4F" w:rsidRDefault="009B1237" w:rsidP="000F0EED">
      <w:pPr>
        <w:spacing w:before="100" w:beforeAutospacing="1" w:after="100" w:afterAutospacing="1" w:line="360" w:lineRule="auto"/>
        <w:jc w:val="center"/>
        <w:rPr>
          <w:rFonts w:ascii="Georgia" w:eastAsia="Times New Roman" w:hAnsi="Georgia" w:cs="Times New Roman"/>
          <w:b/>
          <w:bCs/>
          <w:color w:val="002060"/>
          <w:sz w:val="24"/>
          <w:szCs w:val="24"/>
        </w:rPr>
      </w:pPr>
      <w:r w:rsidRPr="00942A4F">
        <w:rPr>
          <w:rFonts w:ascii="Georgia" w:eastAsia="Times New Roman" w:hAnsi="Georgia" w:cs="Times New Roman"/>
          <w:b/>
          <w:bCs/>
          <w:color w:val="002060"/>
          <w:sz w:val="24"/>
          <w:szCs w:val="24"/>
        </w:rPr>
        <w:t>Make no mistake: we are not vigilantes. We operate in strict and unwavering compliance with the laws of Texas and the Constitution of the United States.</w:t>
      </w:r>
    </w:p>
    <w:p w14:paraId="5F55A670" w14:textId="77777777" w:rsidR="009B1237" w:rsidRPr="00942A4F" w:rsidRDefault="009B1237" w:rsidP="000F0EED">
      <w:pPr>
        <w:spacing w:before="100" w:beforeAutospacing="1" w:after="100" w:afterAutospacing="1" w:line="360" w:lineRule="auto"/>
        <w:jc w:val="center"/>
        <w:rPr>
          <w:rFonts w:ascii="Georgia" w:eastAsia="Times New Roman" w:hAnsi="Georgia" w:cs="Times New Roman"/>
          <w:b/>
          <w:bCs/>
          <w:color w:val="002060"/>
          <w:sz w:val="24"/>
          <w:szCs w:val="24"/>
        </w:rPr>
      </w:pPr>
      <w:r w:rsidRPr="00942A4F">
        <w:rPr>
          <w:rFonts w:ascii="Georgia" w:eastAsia="Times New Roman" w:hAnsi="Georgia" w:cs="Times New Roman"/>
          <w:b/>
          <w:bCs/>
          <w:color w:val="002060"/>
          <w:sz w:val="24"/>
          <w:szCs w:val="24"/>
        </w:rPr>
        <w:t>This is a solemn word of caution — especially to those considering duplicating or mimicking our foundation’s approach:</w:t>
      </w:r>
    </w:p>
    <w:p w14:paraId="73DF0401" w14:textId="77777777" w:rsidR="009B1237" w:rsidRPr="00942A4F" w:rsidRDefault="009B1237" w:rsidP="000F0EED">
      <w:pPr>
        <w:spacing w:before="100" w:beforeAutospacing="1" w:after="100" w:afterAutospacing="1" w:line="360" w:lineRule="auto"/>
        <w:jc w:val="center"/>
        <w:rPr>
          <w:rFonts w:ascii="Georgia" w:eastAsia="Times New Roman" w:hAnsi="Georgia" w:cs="Times New Roman"/>
          <w:b/>
          <w:bCs/>
          <w:color w:val="002060"/>
          <w:sz w:val="24"/>
          <w:szCs w:val="24"/>
        </w:rPr>
      </w:pPr>
      <w:r w:rsidRPr="00942A4F">
        <w:rPr>
          <w:rFonts w:ascii="Georgia" w:eastAsia="Times New Roman" w:hAnsi="Georgia" w:cs="Times New Roman"/>
          <w:b/>
          <w:bCs/>
          <w:color w:val="002060"/>
          <w:sz w:val="24"/>
          <w:szCs w:val="24"/>
        </w:rPr>
        <w:t>No program built on promises, payments, legal deals, or incentives will ever succeed.</w:t>
      </w:r>
      <w:r w:rsidRPr="00942A4F">
        <w:rPr>
          <w:rFonts w:ascii="Georgia" w:eastAsia="Times New Roman" w:hAnsi="Georgia" w:cs="Times New Roman"/>
          <w:b/>
          <w:bCs/>
          <w:color w:val="002060"/>
          <w:sz w:val="24"/>
          <w:szCs w:val="24"/>
        </w:rPr>
        <w:br/>
        <w:t>You cannot purchase authenticity.</w:t>
      </w:r>
      <w:r w:rsidRPr="00942A4F">
        <w:rPr>
          <w:rFonts w:ascii="Georgia" w:eastAsia="Times New Roman" w:hAnsi="Georgia" w:cs="Times New Roman"/>
          <w:b/>
          <w:bCs/>
          <w:color w:val="002060"/>
          <w:sz w:val="24"/>
          <w:szCs w:val="24"/>
        </w:rPr>
        <w:br/>
        <w:t>You cannot contract credibility.</w:t>
      </w:r>
      <w:r w:rsidRPr="00942A4F">
        <w:rPr>
          <w:rFonts w:ascii="Georgia" w:eastAsia="Times New Roman" w:hAnsi="Georgia" w:cs="Times New Roman"/>
          <w:b/>
          <w:bCs/>
          <w:color w:val="002060"/>
          <w:sz w:val="24"/>
          <w:szCs w:val="24"/>
        </w:rPr>
        <w:br/>
        <w:t>You cannot manufacture trust through negotiation.</w:t>
      </w:r>
      <w:r w:rsidRPr="00942A4F">
        <w:rPr>
          <w:rFonts w:ascii="Georgia" w:eastAsia="Times New Roman" w:hAnsi="Georgia" w:cs="Times New Roman"/>
          <w:b/>
          <w:bCs/>
          <w:color w:val="002060"/>
          <w:sz w:val="24"/>
          <w:szCs w:val="24"/>
        </w:rPr>
        <w:br/>
        <w:t>You cannot broker transformation with a promise or a paycheck.</w:t>
      </w:r>
    </w:p>
    <w:p w14:paraId="4DA99B17" w14:textId="70B2A53A" w:rsidR="009B1237" w:rsidRPr="00942A4F" w:rsidRDefault="009B1237" w:rsidP="000F0EED">
      <w:pPr>
        <w:spacing w:before="100" w:beforeAutospacing="1" w:after="100" w:afterAutospacing="1" w:line="360" w:lineRule="auto"/>
        <w:jc w:val="center"/>
        <w:rPr>
          <w:rFonts w:ascii="Georgia" w:eastAsia="Times New Roman" w:hAnsi="Georgia" w:cs="Times New Roman"/>
          <w:b/>
          <w:bCs/>
          <w:color w:val="002060"/>
          <w:sz w:val="24"/>
          <w:szCs w:val="24"/>
        </w:rPr>
      </w:pPr>
      <w:r w:rsidRPr="00942A4F">
        <w:rPr>
          <w:rFonts w:ascii="Georgia" w:eastAsia="Times New Roman" w:hAnsi="Georgia" w:cs="Times New Roman"/>
          <w:b/>
          <w:bCs/>
          <w:color w:val="002060"/>
          <w:sz w:val="24"/>
          <w:szCs w:val="24"/>
        </w:rPr>
        <w:t>The work that The Rejoyce Foundation undertakes — penetrating the darkest corridors of violence, addiction,</w:t>
      </w:r>
      <w:r w:rsidR="00A565EE">
        <w:rPr>
          <w:rFonts w:ascii="Georgia" w:eastAsia="Times New Roman" w:hAnsi="Georgia" w:cs="Times New Roman"/>
          <w:b/>
          <w:bCs/>
          <w:color w:val="002060"/>
          <w:sz w:val="24"/>
          <w:szCs w:val="24"/>
        </w:rPr>
        <w:t xml:space="preserve"> poverty</w:t>
      </w:r>
      <w:r w:rsidRPr="00942A4F">
        <w:rPr>
          <w:rFonts w:ascii="Georgia" w:eastAsia="Times New Roman" w:hAnsi="Georgia" w:cs="Times New Roman"/>
          <w:b/>
          <w:bCs/>
          <w:color w:val="002060"/>
          <w:sz w:val="24"/>
          <w:szCs w:val="24"/>
        </w:rPr>
        <w:t xml:space="preserve"> and abuse — cannot be accomplished through deals, bargains, or quid pro quo arrangements.</w:t>
      </w:r>
    </w:p>
    <w:p w14:paraId="7EAF9D97" w14:textId="77777777" w:rsidR="009B1237" w:rsidRPr="00942A4F" w:rsidRDefault="009B1237" w:rsidP="000F0EED">
      <w:pPr>
        <w:spacing w:before="100" w:beforeAutospacing="1" w:after="100" w:afterAutospacing="1" w:line="360" w:lineRule="auto"/>
        <w:jc w:val="center"/>
        <w:rPr>
          <w:rFonts w:ascii="Georgia" w:eastAsia="Times New Roman" w:hAnsi="Georgia" w:cs="Times New Roman"/>
          <w:b/>
          <w:bCs/>
          <w:color w:val="002060"/>
          <w:sz w:val="24"/>
          <w:szCs w:val="24"/>
        </w:rPr>
      </w:pPr>
      <w:r w:rsidRPr="00942A4F">
        <w:rPr>
          <w:rFonts w:ascii="Georgia" w:eastAsia="Times New Roman" w:hAnsi="Georgia" w:cs="Times New Roman"/>
          <w:b/>
          <w:bCs/>
          <w:color w:val="002060"/>
          <w:sz w:val="24"/>
          <w:szCs w:val="24"/>
        </w:rPr>
        <w:lastRenderedPageBreak/>
        <w:t>It cannot be done with incentives.</w:t>
      </w:r>
      <w:r w:rsidRPr="00942A4F">
        <w:rPr>
          <w:rFonts w:ascii="Georgia" w:eastAsia="Times New Roman" w:hAnsi="Georgia" w:cs="Times New Roman"/>
          <w:b/>
          <w:bCs/>
          <w:color w:val="002060"/>
          <w:sz w:val="24"/>
          <w:szCs w:val="24"/>
        </w:rPr>
        <w:br/>
        <w:t>It cannot be done through contracts.</w:t>
      </w:r>
      <w:r w:rsidRPr="00942A4F">
        <w:rPr>
          <w:rFonts w:ascii="Georgia" w:eastAsia="Times New Roman" w:hAnsi="Georgia" w:cs="Times New Roman"/>
          <w:b/>
          <w:bCs/>
          <w:color w:val="002060"/>
          <w:sz w:val="24"/>
          <w:szCs w:val="24"/>
        </w:rPr>
        <w:br/>
        <w:t>And it certainly cannot be done by those who have never walked through the fire.</w:t>
      </w:r>
    </w:p>
    <w:p w14:paraId="323D9AB3" w14:textId="77777777" w:rsidR="009B1237" w:rsidRPr="00942A4F" w:rsidRDefault="009B1237" w:rsidP="000F0EED">
      <w:pPr>
        <w:spacing w:before="100" w:beforeAutospacing="1" w:after="100" w:afterAutospacing="1" w:line="360" w:lineRule="auto"/>
        <w:jc w:val="center"/>
        <w:rPr>
          <w:rFonts w:ascii="Georgia" w:eastAsia="Times New Roman" w:hAnsi="Georgia" w:cs="Times New Roman"/>
          <w:b/>
          <w:bCs/>
          <w:color w:val="002060"/>
          <w:sz w:val="24"/>
          <w:szCs w:val="24"/>
        </w:rPr>
      </w:pPr>
      <w:r w:rsidRPr="00942A4F">
        <w:rPr>
          <w:rFonts w:ascii="Georgia" w:eastAsia="Times New Roman" w:hAnsi="Georgia" w:cs="Times New Roman"/>
          <w:b/>
          <w:bCs/>
          <w:color w:val="002060"/>
          <w:sz w:val="24"/>
          <w:szCs w:val="24"/>
        </w:rPr>
        <w:t xml:space="preserve">This work demands individuals whose lives bear the scars of survival — men and women who have not only witnessed chaos, but </w:t>
      </w:r>
      <w:r w:rsidRPr="00942A4F">
        <w:rPr>
          <w:rFonts w:ascii="Georgia" w:eastAsia="Times New Roman" w:hAnsi="Georgia" w:cs="Times New Roman"/>
          <w:b/>
          <w:bCs/>
          <w:i/>
          <w:iCs/>
          <w:color w:val="002060"/>
          <w:sz w:val="24"/>
          <w:szCs w:val="24"/>
        </w:rPr>
        <w:t>endured</w:t>
      </w:r>
      <w:r w:rsidRPr="00942A4F">
        <w:rPr>
          <w:rFonts w:ascii="Georgia" w:eastAsia="Times New Roman" w:hAnsi="Georgia" w:cs="Times New Roman"/>
          <w:b/>
          <w:bCs/>
          <w:color w:val="002060"/>
          <w:sz w:val="24"/>
          <w:szCs w:val="24"/>
        </w:rPr>
        <w:t xml:space="preserve"> it. It requires a personal resurrection — a transformation born from pain, loss, faith, and relentless perseverance. It demands the presence of those who have lived the chaos, not merely studied it.</w:t>
      </w:r>
    </w:p>
    <w:p w14:paraId="00648DC9" w14:textId="77777777" w:rsidR="009B1237" w:rsidRPr="00942A4F" w:rsidRDefault="009B1237" w:rsidP="000F0EED">
      <w:pPr>
        <w:spacing w:before="100" w:beforeAutospacing="1" w:after="100" w:afterAutospacing="1" w:line="360" w:lineRule="auto"/>
        <w:jc w:val="center"/>
        <w:rPr>
          <w:rFonts w:ascii="Georgia" w:eastAsia="Times New Roman" w:hAnsi="Georgia" w:cs="Times New Roman"/>
          <w:b/>
          <w:bCs/>
          <w:color w:val="002060"/>
          <w:sz w:val="24"/>
          <w:szCs w:val="24"/>
        </w:rPr>
      </w:pPr>
      <w:r w:rsidRPr="00942A4F">
        <w:rPr>
          <w:rFonts w:ascii="Georgia" w:eastAsia="Times New Roman" w:hAnsi="Georgia" w:cs="Times New Roman"/>
          <w:b/>
          <w:bCs/>
          <w:color w:val="002060"/>
          <w:sz w:val="24"/>
          <w:szCs w:val="24"/>
        </w:rPr>
        <w:t>Founder Rickye Henderson’s unmatched access to the city’s most violent, abusive, and broken families did not come from any official title. It came from living among them. From understanding their world. From surviving the same fires that now fuel his compassion.</w:t>
      </w:r>
    </w:p>
    <w:p w14:paraId="2CA019CF" w14:textId="77777777" w:rsidR="009B1237" w:rsidRPr="00942A4F" w:rsidRDefault="009B1237" w:rsidP="000F0EED">
      <w:pPr>
        <w:spacing w:before="100" w:beforeAutospacing="1" w:after="100" w:afterAutospacing="1" w:line="360" w:lineRule="auto"/>
        <w:jc w:val="center"/>
        <w:rPr>
          <w:rFonts w:ascii="Georgia" w:eastAsia="Times New Roman" w:hAnsi="Georgia" w:cs="Times New Roman"/>
          <w:b/>
          <w:bCs/>
          <w:color w:val="002060"/>
          <w:sz w:val="24"/>
          <w:szCs w:val="24"/>
        </w:rPr>
      </w:pPr>
      <w:r w:rsidRPr="00942A4F">
        <w:rPr>
          <w:rFonts w:ascii="Georgia" w:eastAsia="Times New Roman" w:hAnsi="Georgia" w:cs="Times New Roman"/>
          <w:b/>
          <w:bCs/>
          <w:color w:val="002060"/>
          <w:sz w:val="24"/>
          <w:szCs w:val="24"/>
        </w:rPr>
        <w:t>Let us be clear:</w:t>
      </w:r>
    </w:p>
    <w:p w14:paraId="150AE01D" w14:textId="77777777" w:rsidR="009B1237" w:rsidRPr="00942A4F" w:rsidRDefault="009B1237" w:rsidP="000F0EED">
      <w:pPr>
        <w:spacing w:before="100" w:beforeAutospacing="1" w:after="100" w:afterAutospacing="1" w:line="360" w:lineRule="auto"/>
        <w:jc w:val="center"/>
        <w:rPr>
          <w:rFonts w:ascii="Georgia" w:eastAsia="Times New Roman" w:hAnsi="Georgia" w:cs="Times New Roman"/>
          <w:b/>
          <w:bCs/>
          <w:color w:val="002060"/>
          <w:sz w:val="24"/>
          <w:szCs w:val="24"/>
        </w:rPr>
      </w:pPr>
      <w:r w:rsidRPr="00942A4F">
        <w:rPr>
          <w:rFonts w:ascii="Georgia" w:eastAsia="Times New Roman" w:hAnsi="Georgia" w:cs="Times New Roman"/>
          <w:b/>
          <w:bCs/>
          <w:color w:val="002060"/>
          <w:sz w:val="24"/>
          <w:szCs w:val="24"/>
        </w:rPr>
        <w:t>The solution offered by The Rejoyce Foundation is not for sale.</w:t>
      </w:r>
      <w:r w:rsidRPr="00942A4F">
        <w:rPr>
          <w:rFonts w:ascii="Georgia" w:eastAsia="Times New Roman" w:hAnsi="Georgia" w:cs="Times New Roman"/>
          <w:b/>
          <w:bCs/>
          <w:color w:val="002060"/>
          <w:sz w:val="24"/>
          <w:szCs w:val="24"/>
        </w:rPr>
        <w:br/>
        <w:t>It cannot be borrowed.</w:t>
      </w:r>
      <w:r w:rsidRPr="00942A4F">
        <w:rPr>
          <w:rFonts w:ascii="Georgia" w:eastAsia="Times New Roman" w:hAnsi="Georgia" w:cs="Times New Roman"/>
          <w:b/>
          <w:bCs/>
          <w:color w:val="002060"/>
          <w:sz w:val="24"/>
          <w:szCs w:val="24"/>
        </w:rPr>
        <w:br/>
        <w:t>It cannot be licensed.</w:t>
      </w:r>
      <w:r w:rsidRPr="00942A4F">
        <w:rPr>
          <w:rFonts w:ascii="Georgia" w:eastAsia="Times New Roman" w:hAnsi="Georgia" w:cs="Times New Roman"/>
          <w:b/>
          <w:bCs/>
          <w:color w:val="002060"/>
          <w:sz w:val="24"/>
          <w:szCs w:val="24"/>
        </w:rPr>
        <w:br/>
        <w:t>It cannot be replicated through good intentions alone.</w:t>
      </w:r>
    </w:p>
    <w:p w14:paraId="5D446617" w14:textId="77777777" w:rsidR="009B1237" w:rsidRPr="00942A4F" w:rsidRDefault="009B1237" w:rsidP="000F0EED">
      <w:pPr>
        <w:spacing w:before="100" w:beforeAutospacing="1" w:after="100" w:afterAutospacing="1" w:line="360" w:lineRule="auto"/>
        <w:jc w:val="center"/>
        <w:rPr>
          <w:rFonts w:ascii="Georgia" w:eastAsia="Times New Roman" w:hAnsi="Georgia" w:cs="Times New Roman"/>
          <w:b/>
          <w:bCs/>
          <w:color w:val="002060"/>
          <w:sz w:val="24"/>
          <w:szCs w:val="24"/>
        </w:rPr>
      </w:pPr>
      <w:r w:rsidRPr="00942A4F">
        <w:rPr>
          <w:rFonts w:ascii="Georgia" w:eastAsia="Times New Roman" w:hAnsi="Georgia" w:cs="Times New Roman"/>
          <w:b/>
          <w:bCs/>
          <w:color w:val="002060"/>
          <w:sz w:val="24"/>
          <w:szCs w:val="24"/>
        </w:rPr>
        <w:t>It must be lived, earned, and embodied.</w:t>
      </w:r>
      <w:r w:rsidRPr="00942A4F">
        <w:rPr>
          <w:rFonts w:ascii="Georgia" w:eastAsia="Times New Roman" w:hAnsi="Georgia" w:cs="Times New Roman"/>
          <w:b/>
          <w:bCs/>
          <w:color w:val="002060"/>
          <w:sz w:val="24"/>
          <w:szCs w:val="24"/>
        </w:rPr>
        <w:br/>
        <w:t>A sincere and personal conviction, rooted in lived experience, is the only currency these communities recognize and respect.</w:t>
      </w:r>
    </w:p>
    <w:p w14:paraId="240D6AFB" w14:textId="77777777" w:rsidR="009B1237" w:rsidRPr="00942A4F" w:rsidRDefault="009B1237" w:rsidP="000F0EED">
      <w:pPr>
        <w:spacing w:before="100" w:beforeAutospacing="1" w:after="100" w:afterAutospacing="1" w:line="360" w:lineRule="auto"/>
        <w:jc w:val="center"/>
        <w:rPr>
          <w:rFonts w:ascii="Georgia" w:eastAsia="Times New Roman" w:hAnsi="Georgia" w:cs="Times New Roman"/>
          <w:b/>
          <w:bCs/>
          <w:color w:val="002060"/>
          <w:sz w:val="24"/>
          <w:szCs w:val="24"/>
        </w:rPr>
      </w:pPr>
      <w:r w:rsidRPr="00942A4F">
        <w:rPr>
          <w:rFonts w:ascii="Georgia" w:eastAsia="Times New Roman" w:hAnsi="Georgia" w:cs="Times New Roman"/>
          <w:b/>
          <w:bCs/>
          <w:color w:val="002060"/>
          <w:sz w:val="24"/>
          <w:szCs w:val="24"/>
        </w:rPr>
        <w:t>This is why The Rejoyce Foundation stands apart.</w:t>
      </w:r>
      <w:r w:rsidRPr="00942A4F">
        <w:rPr>
          <w:rFonts w:ascii="Georgia" w:eastAsia="Times New Roman" w:hAnsi="Georgia" w:cs="Times New Roman"/>
          <w:b/>
          <w:bCs/>
          <w:color w:val="002060"/>
          <w:sz w:val="24"/>
          <w:szCs w:val="24"/>
        </w:rPr>
        <w:br/>
        <w:t>This is why every supporter, partner, and donor joins not a business model — but a movement.</w:t>
      </w:r>
      <w:r w:rsidRPr="00942A4F">
        <w:rPr>
          <w:rFonts w:ascii="Georgia" w:eastAsia="Times New Roman" w:hAnsi="Georgia" w:cs="Times New Roman"/>
          <w:b/>
          <w:bCs/>
          <w:color w:val="002060"/>
          <w:sz w:val="24"/>
          <w:szCs w:val="24"/>
        </w:rPr>
        <w:br/>
        <w:t>A movement of sacrifice, service, and salvation.</w:t>
      </w:r>
    </w:p>
    <w:p w14:paraId="31CDE4DE" w14:textId="77777777" w:rsidR="009B1237" w:rsidRPr="00942A4F" w:rsidRDefault="009B1237" w:rsidP="000F0EED">
      <w:pPr>
        <w:spacing w:before="100" w:beforeAutospacing="1" w:after="100" w:afterAutospacing="1" w:line="360" w:lineRule="auto"/>
        <w:jc w:val="center"/>
        <w:rPr>
          <w:rFonts w:ascii="Georgia" w:eastAsia="Times New Roman" w:hAnsi="Georgia" w:cs="Times New Roman"/>
          <w:b/>
          <w:bCs/>
          <w:color w:val="002060"/>
          <w:sz w:val="24"/>
          <w:szCs w:val="24"/>
        </w:rPr>
      </w:pPr>
      <w:r w:rsidRPr="00942A4F">
        <w:rPr>
          <w:rFonts w:ascii="Georgia" w:eastAsia="Times New Roman" w:hAnsi="Georgia" w:cs="Times New Roman"/>
          <w:b/>
          <w:bCs/>
          <w:color w:val="002060"/>
          <w:sz w:val="24"/>
          <w:szCs w:val="24"/>
        </w:rPr>
        <w:t>If you are driven by a genuine, unwavering desire to save lives — not for personal gain, but because you can bear the weight of the streets and offer the light of hope — then you are welcome among us.</w:t>
      </w:r>
    </w:p>
    <w:p w14:paraId="42D1EFA4" w14:textId="77777777" w:rsidR="009B1237" w:rsidRPr="00942A4F" w:rsidRDefault="009B1237" w:rsidP="000F0EED">
      <w:pPr>
        <w:spacing w:before="100" w:beforeAutospacing="1" w:after="100" w:afterAutospacing="1" w:line="360" w:lineRule="auto"/>
        <w:jc w:val="center"/>
        <w:rPr>
          <w:rFonts w:ascii="Georgia" w:eastAsia="Times New Roman" w:hAnsi="Georgia" w:cs="Times New Roman"/>
          <w:b/>
          <w:bCs/>
          <w:color w:val="002060"/>
          <w:sz w:val="24"/>
          <w:szCs w:val="24"/>
        </w:rPr>
      </w:pPr>
      <w:r w:rsidRPr="00942A4F">
        <w:rPr>
          <w:rFonts w:ascii="Georgia" w:eastAsia="Times New Roman" w:hAnsi="Georgia" w:cs="Times New Roman"/>
          <w:b/>
          <w:bCs/>
          <w:color w:val="002060"/>
          <w:sz w:val="24"/>
          <w:szCs w:val="24"/>
        </w:rPr>
        <w:t>But if you seek to purchase influence, manufacture credibility, or shortcut sacrifice, this path is not yours to walk.</w:t>
      </w:r>
    </w:p>
    <w:p w14:paraId="0AE33C00" w14:textId="77777777" w:rsidR="009B1237" w:rsidRPr="00942A4F" w:rsidRDefault="009B1237" w:rsidP="000F0EED">
      <w:pPr>
        <w:spacing w:before="100" w:beforeAutospacing="1" w:after="100" w:afterAutospacing="1" w:line="360" w:lineRule="auto"/>
        <w:jc w:val="center"/>
        <w:rPr>
          <w:rFonts w:ascii="Georgia" w:eastAsia="Times New Roman" w:hAnsi="Georgia" w:cs="Times New Roman"/>
          <w:b/>
          <w:bCs/>
          <w:color w:val="002060"/>
          <w:sz w:val="24"/>
          <w:szCs w:val="24"/>
        </w:rPr>
      </w:pPr>
      <w:r w:rsidRPr="00942A4F">
        <w:rPr>
          <w:rFonts w:ascii="Georgia" w:eastAsia="Times New Roman" w:hAnsi="Georgia" w:cs="Times New Roman"/>
          <w:b/>
          <w:bCs/>
          <w:color w:val="002060"/>
          <w:sz w:val="24"/>
          <w:szCs w:val="24"/>
        </w:rPr>
        <w:lastRenderedPageBreak/>
        <w:t>Because in the battle for our children’s lives:</w:t>
      </w:r>
    </w:p>
    <w:p w14:paraId="4A81822C" w14:textId="77777777" w:rsidR="009B1237" w:rsidRPr="00942A4F" w:rsidRDefault="009B1237" w:rsidP="000F0EED">
      <w:pPr>
        <w:spacing w:before="100" w:beforeAutospacing="1" w:after="100" w:afterAutospacing="1" w:line="360" w:lineRule="auto"/>
        <w:jc w:val="center"/>
        <w:rPr>
          <w:rFonts w:ascii="Georgia" w:eastAsia="Times New Roman" w:hAnsi="Georgia" w:cs="Times New Roman"/>
          <w:b/>
          <w:bCs/>
          <w:color w:val="002060"/>
          <w:sz w:val="24"/>
          <w:szCs w:val="24"/>
        </w:rPr>
      </w:pPr>
      <w:r w:rsidRPr="00942A4F">
        <w:rPr>
          <w:rFonts w:ascii="Georgia" w:eastAsia="Times New Roman" w:hAnsi="Georgia" w:cs="Times New Roman"/>
          <w:b/>
          <w:bCs/>
          <w:color w:val="002060"/>
          <w:sz w:val="24"/>
          <w:szCs w:val="24"/>
        </w:rPr>
        <w:t>Only the genuine survive.</w:t>
      </w:r>
      <w:r w:rsidRPr="00942A4F">
        <w:rPr>
          <w:rFonts w:ascii="Georgia" w:eastAsia="Times New Roman" w:hAnsi="Georgia" w:cs="Times New Roman"/>
          <w:b/>
          <w:bCs/>
          <w:color w:val="002060"/>
          <w:sz w:val="24"/>
          <w:szCs w:val="24"/>
        </w:rPr>
        <w:br/>
        <w:t>And only the genuine can heal.</w:t>
      </w:r>
    </w:p>
    <w:p w14:paraId="656BB856" w14:textId="77777777" w:rsidR="009B1237" w:rsidRPr="00942A4F" w:rsidRDefault="00000000" w:rsidP="000F0EED">
      <w:pPr>
        <w:spacing w:before="100" w:beforeAutospacing="1" w:after="100" w:afterAutospacing="1" w:line="360" w:lineRule="auto"/>
        <w:jc w:val="center"/>
        <w:rPr>
          <w:rFonts w:ascii="Georgia" w:eastAsia="Times New Roman" w:hAnsi="Georgia" w:cs="Times New Roman"/>
          <w:b/>
          <w:bCs/>
          <w:color w:val="002060"/>
          <w:sz w:val="24"/>
          <w:szCs w:val="24"/>
        </w:rPr>
      </w:pPr>
      <w:r>
        <w:rPr>
          <w:rFonts w:ascii="Georgia" w:eastAsia="Times New Roman" w:hAnsi="Georgia" w:cs="Times New Roman"/>
          <w:b/>
          <w:bCs/>
          <w:color w:val="002060"/>
          <w:sz w:val="24"/>
          <w:szCs w:val="24"/>
        </w:rPr>
        <w:pict w14:anchorId="43CE4795">
          <v:rect id="_x0000_i1031" style="width:0;height:1.5pt" o:hralign="center" o:hrstd="t" o:hr="t" fillcolor="#a0a0a0" stroked="f"/>
        </w:pict>
      </w:r>
    </w:p>
    <w:p w14:paraId="708B99B9" w14:textId="77777777" w:rsidR="009B1237" w:rsidRPr="00942A4F" w:rsidRDefault="009B1237" w:rsidP="000F0EED">
      <w:pPr>
        <w:spacing w:before="100" w:beforeAutospacing="1" w:after="100" w:afterAutospacing="1" w:line="360" w:lineRule="auto"/>
        <w:jc w:val="center"/>
        <w:rPr>
          <w:rFonts w:ascii="Georgia" w:eastAsia="Times New Roman" w:hAnsi="Georgia" w:cs="Times New Roman"/>
          <w:b/>
          <w:bCs/>
          <w:color w:val="002060"/>
          <w:sz w:val="24"/>
          <w:szCs w:val="24"/>
        </w:rPr>
      </w:pPr>
      <w:r w:rsidRPr="00942A4F">
        <w:rPr>
          <w:rFonts w:ascii="Georgia" w:eastAsia="Times New Roman" w:hAnsi="Georgia" w:cs="Times New Roman"/>
          <w:b/>
          <w:bCs/>
          <w:color w:val="002060"/>
          <w:sz w:val="24"/>
          <w:szCs w:val="24"/>
        </w:rPr>
        <w:t>A Foundation Forged in Redemption and Purpose</w:t>
      </w:r>
    </w:p>
    <w:p w14:paraId="36955049" w14:textId="77777777" w:rsidR="009B1237" w:rsidRPr="00942A4F" w:rsidRDefault="009B1237" w:rsidP="000F0EED">
      <w:pPr>
        <w:spacing w:before="100" w:beforeAutospacing="1" w:after="100" w:afterAutospacing="1" w:line="360" w:lineRule="auto"/>
        <w:jc w:val="center"/>
        <w:rPr>
          <w:rFonts w:ascii="Georgia" w:eastAsia="Times New Roman" w:hAnsi="Georgia" w:cs="Times New Roman"/>
          <w:b/>
          <w:bCs/>
          <w:color w:val="002060"/>
          <w:sz w:val="24"/>
          <w:szCs w:val="24"/>
        </w:rPr>
      </w:pPr>
      <w:r w:rsidRPr="00942A4F">
        <w:rPr>
          <w:rFonts w:ascii="Georgia" w:eastAsia="Times New Roman" w:hAnsi="Georgia" w:cs="Times New Roman"/>
          <w:b/>
          <w:bCs/>
          <w:color w:val="002060"/>
          <w:sz w:val="24"/>
          <w:szCs w:val="24"/>
        </w:rPr>
        <w:t xml:space="preserve">Most donors, contributors, partners, and potential allies hesitate to support The Rejoyce Foundation because of the unconventional qualifications required to truly save abused children. Our frontline advocates are often ex-cons, reformed gang leaders, former drug addicts — individuals society has long rejected. But it is precisely their lived experience that makes them the </w:t>
      </w:r>
      <w:r w:rsidRPr="00942A4F">
        <w:rPr>
          <w:rFonts w:ascii="Georgia" w:eastAsia="Times New Roman" w:hAnsi="Georgia" w:cs="Times New Roman"/>
          <w:b/>
          <w:bCs/>
          <w:i/>
          <w:iCs/>
          <w:color w:val="002060"/>
          <w:sz w:val="24"/>
          <w:szCs w:val="24"/>
        </w:rPr>
        <w:t>only ones</w:t>
      </w:r>
      <w:r w:rsidRPr="00942A4F">
        <w:rPr>
          <w:rFonts w:ascii="Georgia" w:eastAsia="Times New Roman" w:hAnsi="Georgia" w:cs="Times New Roman"/>
          <w:b/>
          <w:bCs/>
          <w:color w:val="002060"/>
          <w:sz w:val="24"/>
          <w:szCs w:val="24"/>
        </w:rPr>
        <w:t xml:space="preserve"> equipped to break through where conventional systems fail.</w:t>
      </w:r>
    </w:p>
    <w:p w14:paraId="1935C096" w14:textId="77777777" w:rsidR="009B1237" w:rsidRPr="00942A4F" w:rsidRDefault="009B1237" w:rsidP="000F0EED">
      <w:pPr>
        <w:spacing w:before="100" w:beforeAutospacing="1" w:after="100" w:afterAutospacing="1" w:line="360" w:lineRule="auto"/>
        <w:jc w:val="center"/>
        <w:rPr>
          <w:rFonts w:ascii="Georgia" w:eastAsia="Times New Roman" w:hAnsi="Georgia" w:cs="Times New Roman"/>
          <w:b/>
          <w:bCs/>
          <w:color w:val="002060"/>
          <w:sz w:val="24"/>
          <w:szCs w:val="24"/>
        </w:rPr>
      </w:pPr>
      <w:r w:rsidRPr="00942A4F">
        <w:rPr>
          <w:rFonts w:ascii="Georgia" w:eastAsia="Times New Roman" w:hAnsi="Georgia" w:cs="Times New Roman"/>
          <w:b/>
          <w:bCs/>
          <w:color w:val="002060"/>
          <w:sz w:val="24"/>
          <w:szCs w:val="24"/>
        </w:rPr>
        <w:t>In a nation that claims to believe in second chances, we ask:</w:t>
      </w:r>
    </w:p>
    <w:p w14:paraId="3E29F995" w14:textId="77777777" w:rsidR="009B1237" w:rsidRPr="00942A4F" w:rsidRDefault="009B1237" w:rsidP="000F0EED">
      <w:pPr>
        <w:spacing w:before="100" w:beforeAutospacing="1" w:after="100" w:afterAutospacing="1" w:line="360" w:lineRule="auto"/>
        <w:jc w:val="center"/>
        <w:rPr>
          <w:rFonts w:ascii="Georgia" w:eastAsia="Times New Roman" w:hAnsi="Georgia" w:cs="Times New Roman"/>
          <w:b/>
          <w:bCs/>
          <w:color w:val="002060"/>
          <w:sz w:val="24"/>
          <w:szCs w:val="24"/>
        </w:rPr>
      </w:pPr>
      <w:r w:rsidRPr="00942A4F">
        <w:rPr>
          <w:rFonts w:ascii="Georgia" w:eastAsia="Times New Roman" w:hAnsi="Georgia" w:cs="Times New Roman"/>
          <w:b/>
          <w:bCs/>
          <w:color w:val="002060"/>
          <w:sz w:val="24"/>
          <w:szCs w:val="24"/>
        </w:rPr>
        <w:t>Who better to reach abused and neglected children than those who have lived that same pain — and emerged with unmatched empathy, clarity, and strength?</w:t>
      </w:r>
    </w:p>
    <w:p w14:paraId="6B58A0B8" w14:textId="77777777" w:rsidR="009B1237" w:rsidRPr="00942A4F" w:rsidRDefault="009B1237" w:rsidP="000F0EED">
      <w:pPr>
        <w:spacing w:before="100" w:beforeAutospacing="1" w:after="100" w:afterAutospacing="1" w:line="360" w:lineRule="auto"/>
        <w:jc w:val="center"/>
        <w:rPr>
          <w:rFonts w:ascii="Georgia" w:eastAsia="Times New Roman" w:hAnsi="Georgia" w:cs="Times New Roman"/>
          <w:b/>
          <w:bCs/>
          <w:color w:val="002060"/>
          <w:sz w:val="24"/>
          <w:szCs w:val="24"/>
        </w:rPr>
      </w:pPr>
      <w:r w:rsidRPr="00942A4F">
        <w:rPr>
          <w:rFonts w:ascii="Georgia" w:eastAsia="Times New Roman" w:hAnsi="Georgia" w:cs="Times New Roman"/>
          <w:b/>
          <w:bCs/>
          <w:color w:val="002060"/>
          <w:sz w:val="24"/>
          <w:szCs w:val="24"/>
        </w:rPr>
        <w:t>I was once asked if prison had rehabilitated me.</w:t>
      </w:r>
      <w:r w:rsidRPr="00942A4F">
        <w:rPr>
          <w:rFonts w:ascii="Georgia" w:eastAsia="Times New Roman" w:hAnsi="Georgia" w:cs="Times New Roman"/>
          <w:b/>
          <w:bCs/>
          <w:color w:val="002060"/>
          <w:sz w:val="24"/>
          <w:szCs w:val="24"/>
        </w:rPr>
        <w:br/>
        <w:t>My answer was simple: No — because I was never broken.</w:t>
      </w:r>
      <w:r w:rsidRPr="00942A4F">
        <w:rPr>
          <w:rFonts w:ascii="Georgia" w:eastAsia="Times New Roman" w:hAnsi="Georgia" w:cs="Times New Roman"/>
          <w:b/>
          <w:bCs/>
          <w:color w:val="002060"/>
          <w:sz w:val="24"/>
          <w:szCs w:val="24"/>
        </w:rPr>
        <w:br/>
        <w:t>I’ve always known right from wrong.</w:t>
      </w:r>
      <w:r w:rsidRPr="00942A4F">
        <w:rPr>
          <w:rFonts w:ascii="Georgia" w:eastAsia="Times New Roman" w:hAnsi="Georgia" w:cs="Times New Roman"/>
          <w:b/>
          <w:bCs/>
          <w:color w:val="002060"/>
          <w:sz w:val="24"/>
          <w:szCs w:val="24"/>
        </w:rPr>
        <w:br/>
        <w:t>In 1991, after seeing the pain my incarceration caused my mother, I made a solemn vow: I would never return to prison. Over thirty years later — even after holding my mother in my arms as she passed — I have kept that promise.</w:t>
      </w:r>
    </w:p>
    <w:p w14:paraId="421A99A5" w14:textId="77777777" w:rsidR="009B1237" w:rsidRPr="00942A4F" w:rsidRDefault="009B1237" w:rsidP="000F0EED">
      <w:pPr>
        <w:spacing w:before="100" w:beforeAutospacing="1" w:after="100" w:afterAutospacing="1" w:line="360" w:lineRule="auto"/>
        <w:jc w:val="center"/>
        <w:rPr>
          <w:rFonts w:ascii="Georgia" w:eastAsia="Times New Roman" w:hAnsi="Georgia" w:cs="Times New Roman"/>
          <w:b/>
          <w:bCs/>
          <w:color w:val="002060"/>
          <w:sz w:val="24"/>
          <w:szCs w:val="24"/>
        </w:rPr>
      </w:pPr>
      <w:r w:rsidRPr="00942A4F">
        <w:rPr>
          <w:rFonts w:ascii="Georgia" w:eastAsia="Times New Roman" w:hAnsi="Georgia" w:cs="Times New Roman"/>
          <w:b/>
          <w:bCs/>
          <w:color w:val="002060"/>
          <w:sz w:val="24"/>
          <w:szCs w:val="24"/>
        </w:rPr>
        <w:t xml:space="preserve">I stand today not as a statistic, but as </w:t>
      </w:r>
      <w:r w:rsidRPr="00942A4F">
        <w:rPr>
          <w:rFonts w:ascii="Georgia" w:eastAsia="Times New Roman" w:hAnsi="Georgia" w:cs="Times New Roman"/>
          <w:b/>
          <w:bCs/>
          <w:i/>
          <w:iCs/>
          <w:color w:val="002060"/>
          <w:sz w:val="24"/>
          <w:szCs w:val="24"/>
        </w:rPr>
        <w:t>living proof</w:t>
      </w:r>
      <w:r w:rsidRPr="00942A4F">
        <w:rPr>
          <w:rFonts w:ascii="Georgia" w:eastAsia="Times New Roman" w:hAnsi="Georgia" w:cs="Times New Roman"/>
          <w:b/>
          <w:bCs/>
          <w:color w:val="002060"/>
          <w:sz w:val="24"/>
          <w:szCs w:val="24"/>
        </w:rPr>
        <w:t xml:space="preserve"> that transformation is not only possible —</w:t>
      </w:r>
      <w:r w:rsidRPr="00942A4F">
        <w:rPr>
          <w:rFonts w:ascii="Georgia" w:eastAsia="Times New Roman" w:hAnsi="Georgia" w:cs="Times New Roman"/>
          <w:b/>
          <w:bCs/>
          <w:color w:val="002060"/>
          <w:sz w:val="24"/>
          <w:szCs w:val="24"/>
        </w:rPr>
        <w:br/>
        <w:t>It is powerful.</w:t>
      </w:r>
    </w:p>
    <w:p w14:paraId="118530E0" w14:textId="77777777" w:rsidR="009B1237" w:rsidRPr="00942A4F" w:rsidRDefault="009B1237" w:rsidP="000F0EED">
      <w:pPr>
        <w:spacing w:before="100" w:beforeAutospacing="1" w:after="100" w:afterAutospacing="1" w:line="360" w:lineRule="auto"/>
        <w:jc w:val="center"/>
        <w:rPr>
          <w:rFonts w:ascii="Georgia" w:eastAsia="Times New Roman" w:hAnsi="Georgia" w:cs="Times New Roman"/>
          <w:b/>
          <w:bCs/>
          <w:color w:val="002060"/>
          <w:sz w:val="24"/>
          <w:szCs w:val="24"/>
        </w:rPr>
      </w:pPr>
      <w:r w:rsidRPr="00942A4F">
        <w:rPr>
          <w:rFonts w:ascii="Georgia" w:eastAsia="Times New Roman" w:hAnsi="Georgia" w:cs="Times New Roman"/>
          <w:b/>
          <w:bCs/>
          <w:color w:val="002060"/>
          <w:sz w:val="24"/>
          <w:szCs w:val="24"/>
        </w:rPr>
        <w:t>The Rejoyce Foundation is not built on promises or theory.</w:t>
      </w:r>
      <w:r w:rsidRPr="00942A4F">
        <w:rPr>
          <w:rFonts w:ascii="Georgia" w:eastAsia="Times New Roman" w:hAnsi="Georgia" w:cs="Times New Roman"/>
          <w:b/>
          <w:bCs/>
          <w:color w:val="002060"/>
          <w:sz w:val="24"/>
          <w:szCs w:val="24"/>
        </w:rPr>
        <w:br/>
        <w:t>It is built on truth, transformation, and moral integrity.</w:t>
      </w:r>
      <w:r w:rsidRPr="00942A4F">
        <w:rPr>
          <w:rFonts w:ascii="Georgia" w:eastAsia="Times New Roman" w:hAnsi="Georgia" w:cs="Times New Roman"/>
          <w:b/>
          <w:bCs/>
          <w:color w:val="002060"/>
          <w:sz w:val="24"/>
          <w:szCs w:val="24"/>
        </w:rPr>
        <w:br/>
        <w:t>It is forged through adversity and driven by a mission far greater than public approval.</w:t>
      </w:r>
    </w:p>
    <w:p w14:paraId="3DB0C45D" w14:textId="77777777" w:rsidR="009B1237" w:rsidRPr="00942A4F" w:rsidRDefault="009B1237" w:rsidP="000F0EED">
      <w:pPr>
        <w:spacing w:before="100" w:beforeAutospacing="1" w:after="100" w:afterAutospacing="1" w:line="360" w:lineRule="auto"/>
        <w:jc w:val="center"/>
        <w:rPr>
          <w:rFonts w:ascii="Georgia" w:eastAsia="Times New Roman" w:hAnsi="Georgia" w:cs="Times New Roman"/>
          <w:b/>
          <w:bCs/>
          <w:color w:val="002060"/>
          <w:sz w:val="24"/>
          <w:szCs w:val="24"/>
        </w:rPr>
      </w:pPr>
      <w:r w:rsidRPr="00942A4F">
        <w:rPr>
          <w:rFonts w:ascii="Georgia" w:eastAsia="Times New Roman" w:hAnsi="Georgia" w:cs="Times New Roman"/>
          <w:b/>
          <w:bCs/>
          <w:color w:val="002060"/>
          <w:sz w:val="24"/>
          <w:szCs w:val="24"/>
        </w:rPr>
        <w:t xml:space="preserve">We do not exist </w:t>
      </w:r>
      <w:r w:rsidRPr="00942A4F">
        <w:rPr>
          <w:rFonts w:ascii="Georgia" w:eastAsia="Times New Roman" w:hAnsi="Georgia" w:cs="Times New Roman"/>
          <w:b/>
          <w:bCs/>
          <w:i/>
          <w:iCs/>
          <w:color w:val="002060"/>
          <w:sz w:val="24"/>
          <w:szCs w:val="24"/>
        </w:rPr>
        <w:t>in spite</w:t>
      </w:r>
      <w:r w:rsidRPr="00942A4F">
        <w:rPr>
          <w:rFonts w:ascii="Georgia" w:eastAsia="Times New Roman" w:hAnsi="Georgia" w:cs="Times New Roman"/>
          <w:b/>
          <w:bCs/>
          <w:color w:val="002060"/>
          <w:sz w:val="24"/>
          <w:szCs w:val="24"/>
        </w:rPr>
        <w:t xml:space="preserve"> of our pasts —</w:t>
      </w:r>
      <w:r w:rsidRPr="00942A4F">
        <w:rPr>
          <w:rFonts w:ascii="Georgia" w:eastAsia="Times New Roman" w:hAnsi="Georgia" w:cs="Times New Roman"/>
          <w:b/>
          <w:bCs/>
          <w:color w:val="002060"/>
          <w:sz w:val="24"/>
          <w:szCs w:val="24"/>
        </w:rPr>
        <w:br/>
        <w:t>We exist because of them.</w:t>
      </w:r>
    </w:p>
    <w:p w14:paraId="4169E619" w14:textId="77777777" w:rsidR="009B1237" w:rsidRPr="00942A4F" w:rsidRDefault="009B1237" w:rsidP="000F0EED">
      <w:pPr>
        <w:spacing w:before="100" w:beforeAutospacing="1" w:after="100" w:afterAutospacing="1" w:line="360" w:lineRule="auto"/>
        <w:jc w:val="center"/>
        <w:rPr>
          <w:rFonts w:ascii="Georgia" w:eastAsia="Times New Roman" w:hAnsi="Georgia" w:cs="Times New Roman"/>
          <w:b/>
          <w:bCs/>
          <w:color w:val="002060"/>
          <w:sz w:val="24"/>
          <w:szCs w:val="24"/>
        </w:rPr>
      </w:pPr>
      <w:r w:rsidRPr="00942A4F">
        <w:rPr>
          <w:rFonts w:ascii="Georgia" w:eastAsia="Times New Roman" w:hAnsi="Georgia" w:cs="Times New Roman"/>
          <w:b/>
          <w:bCs/>
          <w:color w:val="002060"/>
          <w:sz w:val="24"/>
          <w:szCs w:val="24"/>
        </w:rPr>
        <w:lastRenderedPageBreak/>
        <w:t>And the strength to rise from such a past?</w:t>
      </w:r>
      <w:r w:rsidRPr="00942A4F">
        <w:rPr>
          <w:rFonts w:ascii="Georgia" w:eastAsia="Times New Roman" w:hAnsi="Georgia" w:cs="Times New Roman"/>
          <w:b/>
          <w:bCs/>
          <w:color w:val="002060"/>
          <w:sz w:val="24"/>
          <w:szCs w:val="24"/>
        </w:rPr>
        <w:br/>
        <w:t>It cannot be given. It must be earned.</w:t>
      </w:r>
      <w:r w:rsidRPr="00942A4F">
        <w:rPr>
          <w:rFonts w:ascii="Georgia" w:eastAsia="Times New Roman" w:hAnsi="Georgia" w:cs="Times New Roman"/>
          <w:b/>
          <w:bCs/>
          <w:color w:val="002060"/>
          <w:sz w:val="24"/>
          <w:szCs w:val="24"/>
        </w:rPr>
        <w:br/>
        <w:t>And it must be lived.</w:t>
      </w:r>
    </w:p>
    <w:p w14:paraId="16AD1D68" w14:textId="77777777" w:rsidR="009B1237" w:rsidRPr="002221E3" w:rsidRDefault="00000000" w:rsidP="009B1237">
      <w:pPr>
        <w:spacing w:before="100" w:beforeAutospacing="1" w:after="100" w:afterAutospacing="1" w:line="360" w:lineRule="auto"/>
        <w:rPr>
          <w:rFonts w:ascii="Georgia" w:eastAsia="Times New Roman" w:hAnsi="Georgia" w:cs="Times New Roman"/>
          <w:b/>
          <w:bCs/>
          <w:color w:val="002060"/>
          <w:sz w:val="28"/>
          <w:szCs w:val="28"/>
        </w:rPr>
      </w:pPr>
      <w:r>
        <w:rPr>
          <w:rFonts w:ascii="Georgia" w:eastAsia="Times New Roman" w:hAnsi="Georgia" w:cs="Times New Roman"/>
          <w:b/>
          <w:bCs/>
          <w:color w:val="002060"/>
          <w:sz w:val="28"/>
          <w:szCs w:val="28"/>
        </w:rPr>
        <w:pict w14:anchorId="5B9CFA3E">
          <v:rect id="_x0000_i1032" style="width:0;height:1.5pt" o:hralign="center" o:hrstd="t" o:hr="t" fillcolor="#a0a0a0" stroked="f"/>
        </w:pict>
      </w:r>
    </w:p>
    <w:p w14:paraId="0A4DEDD6" w14:textId="77777777" w:rsidR="009B1237" w:rsidRPr="002221E3" w:rsidRDefault="009B1237" w:rsidP="00E3252C">
      <w:pPr>
        <w:spacing w:before="100" w:beforeAutospacing="1" w:after="100" w:afterAutospacing="1" w:line="360" w:lineRule="auto"/>
        <w:jc w:val="center"/>
        <w:rPr>
          <w:rFonts w:ascii="Georgia" w:eastAsia="Times New Roman" w:hAnsi="Georgia" w:cs="Times New Roman"/>
          <w:b/>
          <w:bCs/>
          <w:color w:val="002060"/>
          <w:sz w:val="28"/>
          <w:szCs w:val="28"/>
        </w:rPr>
      </w:pPr>
      <w:r w:rsidRPr="002221E3">
        <w:rPr>
          <w:rFonts w:ascii="Georgia" w:eastAsia="Times New Roman" w:hAnsi="Georgia" w:cs="Times New Roman"/>
          <w:b/>
          <w:bCs/>
          <w:color w:val="002060"/>
          <w:sz w:val="28"/>
          <w:szCs w:val="28"/>
        </w:rPr>
        <w:t>The Rejoyce Foundation</w:t>
      </w:r>
      <w:r w:rsidRPr="002221E3">
        <w:rPr>
          <w:rFonts w:ascii="Georgia" w:eastAsia="Times New Roman" w:hAnsi="Georgia" w:cs="Times New Roman"/>
          <w:b/>
          <w:bCs/>
          <w:color w:val="002060"/>
          <w:sz w:val="28"/>
          <w:szCs w:val="28"/>
        </w:rPr>
        <w:br/>
      </w:r>
      <w:r w:rsidRPr="002221E3">
        <w:rPr>
          <w:rFonts w:ascii="Georgia" w:eastAsia="Times New Roman" w:hAnsi="Georgia" w:cs="Times New Roman"/>
          <w:b/>
          <w:bCs/>
          <w:i/>
          <w:iCs/>
          <w:color w:val="002060"/>
          <w:sz w:val="28"/>
          <w:szCs w:val="28"/>
        </w:rPr>
        <w:t>"One Community. One Mission. Every Child Protected."</w:t>
      </w:r>
    </w:p>
    <w:p w14:paraId="6AA9D00E" w14:textId="77777777" w:rsidR="009B1237" w:rsidRPr="00845567" w:rsidRDefault="009B1237" w:rsidP="009B1237">
      <w:pPr>
        <w:spacing w:before="100" w:beforeAutospacing="1" w:after="100" w:afterAutospacing="1" w:line="360" w:lineRule="auto"/>
        <w:rPr>
          <w:b/>
          <w:bCs/>
          <w:color w:val="FFFFFF" w:themeColor="background1"/>
          <w:sz w:val="28"/>
          <w:szCs w:val="28"/>
        </w:rPr>
      </w:pPr>
    </w:p>
    <w:p w14:paraId="0F9F9476" w14:textId="77777777" w:rsidR="009B1237" w:rsidRPr="00845567" w:rsidRDefault="009B1237" w:rsidP="009B1237">
      <w:pPr>
        <w:spacing w:before="100" w:beforeAutospacing="1" w:after="100" w:afterAutospacing="1" w:line="360" w:lineRule="auto"/>
        <w:rPr>
          <w:b/>
          <w:bCs/>
          <w:color w:val="FFFFFF" w:themeColor="background1"/>
          <w:sz w:val="28"/>
          <w:szCs w:val="28"/>
        </w:rPr>
      </w:pPr>
    </w:p>
    <w:p w14:paraId="2EADC4DF" w14:textId="77777777" w:rsidR="001B1F28" w:rsidRPr="00C3793A" w:rsidRDefault="001B1F28" w:rsidP="000410FA">
      <w:pPr>
        <w:spacing w:after="0"/>
        <w:rPr>
          <w:rFonts w:ascii="Georgia" w:hAnsi="Georgia"/>
          <w:b/>
          <w:bCs/>
        </w:rPr>
      </w:pPr>
    </w:p>
    <w:sectPr w:rsidR="001B1F28" w:rsidRPr="00C3793A" w:rsidSect="001C6094">
      <w:pgSz w:w="12240" w:h="15840"/>
      <w:pgMar w:top="720" w:right="720" w:bottom="720" w:left="720" w:header="720" w:footer="720" w:gutter="0"/>
      <w:pgBorders w:offsetFrom="page">
        <w:top w:val="thinThickThinMediumGap" w:sz="24" w:space="24" w:color="E36C0A" w:themeColor="accent6" w:themeShade="BF"/>
        <w:left w:val="thinThickThinMediumGap" w:sz="24" w:space="24" w:color="E36C0A" w:themeColor="accent6" w:themeShade="BF"/>
        <w:bottom w:val="thinThickThinMediumGap" w:sz="24" w:space="24" w:color="E36C0A" w:themeColor="accent6" w:themeShade="BF"/>
        <w:right w:val="thinThickThinMediumGap" w:sz="24" w:space="24" w:color="E36C0A" w:themeColor="accent6" w:themeShade="BF"/>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8000000" w:usb3="00000000" w:csb0="00000001" w:csb1="00000000"/>
  </w:font>
  <w:font w:name="Harlow Solid Italic">
    <w:panose1 w:val="04030604020F02020D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5B27202D"/>
    <w:multiLevelType w:val="multilevel"/>
    <w:tmpl w:val="17B4B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2E2383B"/>
    <w:multiLevelType w:val="multilevel"/>
    <w:tmpl w:val="A4A01D54"/>
    <w:lvl w:ilvl="0">
      <w:start w:val="1"/>
      <w:numFmt w:val="bullet"/>
      <w:lvlText w:val=""/>
      <w:lvlJc w:val="left"/>
      <w:pPr>
        <w:tabs>
          <w:tab w:val="num" w:pos="720"/>
        </w:tabs>
        <w:ind w:left="720" w:hanging="360"/>
      </w:pPr>
      <w:rPr>
        <w:rFonts w:ascii="Symbol" w:hAnsi="Symbol" w:hint="default"/>
        <w:color w:val="00206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88026698">
    <w:abstractNumId w:val="8"/>
  </w:num>
  <w:num w:numId="2" w16cid:durableId="1752001438">
    <w:abstractNumId w:val="6"/>
  </w:num>
  <w:num w:numId="3" w16cid:durableId="424689224">
    <w:abstractNumId w:val="5"/>
  </w:num>
  <w:num w:numId="4" w16cid:durableId="912739651">
    <w:abstractNumId w:val="4"/>
  </w:num>
  <w:num w:numId="5" w16cid:durableId="688681829">
    <w:abstractNumId w:val="7"/>
  </w:num>
  <w:num w:numId="6" w16cid:durableId="1423452885">
    <w:abstractNumId w:val="3"/>
  </w:num>
  <w:num w:numId="7" w16cid:durableId="1884101637">
    <w:abstractNumId w:val="2"/>
  </w:num>
  <w:num w:numId="8" w16cid:durableId="1998999433">
    <w:abstractNumId w:val="1"/>
  </w:num>
  <w:num w:numId="9" w16cid:durableId="607784055">
    <w:abstractNumId w:val="0"/>
  </w:num>
  <w:num w:numId="10" w16cid:durableId="422379626">
    <w:abstractNumId w:val="10"/>
  </w:num>
  <w:num w:numId="11" w16cid:durableId="11026454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displayBackgroundShape/>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410FA"/>
    <w:rsid w:val="00050F7E"/>
    <w:rsid w:val="00053262"/>
    <w:rsid w:val="0006063C"/>
    <w:rsid w:val="000938A2"/>
    <w:rsid w:val="000E3F62"/>
    <w:rsid w:val="000F0EED"/>
    <w:rsid w:val="000F59FC"/>
    <w:rsid w:val="00101D13"/>
    <w:rsid w:val="00104345"/>
    <w:rsid w:val="00111B13"/>
    <w:rsid w:val="00113928"/>
    <w:rsid w:val="0015074B"/>
    <w:rsid w:val="0018471A"/>
    <w:rsid w:val="001969AE"/>
    <w:rsid w:val="001A17C8"/>
    <w:rsid w:val="001B1F28"/>
    <w:rsid w:val="001B2670"/>
    <w:rsid w:val="001C1971"/>
    <w:rsid w:val="001C6094"/>
    <w:rsid w:val="001D59F6"/>
    <w:rsid w:val="002232BB"/>
    <w:rsid w:val="00234085"/>
    <w:rsid w:val="002832E0"/>
    <w:rsid w:val="00287A72"/>
    <w:rsid w:val="0029639D"/>
    <w:rsid w:val="002C2752"/>
    <w:rsid w:val="002C7A4D"/>
    <w:rsid w:val="002E74AD"/>
    <w:rsid w:val="00320BBA"/>
    <w:rsid w:val="00326F90"/>
    <w:rsid w:val="00357603"/>
    <w:rsid w:val="003841FB"/>
    <w:rsid w:val="00387C6F"/>
    <w:rsid w:val="0039734A"/>
    <w:rsid w:val="003A63C9"/>
    <w:rsid w:val="003C02B3"/>
    <w:rsid w:val="003D2241"/>
    <w:rsid w:val="003E77B6"/>
    <w:rsid w:val="00474387"/>
    <w:rsid w:val="0048642D"/>
    <w:rsid w:val="004D1B97"/>
    <w:rsid w:val="004E215B"/>
    <w:rsid w:val="004E5DCA"/>
    <w:rsid w:val="00532665"/>
    <w:rsid w:val="00577081"/>
    <w:rsid w:val="005D420E"/>
    <w:rsid w:val="005D5E33"/>
    <w:rsid w:val="00655708"/>
    <w:rsid w:val="006C7434"/>
    <w:rsid w:val="006D014D"/>
    <w:rsid w:val="007454F0"/>
    <w:rsid w:val="00760894"/>
    <w:rsid w:val="0078723D"/>
    <w:rsid w:val="007C037B"/>
    <w:rsid w:val="007E316E"/>
    <w:rsid w:val="008160F8"/>
    <w:rsid w:val="00840025"/>
    <w:rsid w:val="0084196E"/>
    <w:rsid w:val="008506E4"/>
    <w:rsid w:val="008C4E0B"/>
    <w:rsid w:val="00923394"/>
    <w:rsid w:val="00942A4F"/>
    <w:rsid w:val="009555DC"/>
    <w:rsid w:val="009635A7"/>
    <w:rsid w:val="00964891"/>
    <w:rsid w:val="00964C64"/>
    <w:rsid w:val="009951EE"/>
    <w:rsid w:val="009A0DC5"/>
    <w:rsid w:val="009B1237"/>
    <w:rsid w:val="009B1760"/>
    <w:rsid w:val="009E7324"/>
    <w:rsid w:val="00A217AC"/>
    <w:rsid w:val="00A45DAB"/>
    <w:rsid w:val="00A565EE"/>
    <w:rsid w:val="00A9232C"/>
    <w:rsid w:val="00AA1D8D"/>
    <w:rsid w:val="00AC05AE"/>
    <w:rsid w:val="00AC36D7"/>
    <w:rsid w:val="00AC36E3"/>
    <w:rsid w:val="00B427D7"/>
    <w:rsid w:val="00B47730"/>
    <w:rsid w:val="00B77091"/>
    <w:rsid w:val="00B8168B"/>
    <w:rsid w:val="00B86D4A"/>
    <w:rsid w:val="00BA12ED"/>
    <w:rsid w:val="00BA44EC"/>
    <w:rsid w:val="00C30038"/>
    <w:rsid w:val="00C3793A"/>
    <w:rsid w:val="00C909E1"/>
    <w:rsid w:val="00CB0664"/>
    <w:rsid w:val="00D47E63"/>
    <w:rsid w:val="00D93435"/>
    <w:rsid w:val="00DD2F92"/>
    <w:rsid w:val="00E1626C"/>
    <w:rsid w:val="00E2666A"/>
    <w:rsid w:val="00E26E88"/>
    <w:rsid w:val="00E3252C"/>
    <w:rsid w:val="00E53508"/>
    <w:rsid w:val="00E67965"/>
    <w:rsid w:val="00E715B5"/>
    <w:rsid w:val="00EA223F"/>
    <w:rsid w:val="00ED021D"/>
    <w:rsid w:val="00F02C6E"/>
    <w:rsid w:val="00F10B7B"/>
    <w:rsid w:val="00F268DF"/>
    <w:rsid w:val="00F4108F"/>
    <w:rsid w:val="00F652DB"/>
    <w:rsid w:val="00F87EC0"/>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5172AA4"/>
  <w14:defaultImageDpi w14:val="300"/>
  <w15:docId w15:val="{FAB6156A-F26E-4B53-9AC1-353D57173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80485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17" Type="http://schemas.openxmlformats.org/officeDocument/2006/relationships/customXml" Target="ink/ink56.xml"/><Relationship Id="rId299" Type="http://schemas.openxmlformats.org/officeDocument/2006/relationships/image" Target="media/image138.png"/><Relationship Id="rId21" Type="http://schemas.openxmlformats.org/officeDocument/2006/relationships/image" Target="media/image9.png"/><Relationship Id="rId63" Type="http://schemas.openxmlformats.org/officeDocument/2006/relationships/customXml" Target="ink/ink29.xml"/><Relationship Id="rId159" Type="http://schemas.openxmlformats.org/officeDocument/2006/relationships/image" Target="media/image75.png"/><Relationship Id="rId170" Type="http://schemas.openxmlformats.org/officeDocument/2006/relationships/image" Target="media/image80.png"/><Relationship Id="rId226" Type="http://schemas.openxmlformats.org/officeDocument/2006/relationships/customXml" Target="ink/ink114.xml"/><Relationship Id="rId268" Type="http://schemas.openxmlformats.org/officeDocument/2006/relationships/customXml" Target="ink/ink137.xml"/><Relationship Id="rId32" Type="http://schemas.openxmlformats.org/officeDocument/2006/relationships/customXml" Target="ink/ink11.xml"/><Relationship Id="rId74" Type="http://schemas.openxmlformats.org/officeDocument/2006/relationships/image" Target="media/image34.png"/><Relationship Id="rId128" Type="http://schemas.openxmlformats.org/officeDocument/2006/relationships/image" Target="media/image60.png"/><Relationship Id="rId5" Type="http://schemas.openxmlformats.org/officeDocument/2006/relationships/webSettings" Target="webSettings.xml"/><Relationship Id="rId181" Type="http://schemas.openxmlformats.org/officeDocument/2006/relationships/customXml" Target="ink/ink88.xml"/><Relationship Id="rId237" Type="http://schemas.openxmlformats.org/officeDocument/2006/relationships/image" Target="media/image110.png"/><Relationship Id="rId279" Type="http://schemas.openxmlformats.org/officeDocument/2006/relationships/image" Target="media/image129.png"/><Relationship Id="rId43" Type="http://schemas.openxmlformats.org/officeDocument/2006/relationships/customXml" Target="ink/ink17.xml"/><Relationship Id="rId139" Type="http://schemas.openxmlformats.org/officeDocument/2006/relationships/customXml" Target="ink/ink67.xml"/><Relationship Id="rId290" Type="http://schemas.openxmlformats.org/officeDocument/2006/relationships/customXml" Target="ink/ink149.xml"/><Relationship Id="rId304" Type="http://schemas.openxmlformats.org/officeDocument/2006/relationships/image" Target="media/image140.png"/><Relationship Id="rId85" Type="http://schemas.openxmlformats.org/officeDocument/2006/relationships/customXml" Target="ink/ink39.xml"/><Relationship Id="rId150" Type="http://schemas.openxmlformats.org/officeDocument/2006/relationships/image" Target="media/image71.png"/><Relationship Id="rId192" Type="http://schemas.openxmlformats.org/officeDocument/2006/relationships/customXml" Target="ink/ink94.xml"/><Relationship Id="rId206" Type="http://schemas.openxmlformats.org/officeDocument/2006/relationships/customXml" Target="ink/ink103.xml"/><Relationship Id="rId248" Type="http://schemas.openxmlformats.org/officeDocument/2006/relationships/customXml" Target="ink/ink127.xml"/><Relationship Id="rId12" Type="http://schemas.openxmlformats.org/officeDocument/2006/relationships/customXml" Target="ink/ink1.xml"/><Relationship Id="rId108" Type="http://schemas.openxmlformats.org/officeDocument/2006/relationships/customXml" Target="ink/ink51.xml"/><Relationship Id="rId315" Type="http://schemas.openxmlformats.org/officeDocument/2006/relationships/customXml" Target="ink/ink163.xml"/><Relationship Id="rId54" Type="http://schemas.openxmlformats.org/officeDocument/2006/relationships/customXml" Target="ink/ink24.xml"/><Relationship Id="rId96" Type="http://schemas.openxmlformats.org/officeDocument/2006/relationships/customXml" Target="ink/ink45.xml"/><Relationship Id="rId161" Type="http://schemas.openxmlformats.org/officeDocument/2006/relationships/image" Target="media/image76.png"/><Relationship Id="rId217" Type="http://schemas.openxmlformats.org/officeDocument/2006/relationships/customXml" Target="ink/ink109.xml"/><Relationship Id="rId259" Type="http://schemas.openxmlformats.org/officeDocument/2006/relationships/image" Target="media/image119.png"/><Relationship Id="rId23" Type="http://schemas.openxmlformats.org/officeDocument/2006/relationships/image" Target="media/image10.png"/><Relationship Id="rId119" Type="http://schemas.openxmlformats.org/officeDocument/2006/relationships/customXml" Target="ink/ink57.xml"/><Relationship Id="rId270" Type="http://schemas.openxmlformats.org/officeDocument/2006/relationships/customXml" Target="ink/ink138.xml"/><Relationship Id="rId65" Type="http://schemas.openxmlformats.org/officeDocument/2006/relationships/image" Target="media/image28.png"/><Relationship Id="rId130" Type="http://schemas.openxmlformats.org/officeDocument/2006/relationships/image" Target="media/image61.png"/><Relationship Id="rId172" Type="http://schemas.openxmlformats.org/officeDocument/2006/relationships/image" Target="media/image31.png"/><Relationship Id="rId228" Type="http://schemas.openxmlformats.org/officeDocument/2006/relationships/customXml" Target="ink/ink115.xml"/><Relationship Id="rId281" Type="http://schemas.openxmlformats.org/officeDocument/2006/relationships/image" Target="media/image130.png"/><Relationship Id="rId34" Type="http://schemas.openxmlformats.org/officeDocument/2006/relationships/customXml" Target="ink/ink12.xml"/><Relationship Id="rId55" Type="http://schemas.openxmlformats.org/officeDocument/2006/relationships/image" Target="media/image24.png"/><Relationship Id="rId76" Type="http://schemas.openxmlformats.org/officeDocument/2006/relationships/image" Target="media/image35.png"/><Relationship Id="rId97" Type="http://schemas.openxmlformats.org/officeDocument/2006/relationships/image" Target="media/image45.png"/><Relationship Id="rId120" Type="http://schemas.openxmlformats.org/officeDocument/2006/relationships/image" Target="media/image56.png"/><Relationship Id="rId141" Type="http://schemas.openxmlformats.org/officeDocument/2006/relationships/customXml" Target="ink/ink68.xml"/><Relationship Id="rId7" Type="http://schemas.openxmlformats.org/officeDocument/2006/relationships/image" Target="media/image2.jpeg"/><Relationship Id="rId162" Type="http://schemas.openxmlformats.org/officeDocument/2006/relationships/customXml" Target="ink/ink79.xml"/><Relationship Id="rId183" Type="http://schemas.openxmlformats.org/officeDocument/2006/relationships/customXml" Target="ink/ink89.xml"/><Relationship Id="rId218" Type="http://schemas.openxmlformats.org/officeDocument/2006/relationships/image" Target="media/image101.png"/><Relationship Id="rId239" Type="http://schemas.openxmlformats.org/officeDocument/2006/relationships/image" Target="media/image111.png"/><Relationship Id="rId250" Type="http://schemas.openxmlformats.org/officeDocument/2006/relationships/customXml" Target="ink/ink128.xml"/><Relationship Id="rId271" Type="http://schemas.openxmlformats.org/officeDocument/2006/relationships/image" Target="media/image125.png"/><Relationship Id="rId292" Type="http://schemas.openxmlformats.org/officeDocument/2006/relationships/customXml" Target="ink/ink150.xml"/><Relationship Id="rId306" Type="http://schemas.openxmlformats.org/officeDocument/2006/relationships/customXml" Target="ink/ink158.xml"/><Relationship Id="rId24" Type="http://schemas.openxmlformats.org/officeDocument/2006/relationships/customXml" Target="ink/ink7.xml"/><Relationship Id="rId45" Type="http://schemas.openxmlformats.org/officeDocument/2006/relationships/customXml" Target="ink/ink18.xml"/><Relationship Id="rId66" Type="http://schemas.openxmlformats.org/officeDocument/2006/relationships/customXml" Target="ink/ink31.xml"/><Relationship Id="rId87" Type="http://schemas.openxmlformats.org/officeDocument/2006/relationships/customXml" Target="ink/ink40.xml"/><Relationship Id="rId110" Type="http://schemas.openxmlformats.org/officeDocument/2006/relationships/customXml" Target="ink/ink52.xml"/><Relationship Id="rId131" Type="http://schemas.openxmlformats.org/officeDocument/2006/relationships/customXml" Target="ink/ink63.xml"/><Relationship Id="rId152" Type="http://schemas.openxmlformats.org/officeDocument/2006/relationships/customXml" Target="ink/ink74.xml"/><Relationship Id="rId173" Type="http://schemas.openxmlformats.org/officeDocument/2006/relationships/image" Target="media/image32.svg"/><Relationship Id="rId194" Type="http://schemas.openxmlformats.org/officeDocument/2006/relationships/image" Target="media/image91.png"/><Relationship Id="rId208" Type="http://schemas.openxmlformats.org/officeDocument/2006/relationships/customXml" Target="ink/ink104.xml"/><Relationship Id="rId229" Type="http://schemas.openxmlformats.org/officeDocument/2006/relationships/image" Target="media/image106.png"/><Relationship Id="rId240" Type="http://schemas.openxmlformats.org/officeDocument/2006/relationships/customXml" Target="ink/ink121.xml"/><Relationship Id="rId261" Type="http://schemas.openxmlformats.org/officeDocument/2006/relationships/image" Target="media/image120.png"/><Relationship Id="rId14" Type="http://schemas.openxmlformats.org/officeDocument/2006/relationships/customXml" Target="ink/ink2.xml"/><Relationship Id="rId35" Type="http://schemas.openxmlformats.org/officeDocument/2006/relationships/image" Target="media/image16.png"/><Relationship Id="rId56" Type="http://schemas.openxmlformats.org/officeDocument/2006/relationships/customXml" Target="ink/ink25.xml"/><Relationship Id="rId77" Type="http://schemas.openxmlformats.org/officeDocument/2006/relationships/customXml" Target="ink/ink35.xml"/><Relationship Id="rId100" Type="http://schemas.openxmlformats.org/officeDocument/2006/relationships/customXml" Target="ink/ink47.xml"/><Relationship Id="rId282" Type="http://schemas.openxmlformats.org/officeDocument/2006/relationships/customXml" Target="ink/ink144.xml"/><Relationship Id="rId317" Type="http://schemas.openxmlformats.org/officeDocument/2006/relationships/customXml" Target="ink/ink164.xml"/><Relationship Id="rId8" Type="http://schemas.openxmlformats.org/officeDocument/2006/relationships/hyperlink" Target="https://leadinglearner.me/2013/12/20/give-thanks-dont-worry-and-rest/" TargetMode="External"/><Relationship Id="rId98" Type="http://schemas.openxmlformats.org/officeDocument/2006/relationships/customXml" Target="ink/ink46.xml"/><Relationship Id="rId121" Type="http://schemas.openxmlformats.org/officeDocument/2006/relationships/customXml" Target="ink/ink58.xml"/><Relationship Id="rId142" Type="http://schemas.openxmlformats.org/officeDocument/2006/relationships/image" Target="media/image67.png"/><Relationship Id="rId163" Type="http://schemas.openxmlformats.org/officeDocument/2006/relationships/image" Target="media/image77.png"/><Relationship Id="rId184" Type="http://schemas.openxmlformats.org/officeDocument/2006/relationships/image" Target="media/image87.png"/><Relationship Id="rId219" Type="http://schemas.openxmlformats.org/officeDocument/2006/relationships/customXml" Target="ink/ink110.xml"/><Relationship Id="rId230" Type="http://schemas.openxmlformats.org/officeDocument/2006/relationships/customXml" Target="ink/ink116.xml"/><Relationship Id="rId251" Type="http://schemas.openxmlformats.org/officeDocument/2006/relationships/image" Target="media/image115.png"/><Relationship Id="rId25" Type="http://schemas.openxmlformats.org/officeDocument/2006/relationships/image" Target="media/image11.png"/><Relationship Id="rId46" Type="http://schemas.openxmlformats.org/officeDocument/2006/relationships/customXml" Target="ink/ink19.xml"/><Relationship Id="rId67" Type="http://schemas.openxmlformats.org/officeDocument/2006/relationships/image" Target="media/image29.png"/><Relationship Id="rId272" Type="http://schemas.openxmlformats.org/officeDocument/2006/relationships/customXml" Target="ink/ink139.xml"/><Relationship Id="rId293" Type="http://schemas.openxmlformats.org/officeDocument/2006/relationships/image" Target="media/image135.png"/><Relationship Id="rId307" Type="http://schemas.openxmlformats.org/officeDocument/2006/relationships/image" Target="media/image141.png"/><Relationship Id="rId88" Type="http://schemas.openxmlformats.org/officeDocument/2006/relationships/image" Target="media/image41.png"/><Relationship Id="rId111" Type="http://schemas.openxmlformats.org/officeDocument/2006/relationships/customXml" Target="ink/ink53.xml"/><Relationship Id="rId132" Type="http://schemas.openxmlformats.org/officeDocument/2006/relationships/image" Target="media/image62.png"/><Relationship Id="rId153" Type="http://schemas.openxmlformats.org/officeDocument/2006/relationships/image" Target="media/image72.png"/><Relationship Id="rId174" Type="http://schemas.openxmlformats.org/officeDocument/2006/relationships/image" Target="media/image33.jpg"/><Relationship Id="rId195" Type="http://schemas.openxmlformats.org/officeDocument/2006/relationships/customXml" Target="ink/ink96.xml"/><Relationship Id="rId209" Type="http://schemas.openxmlformats.org/officeDocument/2006/relationships/image" Target="media/image97.png"/><Relationship Id="rId220" Type="http://schemas.openxmlformats.org/officeDocument/2006/relationships/image" Target="media/image102.png"/><Relationship Id="rId241" Type="http://schemas.openxmlformats.org/officeDocument/2006/relationships/customXml" Target="ink/ink122.xml"/><Relationship Id="rId15" Type="http://schemas.openxmlformats.org/officeDocument/2006/relationships/image" Target="media/image6.png"/><Relationship Id="rId36" Type="http://schemas.openxmlformats.org/officeDocument/2006/relationships/customXml" Target="ink/ink13.xml"/><Relationship Id="rId57" Type="http://schemas.openxmlformats.org/officeDocument/2006/relationships/image" Target="media/image25.png"/><Relationship Id="rId262" Type="http://schemas.openxmlformats.org/officeDocument/2006/relationships/customXml" Target="ink/ink134.xml"/><Relationship Id="rId283" Type="http://schemas.openxmlformats.org/officeDocument/2006/relationships/image" Target="media/image131.png"/><Relationship Id="rId318" Type="http://schemas.openxmlformats.org/officeDocument/2006/relationships/image" Target="media/image146.png"/><Relationship Id="rId78" Type="http://schemas.openxmlformats.org/officeDocument/2006/relationships/image" Target="media/image36.png"/><Relationship Id="rId99" Type="http://schemas.openxmlformats.org/officeDocument/2006/relationships/image" Target="media/image46.png"/><Relationship Id="rId101" Type="http://schemas.openxmlformats.org/officeDocument/2006/relationships/image" Target="media/image47.png"/><Relationship Id="rId122" Type="http://schemas.openxmlformats.org/officeDocument/2006/relationships/image" Target="media/image57.png"/><Relationship Id="rId143" Type="http://schemas.openxmlformats.org/officeDocument/2006/relationships/customXml" Target="ink/ink69.xml"/><Relationship Id="rId164" Type="http://schemas.openxmlformats.org/officeDocument/2006/relationships/customXml" Target="ink/ink80.xml"/><Relationship Id="rId185" Type="http://schemas.openxmlformats.org/officeDocument/2006/relationships/customXml" Target="ink/ink90.xml"/><Relationship Id="rId9" Type="http://schemas.openxmlformats.org/officeDocument/2006/relationships/image" Target="media/image3.jpeg"/><Relationship Id="rId210" Type="http://schemas.openxmlformats.org/officeDocument/2006/relationships/customXml" Target="ink/ink105.xml"/><Relationship Id="rId26" Type="http://schemas.openxmlformats.org/officeDocument/2006/relationships/customXml" Target="ink/ink8.xml"/><Relationship Id="rId231" Type="http://schemas.openxmlformats.org/officeDocument/2006/relationships/image" Target="media/image107.png"/><Relationship Id="rId252" Type="http://schemas.openxmlformats.org/officeDocument/2006/relationships/customXml" Target="ink/ink129.xml"/><Relationship Id="rId273" Type="http://schemas.openxmlformats.org/officeDocument/2006/relationships/image" Target="media/image126.png"/><Relationship Id="rId294" Type="http://schemas.openxmlformats.org/officeDocument/2006/relationships/customXml" Target="ink/ink151.xml"/><Relationship Id="rId308" Type="http://schemas.openxmlformats.org/officeDocument/2006/relationships/customXml" Target="ink/ink159.xml"/><Relationship Id="rId47" Type="http://schemas.openxmlformats.org/officeDocument/2006/relationships/customXml" Target="ink/ink20.xml"/><Relationship Id="rId68" Type="http://schemas.openxmlformats.org/officeDocument/2006/relationships/customXml" Target="ink/ink32.xml"/><Relationship Id="rId89" Type="http://schemas.openxmlformats.org/officeDocument/2006/relationships/customXml" Target="ink/ink41.xml"/><Relationship Id="rId112" Type="http://schemas.openxmlformats.org/officeDocument/2006/relationships/image" Target="media/image52.png"/><Relationship Id="rId133" Type="http://schemas.openxmlformats.org/officeDocument/2006/relationships/customXml" Target="ink/ink64.xml"/><Relationship Id="rId154" Type="http://schemas.openxmlformats.org/officeDocument/2006/relationships/customXml" Target="ink/ink75.xml"/><Relationship Id="rId175" Type="http://schemas.openxmlformats.org/officeDocument/2006/relationships/hyperlink" Target="https://timacademiadangles.blogspot.com/2013/11/countries-and-nationalities.html" TargetMode="External"/><Relationship Id="rId196" Type="http://schemas.openxmlformats.org/officeDocument/2006/relationships/image" Target="media/image92.png"/><Relationship Id="rId200" Type="http://schemas.openxmlformats.org/officeDocument/2006/relationships/customXml" Target="ink/ink99.xml"/><Relationship Id="rId16" Type="http://schemas.openxmlformats.org/officeDocument/2006/relationships/customXml" Target="ink/ink3.xml"/><Relationship Id="rId221" Type="http://schemas.openxmlformats.org/officeDocument/2006/relationships/customXml" Target="ink/ink111.xml"/><Relationship Id="rId242" Type="http://schemas.openxmlformats.org/officeDocument/2006/relationships/image" Target="media/image112.png"/><Relationship Id="rId263" Type="http://schemas.openxmlformats.org/officeDocument/2006/relationships/image" Target="media/image121.png"/><Relationship Id="rId284" Type="http://schemas.openxmlformats.org/officeDocument/2006/relationships/customXml" Target="ink/ink145.xml"/><Relationship Id="rId319" Type="http://schemas.openxmlformats.org/officeDocument/2006/relationships/image" Target="media/image81.png"/><Relationship Id="rId37" Type="http://schemas.openxmlformats.org/officeDocument/2006/relationships/image" Target="media/image17.png"/><Relationship Id="rId58" Type="http://schemas.openxmlformats.org/officeDocument/2006/relationships/customXml" Target="ink/ink26.xml"/><Relationship Id="rId79" Type="http://schemas.openxmlformats.org/officeDocument/2006/relationships/customXml" Target="ink/ink36.xml"/><Relationship Id="rId102" Type="http://schemas.openxmlformats.org/officeDocument/2006/relationships/customXml" Target="ink/ink48.xml"/><Relationship Id="rId123" Type="http://schemas.openxmlformats.org/officeDocument/2006/relationships/customXml" Target="ink/ink59.xml"/><Relationship Id="rId144" Type="http://schemas.openxmlformats.org/officeDocument/2006/relationships/image" Target="media/image68.png"/><Relationship Id="rId90" Type="http://schemas.openxmlformats.org/officeDocument/2006/relationships/image" Target="media/image42.png"/><Relationship Id="rId165" Type="http://schemas.openxmlformats.org/officeDocument/2006/relationships/image" Target="media/image78.png"/><Relationship Id="rId186" Type="http://schemas.openxmlformats.org/officeDocument/2006/relationships/image" Target="media/image88.png"/><Relationship Id="rId211" Type="http://schemas.openxmlformats.org/officeDocument/2006/relationships/image" Target="media/image98.png"/><Relationship Id="rId232" Type="http://schemas.openxmlformats.org/officeDocument/2006/relationships/customXml" Target="ink/ink117.xml"/><Relationship Id="rId253" Type="http://schemas.openxmlformats.org/officeDocument/2006/relationships/image" Target="media/image116.png"/><Relationship Id="rId274" Type="http://schemas.openxmlformats.org/officeDocument/2006/relationships/customXml" Target="ink/ink140.xml"/><Relationship Id="rId295" Type="http://schemas.openxmlformats.org/officeDocument/2006/relationships/image" Target="media/image136.png"/><Relationship Id="rId309" Type="http://schemas.openxmlformats.org/officeDocument/2006/relationships/image" Target="media/image142.png"/><Relationship Id="rId27" Type="http://schemas.openxmlformats.org/officeDocument/2006/relationships/image" Target="media/image12.png"/><Relationship Id="rId48" Type="http://schemas.openxmlformats.org/officeDocument/2006/relationships/image" Target="media/image21.png"/><Relationship Id="rId69" Type="http://schemas.openxmlformats.org/officeDocument/2006/relationships/image" Target="media/image30.png"/><Relationship Id="rId113" Type="http://schemas.openxmlformats.org/officeDocument/2006/relationships/customXml" Target="ink/ink54.xml"/><Relationship Id="rId134" Type="http://schemas.openxmlformats.org/officeDocument/2006/relationships/image" Target="media/image63.png"/><Relationship Id="rId320" Type="http://schemas.openxmlformats.org/officeDocument/2006/relationships/fontTable" Target="fontTable.xml"/><Relationship Id="rId80" Type="http://schemas.openxmlformats.org/officeDocument/2006/relationships/image" Target="media/image37.png"/><Relationship Id="rId155" Type="http://schemas.openxmlformats.org/officeDocument/2006/relationships/image" Target="media/image73.png"/><Relationship Id="rId176" Type="http://schemas.openxmlformats.org/officeDocument/2006/relationships/customXml" Target="ink/ink85.xml"/><Relationship Id="rId197" Type="http://schemas.openxmlformats.org/officeDocument/2006/relationships/customXml" Target="ink/ink97.xml"/><Relationship Id="rId201" Type="http://schemas.openxmlformats.org/officeDocument/2006/relationships/customXml" Target="ink/ink100.xml"/><Relationship Id="rId222" Type="http://schemas.openxmlformats.org/officeDocument/2006/relationships/customXml" Target="ink/ink112.xml"/><Relationship Id="rId243" Type="http://schemas.openxmlformats.org/officeDocument/2006/relationships/customXml" Target="ink/ink123.xml"/><Relationship Id="rId264" Type="http://schemas.openxmlformats.org/officeDocument/2006/relationships/customXml" Target="ink/ink135.xml"/><Relationship Id="rId285" Type="http://schemas.openxmlformats.org/officeDocument/2006/relationships/image" Target="media/image132.png"/><Relationship Id="rId17" Type="http://schemas.openxmlformats.org/officeDocument/2006/relationships/image" Target="media/image7.png"/><Relationship Id="rId38" Type="http://schemas.openxmlformats.org/officeDocument/2006/relationships/customXml" Target="ink/ink14.xml"/><Relationship Id="rId59" Type="http://schemas.openxmlformats.org/officeDocument/2006/relationships/customXml" Target="ink/ink27.xml"/><Relationship Id="rId103" Type="http://schemas.openxmlformats.org/officeDocument/2006/relationships/image" Target="media/image48.png"/><Relationship Id="rId124" Type="http://schemas.openxmlformats.org/officeDocument/2006/relationships/image" Target="media/image58.png"/><Relationship Id="rId310" Type="http://schemas.openxmlformats.org/officeDocument/2006/relationships/customXml" Target="ink/ink160.xml"/><Relationship Id="rId70" Type="http://schemas.openxmlformats.org/officeDocument/2006/relationships/image" Target="media/image5.jpeg"/><Relationship Id="rId91" Type="http://schemas.openxmlformats.org/officeDocument/2006/relationships/customXml" Target="ink/ink42.xml"/><Relationship Id="rId145" Type="http://schemas.openxmlformats.org/officeDocument/2006/relationships/customXml" Target="ink/ink70.xml"/><Relationship Id="rId166" Type="http://schemas.openxmlformats.org/officeDocument/2006/relationships/customXml" Target="ink/ink81.xml"/><Relationship Id="rId187" Type="http://schemas.openxmlformats.org/officeDocument/2006/relationships/customXml" Target="ink/ink91.xml"/><Relationship Id="rId1" Type="http://schemas.openxmlformats.org/officeDocument/2006/relationships/customXml" Target="../customXml/item1.xml"/><Relationship Id="rId212" Type="http://schemas.openxmlformats.org/officeDocument/2006/relationships/customXml" Target="ink/ink106.xml"/><Relationship Id="rId233" Type="http://schemas.openxmlformats.org/officeDocument/2006/relationships/image" Target="media/image108.png"/><Relationship Id="rId254" Type="http://schemas.openxmlformats.org/officeDocument/2006/relationships/customXml" Target="ink/ink130.xml"/><Relationship Id="rId28" Type="http://schemas.openxmlformats.org/officeDocument/2006/relationships/customXml" Target="ink/ink9.xml"/><Relationship Id="rId49" Type="http://schemas.openxmlformats.org/officeDocument/2006/relationships/customXml" Target="ink/ink21.xml"/><Relationship Id="rId114" Type="http://schemas.openxmlformats.org/officeDocument/2006/relationships/image" Target="media/image53.png"/><Relationship Id="rId275" Type="http://schemas.openxmlformats.org/officeDocument/2006/relationships/image" Target="media/image127.png"/><Relationship Id="rId296" Type="http://schemas.openxmlformats.org/officeDocument/2006/relationships/customXml" Target="ink/ink152.xml"/><Relationship Id="rId300" Type="http://schemas.openxmlformats.org/officeDocument/2006/relationships/customXml" Target="ink/ink154.xml"/><Relationship Id="rId60" Type="http://schemas.openxmlformats.org/officeDocument/2006/relationships/image" Target="media/image26.png"/><Relationship Id="rId81" Type="http://schemas.openxmlformats.org/officeDocument/2006/relationships/customXml" Target="ink/ink37.xml"/><Relationship Id="rId135" Type="http://schemas.openxmlformats.org/officeDocument/2006/relationships/customXml" Target="ink/ink65.xml"/><Relationship Id="rId156" Type="http://schemas.openxmlformats.org/officeDocument/2006/relationships/customXml" Target="ink/ink76.xml"/><Relationship Id="rId177" Type="http://schemas.openxmlformats.org/officeDocument/2006/relationships/customXml" Target="ink/ink86.xml"/><Relationship Id="rId198" Type="http://schemas.openxmlformats.org/officeDocument/2006/relationships/image" Target="media/image93.png"/><Relationship Id="rId321" Type="http://schemas.openxmlformats.org/officeDocument/2006/relationships/theme" Target="theme/theme1.xml"/><Relationship Id="rId202" Type="http://schemas.openxmlformats.org/officeDocument/2006/relationships/customXml" Target="ink/ink101.xml"/><Relationship Id="rId223" Type="http://schemas.openxmlformats.org/officeDocument/2006/relationships/image" Target="media/image103.png"/><Relationship Id="rId244" Type="http://schemas.openxmlformats.org/officeDocument/2006/relationships/customXml" Target="ink/ink124.xml"/><Relationship Id="rId18" Type="http://schemas.openxmlformats.org/officeDocument/2006/relationships/customXml" Target="ink/ink4.xml"/><Relationship Id="rId39" Type="http://schemas.openxmlformats.org/officeDocument/2006/relationships/customXml" Target="ink/ink15.xml"/><Relationship Id="rId265" Type="http://schemas.openxmlformats.org/officeDocument/2006/relationships/image" Target="media/image122.png"/><Relationship Id="rId286" Type="http://schemas.openxmlformats.org/officeDocument/2006/relationships/customXml" Target="ink/ink146.xml"/><Relationship Id="rId50" Type="http://schemas.openxmlformats.org/officeDocument/2006/relationships/image" Target="media/image22.png"/><Relationship Id="rId104" Type="http://schemas.openxmlformats.org/officeDocument/2006/relationships/customXml" Target="ink/ink49.xml"/><Relationship Id="rId125" Type="http://schemas.openxmlformats.org/officeDocument/2006/relationships/customXml" Target="ink/ink60.xml"/><Relationship Id="rId146" Type="http://schemas.openxmlformats.org/officeDocument/2006/relationships/image" Target="media/image69.png"/><Relationship Id="rId167" Type="http://schemas.openxmlformats.org/officeDocument/2006/relationships/image" Target="media/image79.png"/><Relationship Id="rId188" Type="http://schemas.openxmlformats.org/officeDocument/2006/relationships/image" Target="media/image89.png"/><Relationship Id="rId311" Type="http://schemas.openxmlformats.org/officeDocument/2006/relationships/image" Target="media/image143.png"/><Relationship Id="rId71" Type="http://schemas.openxmlformats.org/officeDocument/2006/relationships/image" Target="media/image6.jpeg"/><Relationship Id="rId92" Type="http://schemas.openxmlformats.org/officeDocument/2006/relationships/customXml" Target="ink/ink43.xml"/><Relationship Id="rId213" Type="http://schemas.openxmlformats.org/officeDocument/2006/relationships/image" Target="media/image99.png"/><Relationship Id="rId234" Type="http://schemas.openxmlformats.org/officeDocument/2006/relationships/customXml" Target="ink/ink118.xml"/><Relationship Id="rId2" Type="http://schemas.openxmlformats.org/officeDocument/2006/relationships/numbering" Target="numbering.xml"/><Relationship Id="rId29" Type="http://schemas.openxmlformats.org/officeDocument/2006/relationships/image" Target="media/image13.png"/><Relationship Id="rId255" Type="http://schemas.openxmlformats.org/officeDocument/2006/relationships/image" Target="media/image117.png"/><Relationship Id="rId276" Type="http://schemas.openxmlformats.org/officeDocument/2006/relationships/customXml" Target="ink/ink141.xml"/><Relationship Id="rId297" Type="http://schemas.openxmlformats.org/officeDocument/2006/relationships/image" Target="media/image137.png"/><Relationship Id="rId40" Type="http://schemas.openxmlformats.org/officeDocument/2006/relationships/image" Target="media/image18.png"/><Relationship Id="rId115" Type="http://schemas.openxmlformats.org/officeDocument/2006/relationships/customXml" Target="ink/ink55.xml"/><Relationship Id="rId136" Type="http://schemas.openxmlformats.org/officeDocument/2006/relationships/image" Target="media/image64.png"/><Relationship Id="rId157" Type="http://schemas.openxmlformats.org/officeDocument/2006/relationships/image" Target="media/image74.png"/><Relationship Id="rId178" Type="http://schemas.openxmlformats.org/officeDocument/2006/relationships/image" Target="media/image84.png"/><Relationship Id="rId301" Type="http://schemas.openxmlformats.org/officeDocument/2006/relationships/image" Target="media/image139.png"/><Relationship Id="rId61" Type="http://schemas.openxmlformats.org/officeDocument/2006/relationships/customXml" Target="ink/ink28.xml"/><Relationship Id="rId82" Type="http://schemas.openxmlformats.org/officeDocument/2006/relationships/image" Target="media/image38.png"/><Relationship Id="rId199" Type="http://schemas.openxmlformats.org/officeDocument/2006/relationships/customXml" Target="ink/ink98.xml"/><Relationship Id="rId203" Type="http://schemas.openxmlformats.org/officeDocument/2006/relationships/image" Target="media/image94.png"/><Relationship Id="rId19" Type="http://schemas.openxmlformats.org/officeDocument/2006/relationships/image" Target="media/image8.png"/><Relationship Id="rId224" Type="http://schemas.openxmlformats.org/officeDocument/2006/relationships/customXml" Target="ink/ink113.xml"/><Relationship Id="rId245" Type="http://schemas.openxmlformats.org/officeDocument/2006/relationships/customXml" Target="ink/ink125.xml"/><Relationship Id="rId266" Type="http://schemas.openxmlformats.org/officeDocument/2006/relationships/customXml" Target="ink/ink136.xml"/><Relationship Id="rId287" Type="http://schemas.openxmlformats.org/officeDocument/2006/relationships/image" Target="media/image133.png"/><Relationship Id="rId30" Type="http://schemas.openxmlformats.org/officeDocument/2006/relationships/customXml" Target="ink/ink10.xml"/><Relationship Id="rId105" Type="http://schemas.openxmlformats.org/officeDocument/2006/relationships/image" Target="media/image49.png"/><Relationship Id="rId126" Type="http://schemas.openxmlformats.org/officeDocument/2006/relationships/image" Target="media/image59.png"/><Relationship Id="rId147" Type="http://schemas.openxmlformats.org/officeDocument/2006/relationships/customXml" Target="ink/ink71.xml"/><Relationship Id="rId168" Type="http://schemas.openxmlformats.org/officeDocument/2006/relationships/customXml" Target="ink/ink82.xml"/><Relationship Id="rId312" Type="http://schemas.openxmlformats.org/officeDocument/2006/relationships/customXml" Target="ink/ink161.xml"/><Relationship Id="rId51" Type="http://schemas.openxmlformats.org/officeDocument/2006/relationships/customXml" Target="ink/ink22.xml"/><Relationship Id="rId72" Type="http://schemas.openxmlformats.org/officeDocument/2006/relationships/image" Target="media/image7.jpeg"/><Relationship Id="rId93" Type="http://schemas.openxmlformats.org/officeDocument/2006/relationships/image" Target="media/image43.png"/><Relationship Id="rId189" Type="http://schemas.openxmlformats.org/officeDocument/2006/relationships/customXml" Target="ink/ink92.xml"/><Relationship Id="rId3" Type="http://schemas.openxmlformats.org/officeDocument/2006/relationships/styles" Target="styles.xml"/><Relationship Id="rId214" Type="http://schemas.openxmlformats.org/officeDocument/2006/relationships/customXml" Target="ink/ink107.xml"/><Relationship Id="rId235" Type="http://schemas.openxmlformats.org/officeDocument/2006/relationships/image" Target="media/image109.png"/><Relationship Id="rId256" Type="http://schemas.openxmlformats.org/officeDocument/2006/relationships/customXml" Target="ink/ink131.xml"/><Relationship Id="rId277" Type="http://schemas.openxmlformats.org/officeDocument/2006/relationships/image" Target="media/image128.png"/><Relationship Id="rId298" Type="http://schemas.openxmlformats.org/officeDocument/2006/relationships/customXml" Target="ink/ink153.xml"/><Relationship Id="rId116" Type="http://schemas.openxmlformats.org/officeDocument/2006/relationships/image" Target="media/image54.png"/><Relationship Id="rId137" Type="http://schemas.openxmlformats.org/officeDocument/2006/relationships/customXml" Target="ink/ink66.xml"/><Relationship Id="rId158" Type="http://schemas.openxmlformats.org/officeDocument/2006/relationships/customXml" Target="ink/ink77.xml"/><Relationship Id="rId302" Type="http://schemas.openxmlformats.org/officeDocument/2006/relationships/customXml" Target="ink/ink155.xml"/><Relationship Id="rId20" Type="http://schemas.openxmlformats.org/officeDocument/2006/relationships/customXml" Target="ink/ink5.xml"/><Relationship Id="rId41" Type="http://schemas.openxmlformats.org/officeDocument/2006/relationships/customXml" Target="ink/ink16.xml"/><Relationship Id="rId62" Type="http://schemas.openxmlformats.org/officeDocument/2006/relationships/image" Target="media/image27.png"/><Relationship Id="rId83" Type="http://schemas.openxmlformats.org/officeDocument/2006/relationships/customXml" Target="ink/ink38.xml"/><Relationship Id="rId179" Type="http://schemas.openxmlformats.org/officeDocument/2006/relationships/customXml" Target="ink/ink87.xml"/><Relationship Id="rId190" Type="http://schemas.openxmlformats.org/officeDocument/2006/relationships/customXml" Target="ink/ink93.xml"/><Relationship Id="rId204" Type="http://schemas.openxmlformats.org/officeDocument/2006/relationships/customXml" Target="ink/ink102.xml"/><Relationship Id="rId225" Type="http://schemas.openxmlformats.org/officeDocument/2006/relationships/image" Target="media/image104.png"/><Relationship Id="rId246" Type="http://schemas.openxmlformats.org/officeDocument/2006/relationships/image" Target="media/image113.png"/><Relationship Id="rId267" Type="http://schemas.openxmlformats.org/officeDocument/2006/relationships/image" Target="media/image123.png"/><Relationship Id="rId288" Type="http://schemas.openxmlformats.org/officeDocument/2006/relationships/customXml" Target="ink/ink147.xml"/><Relationship Id="rId106" Type="http://schemas.openxmlformats.org/officeDocument/2006/relationships/customXml" Target="ink/ink50.xml"/><Relationship Id="rId127" Type="http://schemas.openxmlformats.org/officeDocument/2006/relationships/customXml" Target="ink/ink61.xml"/><Relationship Id="rId313" Type="http://schemas.openxmlformats.org/officeDocument/2006/relationships/image" Target="media/image144.png"/><Relationship Id="rId10" Type="http://schemas.openxmlformats.org/officeDocument/2006/relationships/image" Target="media/image4.jpeg"/><Relationship Id="rId31" Type="http://schemas.openxmlformats.org/officeDocument/2006/relationships/image" Target="media/image14.png"/><Relationship Id="rId52" Type="http://schemas.openxmlformats.org/officeDocument/2006/relationships/image" Target="media/image23.png"/><Relationship Id="rId73" Type="http://schemas.openxmlformats.org/officeDocument/2006/relationships/customXml" Target="ink/ink33.xml"/><Relationship Id="rId94" Type="http://schemas.openxmlformats.org/officeDocument/2006/relationships/customXml" Target="ink/ink44.xml"/><Relationship Id="rId148" Type="http://schemas.openxmlformats.org/officeDocument/2006/relationships/image" Target="media/image70.png"/><Relationship Id="rId169" Type="http://schemas.openxmlformats.org/officeDocument/2006/relationships/customXml" Target="ink/ink83.xml"/><Relationship Id="rId4" Type="http://schemas.openxmlformats.org/officeDocument/2006/relationships/settings" Target="settings.xml"/><Relationship Id="rId180" Type="http://schemas.openxmlformats.org/officeDocument/2006/relationships/image" Target="media/image85.png"/><Relationship Id="rId215" Type="http://schemas.openxmlformats.org/officeDocument/2006/relationships/image" Target="media/image100.png"/><Relationship Id="rId236" Type="http://schemas.openxmlformats.org/officeDocument/2006/relationships/customXml" Target="ink/ink119.xml"/><Relationship Id="rId257" Type="http://schemas.openxmlformats.org/officeDocument/2006/relationships/image" Target="media/image118.png"/><Relationship Id="rId278" Type="http://schemas.openxmlformats.org/officeDocument/2006/relationships/customXml" Target="ink/ink142.xml"/><Relationship Id="rId303" Type="http://schemas.openxmlformats.org/officeDocument/2006/relationships/customXml" Target="ink/ink156.xml"/><Relationship Id="rId42" Type="http://schemas.openxmlformats.org/officeDocument/2006/relationships/image" Target="media/image19.png"/><Relationship Id="rId84" Type="http://schemas.openxmlformats.org/officeDocument/2006/relationships/image" Target="media/image39.png"/><Relationship Id="rId138" Type="http://schemas.openxmlformats.org/officeDocument/2006/relationships/image" Target="media/image65.png"/><Relationship Id="rId191" Type="http://schemas.openxmlformats.org/officeDocument/2006/relationships/image" Target="media/image90.png"/><Relationship Id="rId205" Type="http://schemas.openxmlformats.org/officeDocument/2006/relationships/image" Target="media/image95.png"/><Relationship Id="rId247" Type="http://schemas.openxmlformats.org/officeDocument/2006/relationships/customXml" Target="ink/ink126.xml"/><Relationship Id="rId107" Type="http://schemas.openxmlformats.org/officeDocument/2006/relationships/image" Target="media/image50.png"/><Relationship Id="rId289" Type="http://schemas.openxmlformats.org/officeDocument/2006/relationships/customXml" Target="ink/ink148.xml"/><Relationship Id="rId11" Type="http://schemas.openxmlformats.org/officeDocument/2006/relationships/hyperlink" Target="https://pixabay.com/en/unity-community-union-hands-1767679/" TargetMode="External"/><Relationship Id="rId53" Type="http://schemas.openxmlformats.org/officeDocument/2006/relationships/customXml" Target="ink/ink23.xml"/><Relationship Id="rId149" Type="http://schemas.openxmlformats.org/officeDocument/2006/relationships/customXml" Target="ink/ink72.xml"/><Relationship Id="rId314" Type="http://schemas.openxmlformats.org/officeDocument/2006/relationships/customXml" Target="ink/ink162.xml"/><Relationship Id="rId95" Type="http://schemas.openxmlformats.org/officeDocument/2006/relationships/image" Target="media/image44.png"/><Relationship Id="rId160" Type="http://schemas.openxmlformats.org/officeDocument/2006/relationships/customXml" Target="ink/ink78.xml"/><Relationship Id="rId216" Type="http://schemas.openxmlformats.org/officeDocument/2006/relationships/customXml" Target="ink/ink108.xml"/><Relationship Id="rId258" Type="http://schemas.openxmlformats.org/officeDocument/2006/relationships/customXml" Target="ink/ink132.xml"/><Relationship Id="rId22" Type="http://schemas.openxmlformats.org/officeDocument/2006/relationships/customXml" Target="ink/ink6.xml"/><Relationship Id="rId64" Type="http://schemas.openxmlformats.org/officeDocument/2006/relationships/customXml" Target="ink/ink30.xml"/><Relationship Id="rId118" Type="http://schemas.openxmlformats.org/officeDocument/2006/relationships/image" Target="media/image55.png"/><Relationship Id="rId171" Type="http://schemas.openxmlformats.org/officeDocument/2006/relationships/customXml" Target="ink/ink84.xml"/><Relationship Id="rId227" Type="http://schemas.openxmlformats.org/officeDocument/2006/relationships/image" Target="media/image105.png"/><Relationship Id="rId269" Type="http://schemas.openxmlformats.org/officeDocument/2006/relationships/image" Target="media/image124.png"/><Relationship Id="rId33" Type="http://schemas.openxmlformats.org/officeDocument/2006/relationships/image" Target="media/image15.png"/><Relationship Id="rId129" Type="http://schemas.openxmlformats.org/officeDocument/2006/relationships/customXml" Target="ink/ink62.xml"/><Relationship Id="rId280" Type="http://schemas.openxmlformats.org/officeDocument/2006/relationships/customXml" Target="ink/ink143.xml"/><Relationship Id="rId75" Type="http://schemas.openxmlformats.org/officeDocument/2006/relationships/customXml" Target="ink/ink34.xml"/><Relationship Id="rId140" Type="http://schemas.openxmlformats.org/officeDocument/2006/relationships/image" Target="media/image66.png"/><Relationship Id="rId182" Type="http://schemas.openxmlformats.org/officeDocument/2006/relationships/image" Target="media/image86.png"/><Relationship Id="rId6" Type="http://schemas.openxmlformats.org/officeDocument/2006/relationships/image" Target="media/image1.png"/><Relationship Id="rId238" Type="http://schemas.openxmlformats.org/officeDocument/2006/relationships/customXml" Target="ink/ink120.xml"/><Relationship Id="rId291" Type="http://schemas.openxmlformats.org/officeDocument/2006/relationships/image" Target="media/image134.png"/><Relationship Id="rId305" Type="http://schemas.openxmlformats.org/officeDocument/2006/relationships/customXml" Target="ink/ink157.xml"/><Relationship Id="rId44" Type="http://schemas.openxmlformats.org/officeDocument/2006/relationships/image" Target="media/image20.png"/><Relationship Id="rId86" Type="http://schemas.openxmlformats.org/officeDocument/2006/relationships/image" Target="media/image40.png"/><Relationship Id="rId151" Type="http://schemas.openxmlformats.org/officeDocument/2006/relationships/customXml" Target="ink/ink73.xml"/><Relationship Id="rId193" Type="http://schemas.openxmlformats.org/officeDocument/2006/relationships/customXml" Target="ink/ink95.xml"/><Relationship Id="rId207" Type="http://schemas.openxmlformats.org/officeDocument/2006/relationships/image" Target="media/image96.png"/><Relationship Id="rId249" Type="http://schemas.openxmlformats.org/officeDocument/2006/relationships/image" Target="media/image114.png"/><Relationship Id="rId13" Type="http://schemas.openxmlformats.org/officeDocument/2006/relationships/image" Target="media/image5.png"/><Relationship Id="rId109" Type="http://schemas.openxmlformats.org/officeDocument/2006/relationships/image" Target="media/image51.png"/><Relationship Id="rId260" Type="http://schemas.openxmlformats.org/officeDocument/2006/relationships/customXml" Target="ink/ink133.xml"/><Relationship Id="rId316" Type="http://schemas.openxmlformats.org/officeDocument/2006/relationships/image" Target="media/image145.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2:27:19.461"/>
    </inkml:context>
    <inkml:brush xml:id="br0">
      <inkml:brushProperty name="width" value="0.2" units="cm"/>
      <inkml:brushProperty name="height" value="0.4" units="cm"/>
      <inkml:brushProperty name="color" value="#D9AEFF"/>
      <inkml:brushProperty name="tip" value="rectangle"/>
      <inkml:brushProperty name="rasterOp" value="maskPen"/>
      <inkml:brushProperty name="ignorePressure" value="1"/>
    </inkml:brush>
  </inkml:definitions>
  <inkml:trace contextRef="#ctx0" brushRef="#br0">0 0,'8578'0,"1988"0,-10552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2:53:06.314"/>
    </inkml:context>
    <inkml:brush xml:id="br0">
      <inkml:brushProperty name="width" value="0.4" units="cm"/>
      <inkml:brushProperty name="height" value="0.8" units="cm"/>
      <inkml:brushProperty name="color" value="#00FDFF"/>
      <inkml:brushProperty name="tip" value="rectangle"/>
      <inkml:brushProperty name="rasterOp" value="maskPen"/>
      <inkml:brushProperty name="ignorePressure" value="1"/>
    </inkml:brush>
  </inkml:definitions>
  <inkml:trace contextRef="#ctx0" brushRef="#br0">1 1,'19072'0,"-19047"0</inkml:trace>
</inkml:ink>
</file>

<file path=word/ink/ink1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3:34:54.392"/>
    </inkml:context>
    <inkml:brush xml:id="br0">
      <inkml:brushProperty name="width" value="0.4" units="cm"/>
      <inkml:brushProperty name="height" value="0.8" units="cm"/>
      <inkml:brushProperty name="color" value="#FFACD5"/>
      <inkml:brushProperty name="tip" value="rectangle"/>
      <inkml:brushProperty name="rasterOp" value="maskPen"/>
      <inkml:brushProperty name="ignorePressure" value="1"/>
    </inkml:brush>
  </inkml:definitions>
  <inkml:trace contextRef="#ctx0" brushRef="#br0">1 1,'19142'0,"-19118"0</inkml:trace>
</inkml:ink>
</file>

<file path=word/ink/ink1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3:34:39.019"/>
    </inkml:context>
    <inkml:brush xml:id="br0">
      <inkml:brushProperty name="width" value="0.4" units="cm"/>
      <inkml:brushProperty name="height" value="0.8" units="cm"/>
      <inkml:brushProperty name="color" value="#FFACD5"/>
      <inkml:brushProperty name="tip" value="rectangle"/>
      <inkml:brushProperty name="rasterOp" value="maskPen"/>
      <inkml:brushProperty name="ignorePressure" value="1"/>
    </inkml:brush>
  </inkml:definitions>
  <inkml:trace contextRef="#ctx0" brushRef="#br0">1 1,'19112'0,"-19106"0</inkml:trace>
</inkml:ink>
</file>

<file path=word/ink/ink1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3:58:18.285"/>
    </inkml:context>
    <inkml:brush xml:id="br0">
      <inkml:brushProperty name="width" value="0.4" units="cm"/>
      <inkml:brushProperty name="height" value="0.8" units="cm"/>
      <inkml:brushProperty name="color" value="#FFFC00"/>
      <inkml:brushProperty name="tip" value="rectangle"/>
      <inkml:brushProperty name="rasterOp" value="maskPen"/>
      <inkml:brushProperty name="ignorePressure" value="1"/>
    </inkml:brush>
  </inkml:definitions>
  <inkml:trace contextRef="#ctx0" brushRef="#br0">1 0,'19147'0,"-19132"0</inkml:trace>
</inkml:ink>
</file>

<file path=word/ink/ink1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3:57:59.820"/>
    </inkml:context>
    <inkml:brush xml:id="br0">
      <inkml:brushProperty name="width" value="0.4" units="cm"/>
      <inkml:brushProperty name="height" value="0.8" units="cm"/>
      <inkml:brushProperty name="color" value="#FFFC00"/>
      <inkml:brushProperty name="tip" value="rectangle"/>
      <inkml:brushProperty name="rasterOp" value="maskPen"/>
      <inkml:brushProperty name="ignorePressure" value="1"/>
    </inkml:brush>
  </inkml:definitions>
  <inkml:trace contextRef="#ctx0" brushRef="#br0">1 1,'19179'0,"-19165"0</inkml:trace>
</inkml:ink>
</file>

<file path=word/ink/ink1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3:57:48.005"/>
    </inkml:context>
    <inkml:brush xml:id="br0">
      <inkml:brushProperty name="width" value="0.4" units="cm"/>
      <inkml:brushProperty name="height" value="0.8" units="cm"/>
      <inkml:brushProperty name="color" value="#FFFC00"/>
      <inkml:brushProperty name="tip" value="rectangle"/>
      <inkml:brushProperty name="rasterOp" value="maskPen"/>
      <inkml:brushProperty name="ignorePressure" value="1"/>
    </inkml:brush>
  </inkml:definitions>
  <inkml:trace contextRef="#ctx0" brushRef="#br0">1 1,'19132'0,"-19098"0</inkml:trace>
</inkml:ink>
</file>

<file path=word/ink/ink1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3:57:36.552"/>
    </inkml:context>
    <inkml:brush xml:id="br0">
      <inkml:brushProperty name="width" value="0.4" units="cm"/>
      <inkml:brushProperty name="height" value="0.8" units="cm"/>
      <inkml:brushProperty name="color" value="#FFFC00"/>
      <inkml:brushProperty name="tip" value="rectangle"/>
      <inkml:brushProperty name="rasterOp" value="maskPen"/>
      <inkml:brushProperty name="ignorePressure" value="1"/>
    </inkml:brush>
  </inkml:definitions>
  <inkml:trace contextRef="#ctx0" brushRef="#br0">0 1,'19093'0,"-19070"0</inkml:trace>
</inkml:ink>
</file>

<file path=word/ink/ink1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3:56:24.455"/>
    </inkml:context>
    <inkml:brush xml:id="br0">
      <inkml:brushProperty name="width" value="0.4" units="cm"/>
      <inkml:brushProperty name="height" value="0.8" units="cm"/>
      <inkml:brushProperty name="color" value="#FFFC00"/>
      <inkml:brushProperty name="tip" value="rectangle"/>
      <inkml:brushProperty name="rasterOp" value="maskPen"/>
      <inkml:brushProperty name="ignorePressure" value="1"/>
    </inkml:brush>
  </inkml:definitions>
  <inkml:trace contextRef="#ctx0" brushRef="#br0">1 0,'19167'0,"-19155"0</inkml:trace>
</inkml:ink>
</file>

<file path=word/ink/ink1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3:56:10.865"/>
    </inkml:context>
    <inkml:brush xml:id="br0">
      <inkml:brushProperty name="width" value="0.4" units="cm"/>
      <inkml:brushProperty name="height" value="0.8" units="cm"/>
      <inkml:brushProperty name="color" value="#FFFC00"/>
      <inkml:brushProperty name="tip" value="rectangle"/>
      <inkml:brushProperty name="rasterOp" value="maskPen"/>
      <inkml:brushProperty name="ignorePressure" value="1"/>
    </inkml:brush>
  </inkml:definitions>
  <inkml:trace contextRef="#ctx0" brushRef="#br0">1 0,'19109'0,"-19097"0</inkml:trace>
</inkml:ink>
</file>

<file path=word/ink/ink1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3:55:39.808"/>
    </inkml:context>
    <inkml:brush xml:id="br0">
      <inkml:brushProperty name="width" value="0.4" units="cm"/>
      <inkml:brushProperty name="height" value="0.8" units="cm"/>
      <inkml:brushProperty name="color" value="#FFFC00"/>
      <inkml:brushProperty name="tip" value="rectangle"/>
      <inkml:brushProperty name="rasterOp" value="maskPen"/>
      <inkml:brushProperty name="ignorePressure" value="1"/>
    </inkml:brush>
  </inkml:definitions>
  <inkml:trace contextRef="#ctx0" brushRef="#br0">1 1,'19130'0,"-19102"0</inkml:trace>
</inkml:ink>
</file>

<file path=word/ink/ink1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3:55:13.784"/>
    </inkml:context>
    <inkml:brush xml:id="br0">
      <inkml:brushProperty name="width" value="0.4" units="cm"/>
      <inkml:brushProperty name="height" value="0.8" units="cm"/>
      <inkml:brushProperty name="color" value="#FFFC00"/>
      <inkml:brushProperty name="tip" value="rectangle"/>
      <inkml:brushProperty name="rasterOp" value="maskPen"/>
      <inkml:brushProperty name="ignorePressure" value="1"/>
    </inkml:brush>
  </inkml:definitions>
  <inkml:trace contextRef="#ctx0" brushRef="#br0">0 0,'19135'0,"-19114"0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2:54:12.452"/>
    </inkml:context>
    <inkml:brush xml:id="br0">
      <inkml:brushProperty name="width" value="0.4" units="cm"/>
      <inkml:brushProperty name="height" value="0.8" units="cm"/>
      <inkml:brushProperty name="color" value="#00FDFF"/>
      <inkml:brushProperty name="tip" value="rectangle"/>
      <inkml:brushProperty name="rasterOp" value="maskPen"/>
      <inkml:brushProperty name="ignorePressure" value="1"/>
    </inkml:brush>
  </inkml:definitions>
  <inkml:trace contextRef="#ctx0" brushRef="#br0">1 1,'19074'0,"-19052"0</inkml:trace>
</inkml:ink>
</file>

<file path=word/ink/ink1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3:58:50.493"/>
    </inkml:context>
    <inkml:brush xml:id="br0">
      <inkml:brushProperty name="width" value="0.4" units="cm"/>
      <inkml:brushProperty name="height" value="0.8" units="cm"/>
      <inkml:brushProperty name="color" value="#FFFC00"/>
      <inkml:brushProperty name="tip" value="rectangle"/>
      <inkml:brushProperty name="rasterOp" value="maskPen"/>
      <inkml:brushProperty name="ignorePressure" value="1"/>
    </inkml:brush>
  </inkml:definitions>
  <inkml:trace contextRef="#ctx0" brushRef="#br0">1 0,'11113'0,"-3111"0,-7983 0</inkml:trace>
</inkml:ink>
</file>

<file path=word/ink/ink1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3:58:36.902"/>
    </inkml:context>
    <inkml:brush xml:id="br0">
      <inkml:brushProperty name="width" value="0.4" units="cm"/>
      <inkml:brushProperty name="height" value="0.8" units="cm"/>
      <inkml:brushProperty name="color" value="#FFFC00"/>
      <inkml:brushProperty name="tip" value="rectangle"/>
      <inkml:brushProperty name="rasterOp" value="maskPen"/>
      <inkml:brushProperty name="ignorePressure" value="1"/>
    </inkml:brush>
  </inkml:definitions>
  <inkml:trace contextRef="#ctx0" brushRef="#br0">1 0,'8788'0,"1532"0,-10294 0</inkml:trace>
</inkml:ink>
</file>

<file path=word/ink/ink1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3:59:43.516"/>
    </inkml:context>
    <inkml:brush xml:id="br0">
      <inkml:brushProperty name="width" value="0.4" units="cm"/>
      <inkml:brushProperty name="height" value="0.8" units="cm"/>
      <inkml:brushProperty name="color" value="#FFFC00"/>
      <inkml:brushProperty name="tip" value="rectangle"/>
      <inkml:brushProperty name="rasterOp" value="maskPen"/>
      <inkml:brushProperty name="ignorePressure" value="1"/>
    </inkml:brush>
  </inkml:definitions>
  <inkml:trace contextRef="#ctx0" brushRef="#br0">1 0,'13778'0,"-8436"0,-5327 0</inkml:trace>
</inkml:ink>
</file>

<file path=word/ink/ink1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3:59:21.237"/>
    </inkml:context>
    <inkml:brush xml:id="br0">
      <inkml:brushProperty name="width" value="0.4" units="cm"/>
      <inkml:brushProperty name="height" value="0.8" units="cm"/>
      <inkml:brushProperty name="color" value="#FFFC00"/>
      <inkml:brushProperty name="tip" value="rectangle"/>
      <inkml:brushProperty name="rasterOp" value="maskPen"/>
      <inkml:brushProperty name="ignorePressure" value="1"/>
    </inkml:brush>
  </inkml:definitions>
  <inkml:trace contextRef="#ctx0" brushRef="#br0">1 0,'19205'0,"-19191"0</inkml:trace>
</inkml:ink>
</file>

<file path=word/ink/ink1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3:53:21.200"/>
    </inkml:context>
    <inkml:brush xml:id="br0">
      <inkml:brushProperty name="width" value="0.4" units="cm"/>
      <inkml:brushProperty name="height" value="0.8" units="cm"/>
      <inkml:brushProperty name="color" value="#FFFC00"/>
      <inkml:brushProperty name="tip" value="rectangle"/>
      <inkml:brushProperty name="rasterOp" value="maskPen"/>
      <inkml:brushProperty name="ignorePressure" value="1"/>
    </inkml:brush>
  </inkml:definitions>
  <inkml:trace contextRef="#ctx0" brushRef="#br0">0 1,'0'0</inkml:trace>
</inkml:ink>
</file>

<file path=word/ink/ink1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2T00:00:10.484"/>
    </inkml:context>
    <inkml:brush xml:id="br0">
      <inkml:brushProperty name="width" value="0.4" units="cm"/>
      <inkml:brushProperty name="height" value="0.8" units="cm"/>
      <inkml:brushProperty name="color" value="#FFFC00"/>
      <inkml:brushProperty name="tip" value="rectangle"/>
      <inkml:brushProperty name="rasterOp" value="maskPen"/>
      <inkml:brushProperty name="ignorePressure" value="1"/>
    </inkml:brush>
  </inkml:definitions>
  <inkml:trace contextRef="#ctx0" brushRef="#br0">0 1,'18507'0,"-17872"0,-10470 0,9782 0</inkml:trace>
</inkml:ink>
</file>

<file path=word/ink/ink1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3:59:54.746"/>
    </inkml:context>
    <inkml:brush xml:id="br0">
      <inkml:brushProperty name="width" value="0.4" units="cm"/>
      <inkml:brushProperty name="height" value="0.8" units="cm"/>
      <inkml:brushProperty name="color" value="#FFFC00"/>
      <inkml:brushProperty name="tip" value="rectangle"/>
      <inkml:brushProperty name="rasterOp" value="maskPen"/>
      <inkml:brushProperty name="ignorePressure" value="1"/>
    </inkml:brush>
  </inkml:definitions>
  <inkml:trace contextRef="#ctx0" brushRef="#br0">1 0,'11888'0,"-4649"0,-7217 0</inkml:trace>
</inkml:ink>
</file>

<file path=word/ink/ink1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2T00:00:33.143"/>
    </inkml:context>
    <inkml:brush xml:id="br0">
      <inkml:brushProperty name="width" value="0.4" units="cm"/>
      <inkml:brushProperty name="height" value="0.8" units="cm"/>
      <inkml:brushProperty name="color" value="#FFFC00"/>
      <inkml:brushProperty name="tip" value="rectangle"/>
      <inkml:brushProperty name="rasterOp" value="maskPen"/>
      <inkml:brushProperty name="ignorePressure" value="1"/>
    </inkml:brush>
  </inkml:definitions>
  <inkml:trace contextRef="#ctx0" brushRef="#br0">1 1,'11410'0,"-4688"0,-5733 0,-973 0</inkml:trace>
</inkml:ink>
</file>

<file path=word/ink/ink1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2T00:00:19.930"/>
    </inkml:context>
    <inkml:brush xml:id="br0">
      <inkml:brushProperty name="width" value="0.4" units="cm"/>
      <inkml:brushProperty name="height" value="0.8" units="cm"/>
      <inkml:brushProperty name="color" value="#FFFC00"/>
      <inkml:brushProperty name="tip" value="rectangle"/>
      <inkml:brushProperty name="rasterOp" value="maskPen"/>
      <inkml:brushProperty name="ignorePressure" value="1"/>
    </inkml:brush>
  </inkml:definitions>
  <inkml:trace contextRef="#ctx0" brushRef="#br0">0 1,'11494'0,"-3771"0,-7701 0</inkml:trace>
</inkml:ink>
</file>

<file path=word/ink/ink1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2T00:02:44.567"/>
    </inkml:context>
    <inkml:brush xml:id="br0">
      <inkml:brushProperty name="width" value="0.4" units="cm"/>
      <inkml:brushProperty name="height" value="0.8" units="cm"/>
      <inkml:brushProperty name="color" value="#FFFC00"/>
      <inkml:brushProperty name="tip" value="rectangle"/>
      <inkml:brushProperty name="rasterOp" value="maskPen"/>
      <inkml:brushProperty name="ignorePressure" value="1"/>
    </inkml:brush>
  </inkml:definitions>
  <inkml:trace contextRef="#ctx0" brushRef="#br0">1 0,'4445'0,"-4391"0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2:53:59.812"/>
    </inkml:context>
    <inkml:brush xml:id="br0">
      <inkml:brushProperty name="width" value="0.4" units="cm"/>
      <inkml:brushProperty name="height" value="0.8" units="cm"/>
      <inkml:brushProperty name="color" value="#00FDFF"/>
      <inkml:brushProperty name="tip" value="rectangle"/>
      <inkml:brushProperty name="rasterOp" value="maskPen"/>
      <inkml:brushProperty name="ignorePressure" value="1"/>
    </inkml:brush>
  </inkml:definitions>
  <inkml:trace contextRef="#ctx0" brushRef="#br0">0 0,'19044'0,"-19035"0</inkml:trace>
</inkml:ink>
</file>

<file path=word/ink/ink1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2T00:04:42.511"/>
    </inkml:context>
    <inkml:brush xml:id="br0">
      <inkml:brushProperty name="width" value="0.4" units="cm"/>
      <inkml:brushProperty name="height" value="0.8" units="cm"/>
      <inkml:brushProperty name="color" value="#FFFC00"/>
      <inkml:brushProperty name="tip" value="rectangle"/>
      <inkml:brushProperty name="rasterOp" value="maskPen"/>
      <inkml:brushProperty name="ignorePressure" value="1"/>
    </inkml:brush>
  </inkml:definitions>
  <inkml:trace contextRef="#ctx0" brushRef="#br0">1 1,'17591'0,"-16071"0,-1505 0</inkml:trace>
</inkml:ink>
</file>

<file path=word/ink/ink1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2T00:04:37.109"/>
    </inkml:context>
    <inkml:brush xml:id="br0">
      <inkml:brushProperty name="width" value="0.4" units="cm"/>
      <inkml:brushProperty name="height" value="0.8" units="cm"/>
      <inkml:brushProperty name="color" value="#FFFC00"/>
      <inkml:brushProperty name="tip" value="rectangle"/>
      <inkml:brushProperty name="rasterOp" value="maskPen"/>
      <inkml:brushProperty name="ignorePressure" value="1"/>
    </inkml:brush>
  </inkml:definitions>
  <inkml:trace contextRef="#ctx0" brushRef="#br0">1 1,'0'0</inkml:trace>
</inkml:ink>
</file>

<file path=word/ink/ink1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2T00:04:09.213"/>
    </inkml:context>
    <inkml:brush xml:id="br0">
      <inkml:brushProperty name="width" value="0.4" units="cm"/>
      <inkml:brushProperty name="height" value="0.8" units="cm"/>
      <inkml:brushProperty name="color" value="#FFFC00"/>
      <inkml:brushProperty name="tip" value="rectangle"/>
      <inkml:brushProperty name="rasterOp" value="maskPen"/>
      <inkml:brushProperty name="ignorePressure" value="1"/>
    </inkml:brush>
  </inkml:definitions>
  <inkml:trace contextRef="#ctx0" brushRef="#br0">0 1,'19152'0,"-19131"0</inkml:trace>
</inkml:ink>
</file>

<file path=word/ink/ink1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2T00:03:55.597"/>
    </inkml:context>
    <inkml:brush xml:id="br0">
      <inkml:brushProperty name="width" value="0.4" units="cm"/>
      <inkml:brushProperty name="height" value="0.8" units="cm"/>
      <inkml:brushProperty name="color" value="#FFFC00"/>
      <inkml:brushProperty name="tip" value="rectangle"/>
      <inkml:brushProperty name="rasterOp" value="maskPen"/>
      <inkml:brushProperty name="ignorePressure" value="1"/>
    </inkml:brush>
  </inkml:definitions>
  <inkml:trace contextRef="#ctx0" brushRef="#br0">0 1,'10533'0,"-5037"0,-2439 0,-3021 0</inkml:trace>
</inkml:ink>
</file>

<file path=word/ink/ink1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2T00:03:31.927"/>
    </inkml:context>
    <inkml:brush xml:id="br0">
      <inkml:brushProperty name="width" value="0.4" units="cm"/>
      <inkml:brushProperty name="height" value="0.8" units="cm"/>
      <inkml:brushProperty name="color" value="#FFFC00"/>
      <inkml:brushProperty name="tip" value="rectangle"/>
      <inkml:brushProperty name="rasterOp" value="maskPen"/>
      <inkml:brushProperty name="ignorePressure" value="1"/>
    </inkml:brush>
  </inkml:definitions>
  <inkml:trace contextRef="#ctx0" brushRef="#br0">1 1,'13795'0,"-8441"0,-5330 0</inkml:trace>
</inkml:ink>
</file>

<file path=word/ink/ink1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2T00:03:16.484"/>
    </inkml:context>
    <inkml:brush xml:id="br0">
      <inkml:brushProperty name="width" value="0.4" units="cm"/>
      <inkml:brushProperty name="height" value="0.8" units="cm"/>
      <inkml:brushProperty name="color" value="#FFFC00"/>
      <inkml:brushProperty name="tip" value="rectangle"/>
      <inkml:brushProperty name="rasterOp" value="maskPen"/>
      <inkml:brushProperty name="ignorePressure" value="1"/>
    </inkml:brush>
  </inkml:definitions>
  <inkml:trace contextRef="#ctx0" brushRef="#br0">0 1,'19262'0,"-19269"0</inkml:trace>
</inkml:ink>
</file>

<file path=word/ink/ink1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2T00:03:03.932"/>
    </inkml:context>
    <inkml:brush xml:id="br0">
      <inkml:brushProperty name="width" value="0.4" units="cm"/>
      <inkml:brushProperty name="height" value="0.8" units="cm"/>
      <inkml:brushProperty name="color" value="#FFFC00"/>
      <inkml:brushProperty name="tip" value="rectangle"/>
      <inkml:brushProperty name="rasterOp" value="maskPen"/>
      <inkml:brushProperty name="ignorePressure" value="1"/>
    </inkml:brush>
  </inkml:definitions>
  <inkml:trace contextRef="#ctx0" brushRef="#br0">1 1,'19116'0,"-19097"0</inkml:trace>
</inkml:ink>
</file>

<file path=word/ink/ink1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4-27T01:16:27.341"/>
    </inkml:context>
    <inkml:brush xml:id="br0">
      <inkml:brushProperty name="width" value="0.5" units="cm"/>
      <inkml:brushProperty name="height" value="1" units="cm"/>
      <inkml:brushProperty name="color" value="#663300"/>
      <inkml:brushProperty name="tip" value="rectangle"/>
      <inkml:brushProperty name="rasterOp" value="maskPen"/>
      <inkml:brushProperty name="ignorePressure" value="1"/>
    </inkml:brush>
  </inkml:definitions>
  <inkml:trace contextRef="#ctx0" brushRef="#br0">0 0</inkml:trace>
</inkml:ink>
</file>

<file path=word/ink/ink1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3:59:13.162"/>
    </inkml:context>
    <inkml:brush xml:id="br0">
      <inkml:brushProperty name="width" value="0.4" units="cm"/>
      <inkml:brushProperty name="height" value="0.8" units="cm"/>
      <inkml:brushProperty name="color" value="#FFFC00"/>
      <inkml:brushProperty name="tip" value="rectangle"/>
      <inkml:brushProperty name="rasterOp" value="maskPen"/>
      <inkml:brushProperty name="ignorePressure" value="1"/>
    </inkml:brush>
  </inkml:definitions>
  <inkml:trace contextRef="#ctx0" brushRef="#br0">0 0,'19283'0,"-19446"0,139 0</inkml:trace>
</inkml:ink>
</file>

<file path=word/ink/ink1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2T00:13:06.694"/>
    </inkml:context>
    <inkml:brush xml:id="br0">
      <inkml:brushProperty name="width" value="0.4" units="cm"/>
      <inkml:brushProperty name="height" value="0.8" units="cm"/>
      <inkml:brushProperty name="color" value="#FF2500"/>
      <inkml:brushProperty name="tip" value="rectangle"/>
      <inkml:brushProperty name="rasterOp" value="maskPen"/>
      <inkml:brushProperty name="ignorePressure" value="1"/>
    </inkml:brush>
  </inkml:definitions>
  <inkml:trace contextRef="#ctx0" brushRef="#br0">1 1,'7927'0,"3288"0,-11221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3:03:41.157"/>
    </inkml:context>
    <inkml:brush xml:id="br0">
      <inkml:brushProperty name="width" value="0.4" units="cm"/>
      <inkml:brushProperty name="height" value="0.8" units="cm"/>
      <inkml:brushProperty name="color" value="#00FDFF"/>
      <inkml:brushProperty name="tip" value="rectangle"/>
      <inkml:brushProperty name="rasterOp" value="maskPen"/>
      <inkml:brushProperty name="ignorePressure" value="1"/>
    </inkml:brush>
  </inkml:definitions>
  <inkml:trace contextRef="#ctx0" brushRef="#br0">0 1,'0'12915,"0"-12895</inkml:trace>
</inkml:ink>
</file>

<file path=word/ink/ink1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2T00:12:40.890"/>
    </inkml:context>
    <inkml:brush xml:id="br0">
      <inkml:brushProperty name="width" value="0.4" units="cm"/>
      <inkml:brushProperty name="height" value="0.8" units="cm"/>
      <inkml:brushProperty name="color" value="#FF2500"/>
      <inkml:brushProperty name="tip" value="rectangle"/>
      <inkml:brushProperty name="rasterOp" value="maskPen"/>
      <inkml:brushProperty name="ignorePressure" value="1"/>
    </inkml:brush>
  </inkml:definitions>
  <inkml:trace contextRef="#ctx0" brushRef="#br0">1 1,'19134'0,"-19125"0</inkml:trace>
</inkml:ink>
</file>

<file path=word/ink/ink1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2T00:10:44.903"/>
    </inkml:context>
    <inkml:brush xml:id="br0">
      <inkml:brushProperty name="width" value="0.4" units="cm"/>
      <inkml:brushProperty name="height" value="0.8" units="cm"/>
      <inkml:brushProperty name="color" value="#FF2500"/>
      <inkml:brushProperty name="tip" value="rectangle"/>
      <inkml:brushProperty name="rasterOp" value="maskPen"/>
      <inkml:brushProperty name="ignorePressure" value="1"/>
    </inkml:brush>
  </inkml:definitions>
  <inkml:trace contextRef="#ctx0" brushRef="#br0">1 0,'19139'0,"-19112"0</inkml:trace>
</inkml:ink>
</file>

<file path=word/ink/ink1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2T00:15:24.045"/>
    </inkml:context>
    <inkml:brush xml:id="br0">
      <inkml:brushProperty name="width" value="0.4" units="cm"/>
      <inkml:brushProperty name="height" value="0.8" units="cm"/>
      <inkml:brushProperty name="color" value="#FF2500"/>
      <inkml:brushProperty name="tip" value="rectangle"/>
      <inkml:brushProperty name="rasterOp" value="maskPen"/>
      <inkml:brushProperty name="ignorePressure" value="1"/>
    </inkml:brush>
  </inkml:definitions>
  <inkml:trace contextRef="#ctx0" brushRef="#br0">1 0,'15675'0,"-12187"0,-3468 0</inkml:trace>
</inkml:ink>
</file>

<file path=word/ink/ink1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2T00:15:09.371"/>
    </inkml:context>
    <inkml:brush xml:id="br0">
      <inkml:brushProperty name="width" value="0.4" units="cm"/>
      <inkml:brushProperty name="height" value="0.8" units="cm"/>
      <inkml:brushProperty name="color" value="#FF2500"/>
      <inkml:brushProperty name="tip" value="rectangle"/>
      <inkml:brushProperty name="rasterOp" value="maskPen"/>
      <inkml:brushProperty name="ignorePressure" value="1"/>
    </inkml:brush>
  </inkml:definitions>
  <inkml:trace contextRef="#ctx0" brushRef="#br0">1 1,'12248'0,"-5348"0,-6921 0,-1 0</inkml:trace>
</inkml:ink>
</file>

<file path=word/ink/ink1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2T00:14:48.948"/>
    </inkml:context>
    <inkml:brush xml:id="br0">
      <inkml:brushProperty name="width" value="0.4" units="cm"/>
      <inkml:brushProperty name="height" value="0.8" units="cm"/>
      <inkml:brushProperty name="color" value="#FF2500"/>
      <inkml:brushProperty name="tip" value="rectangle"/>
      <inkml:brushProperty name="rasterOp" value="maskPen"/>
      <inkml:brushProperty name="ignorePressure" value="1"/>
    </inkml:brush>
  </inkml:definitions>
  <inkml:trace contextRef="#ctx0" brushRef="#br0">1 1,'7746'0,"-4580"0,5059 0,-13511 0,5202 0</inkml:trace>
</inkml:ink>
</file>

<file path=word/ink/ink1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2T00:14:17.398"/>
    </inkml:context>
    <inkml:brush xml:id="br0">
      <inkml:brushProperty name="width" value="0.4" units="cm"/>
      <inkml:brushProperty name="height" value="0.8" units="cm"/>
      <inkml:brushProperty name="color" value="#FF2500"/>
      <inkml:brushProperty name="tip" value="rectangle"/>
      <inkml:brushProperty name="rasterOp" value="maskPen"/>
      <inkml:brushProperty name="ignorePressure" value="1"/>
    </inkml:brush>
  </inkml:definitions>
  <inkml:trace contextRef="#ctx0" brushRef="#br0">1 0,'19132'0,"-19114"0</inkml:trace>
</inkml:ink>
</file>

<file path=word/ink/ink1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2T00:13:31.260"/>
    </inkml:context>
    <inkml:brush xml:id="br0">
      <inkml:brushProperty name="width" value="0.4" units="cm"/>
      <inkml:brushProperty name="height" value="0.8" units="cm"/>
      <inkml:brushProperty name="color" value="#FF2500"/>
      <inkml:brushProperty name="tip" value="rectangle"/>
      <inkml:brushProperty name="rasterOp" value="maskPen"/>
      <inkml:brushProperty name="ignorePressure" value="1"/>
    </inkml:brush>
  </inkml:definitions>
  <inkml:trace contextRef="#ctx0" brushRef="#br0">1 1,'16331'0,"-13496"0,-2823 0</inkml:trace>
</inkml:ink>
</file>

<file path=word/ink/ink1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2T00:15:50.912"/>
    </inkml:context>
    <inkml:brush xml:id="br0">
      <inkml:brushProperty name="width" value="0.4" units="cm"/>
      <inkml:brushProperty name="height" value="0.8" units="cm"/>
      <inkml:brushProperty name="color" value="#FF2500"/>
      <inkml:brushProperty name="tip" value="rectangle"/>
      <inkml:brushProperty name="rasterOp" value="maskPen"/>
      <inkml:brushProperty name="ignorePressure" value="1"/>
    </inkml:brush>
  </inkml:definitions>
  <inkml:trace contextRef="#ctx0" brushRef="#br0">0 1,'15777'0,"-12377"0,-3377 0</inkml:trace>
</inkml:ink>
</file>

<file path=word/ink/ink1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2T00:17:37.806"/>
    </inkml:context>
    <inkml:brush xml:id="br0">
      <inkml:brushProperty name="width" value="0.4" units="cm"/>
      <inkml:brushProperty name="height" value="0.8" units="cm"/>
      <inkml:brushProperty name="color" value="#00F900"/>
      <inkml:brushProperty name="tip" value="rectangle"/>
      <inkml:brushProperty name="rasterOp" value="maskPen"/>
      <inkml:brushProperty name="ignorePressure" value="1"/>
    </inkml:brush>
  </inkml:definitions>
  <inkml:trace contextRef="#ctx0" brushRef="#br0">1 0,'19173'0,"-19154"0</inkml:trace>
</inkml:ink>
</file>

<file path=word/ink/ink1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2T00:21:48.491"/>
    </inkml:context>
    <inkml:brush xml:id="br0">
      <inkml:brushProperty name="width" value="0.4" units="cm"/>
      <inkml:brushProperty name="height" value="0.8" units="cm"/>
      <inkml:brushProperty name="color" value="#00F900"/>
      <inkml:brushProperty name="tip" value="rectangle"/>
      <inkml:brushProperty name="rasterOp" value="maskPen"/>
      <inkml:brushProperty name="ignorePressure" value="1"/>
    </inkml:brush>
  </inkml:definitions>
  <inkml:trace contextRef="#ctx0" brushRef="#br0">1 0,'13542'0,"-7925"0,-5595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2:56:30.803"/>
    </inkml:context>
    <inkml:brush xml:id="br0">
      <inkml:brushProperty name="width" value="0.4" units="cm"/>
      <inkml:brushProperty name="height" value="0.8" units="cm"/>
      <inkml:brushProperty name="color" value="#00FDFF"/>
      <inkml:brushProperty name="tip" value="rectangle"/>
      <inkml:brushProperty name="rasterOp" value="maskPen"/>
      <inkml:brushProperty name="ignorePressure" value="1"/>
    </inkml:brush>
  </inkml:definitions>
  <inkml:trace contextRef="#ctx0" brushRef="#br0">1 0,'19075'0,"-19062"0</inkml:trace>
</inkml:ink>
</file>

<file path=word/ink/ink1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2T00:21:36.842"/>
    </inkml:context>
    <inkml:brush xml:id="br0">
      <inkml:brushProperty name="width" value="0.4" units="cm"/>
      <inkml:brushProperty name="height" value="0.8" units="cm"/>
      <inkml:brushProperty name="color" value="#00F900"/>
      <inkml:brushProperty name="tip" value="rectangle"/>
      <inkml:brushProperty name="rasterOp" value="maskPen"/>
      <inkml:brushProperty name="ignorePressure" value="1"/>
    </inkml:brush>
  </inkml:definitions>
  <inkml:trace contextRef="#ctx0" brushRef="#br0">1 0,'19172'0,"-19173"0</inkml:trace>
</inkml:ink>
</file>

<file path=word/ink/ink1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2T00:23:40.657"/>
    </inkml:context>
    <inkml:brush xml:id="br0">
      <inkml:brushProperty name="width" value="0.4" units="cm"/>
      <inkml:brushProperty name="height" value="0.8" units="cm"/>
      <inkml:brushProperty name="color" value="#00F900"/>
      <inkml:brushProperty name="tip" value="rectangle"/>
      <inkml:brushProperty name="rasterOp" value="maskPen"/>
      <inkml:brushProperty name="ignorePressure" value="1"/>
    </inkml:brush>
  </inkml:definitions>
  <inkml:trace contextRef="#ctx0" brushRef="#br0">1 0,'19169'0,"-19191"0</inkml:trace>
</inkml:ink>
</file>

<file path=word/ink/ink1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2T00:23:22.848"/>
    </inkml:context>
    <inkml:brush xml:id="br0">
      <inkml:brushProperty name="width" value="0.4" units="cm"/>
      <inkml:brushProperty name="height" value="0.8" units="cm"/>
      <inkml:brushProperty name="color" value="#00F900"/>
      <inkml:brushProperty name="tip" value="rectangle"/>
      <inkml:brushProperty name="rasterOp" value="maskPen"/>
      <inkml:brushProperty name="ignorePressure" value="1"/>
    </inkml:brush>
  </inkml:definitions>
  <inkml:trace contextRef="#ctx0" brushRef="#br0">1 1,'19255'0,"-19265"0,-6 0</inkml:trace>
</inkml:ink>
</file>

<file path=word/ink/ink1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2T00:23:13.984"/>
    </inkml:context>
    <inkml:brush xml:id="br0">
      <inkml:brushProperty name="width" value="0.4" units="cm"/>
      <inkml:brushProperty name="height" value="0.8" units="cm"/>
      <inkml:brushProperty name="color" value="#00F900"/>
      <inkml:brushProperty name="tip" value="rectangle"/>
      <inkml:brushProperty name="rasterOp" value="maskPen"/>
      <inkml:brushProperty name="ignorePressure" value="1"/>
    </inkml:brush>
  </inkml:definitions>
  <inkml:trace contextRef="#ctx0" brushRef="#br0">1 0,'19202'0,"-19212"0</inkml:trace>
</inkml:ink>
</file>

<file path=word/ink/ink1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2T00:23:00.275"/>
    </inkml:context>
    <inkml:brush xml:id="br0">
      <inkml:brushProperty name="width" value="0.4" units="cm"/>
      <inkml:brushProperty name="height" value="0.8" units="cm"/>
      <inkml:brushProperty name="color" value="#00F900"/>
      <inkml:brushProperty name="tip" value="rectangle"/>
      <inkml:brushProperty name="rasterOp" value="maskPen"/>
      <inkml:brushProperty name="ignorePressure" value="1"/>
    </inkml:brush>
  </inkml:definitions>
  <inkml:trace contextRef="#ctx0" brushRef="#br0">1 0,'14300'0,"-9426"0,-4854 0</inkml:trace>
</inkml:ink>
</file>

<file path=word/ink/ink1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2T00:22:29.350"/>
    </inkml:context>
    <inkml:brush xml:id="br0">
      <inkml:brushProperty name="width" value="0.4" units="cm"/>
      <inkml:brushProperty name="height" value="0.8" units="cm"/>
      <inkml:brushProperty name="color" value="#00F900"/>
      <inkml:brushProperty name="tip" value="rectangle"/>
      <inkml:brushProperty name="rasterOp" value="maskPen"/>
      <inkml:brushProperty name="ignorePressure" value="1"/>
    </inkml:brush>
  </inkml:definitions>
  <inkml:trace contextRef="#ctx0" brushRef="#br0">1 1,'14729'0,"-10310"0,-4397 0</inkml:trace>
</inkml:ink>
</file>

<file path=word/ink/ink1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2T00:22:11.685"/>
    </inkml:context>
    <inkml:brush xml:id="br0">
      <inkml:brushProperty name="width" value="0.4" units="cm"/>
      <inkml:brushProperty name="height" value="0.8" units="cm"/>
      <inkml:brushProperty name="color" value="#00F900"/>
      <inkml:brushProperty name="tip" value="rectangle"/>
      <inkml:brushProperty name="rasterOp" value="maskPen"/>
      <inkml:brushProperty name="ignorePressure" value="1"/>
    </inkml:brush>
  </inkml:definitions>
  <inkml:trace contextRef="#ctx0" brushRef="#br0">1 1,'19257'0,"-19529"0,235 0</inkml:trace>
</inkml:ink>
</file>

<file path=word/ink/ink1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2T00:25:25.113"/>
    </inkml:context>
    <inkml:brush xml:id="br0">
      <inkml:brushProperty name="width" value="0.4" units="cm"/>
      <inkml:brushProperty name="height" value="0.8" units="cm"/>
      <inkml:brushProperty name="color" value="#00F900"/>
      <inkml:brushProperty name="tip" value="rectangle"/>
      <inkml:brushProperty name="rasterOp" value="maskPen"/>
      <inkml:brushProperty name="ignorePressure" value="1"/>
    </inkml:brush>
  </inkml:definitions>
  <inkml:trace contextRef="#ctx0" brushRef="#br0">1 1,'19180'0,"-19167"0</inkml:trace>
</inkml:ink>
</file>

<file path=word/ink/ink1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2T00:24:38.987"/>
    </inkml:context>
    <inkml:brush xml:id="br0">
      <inkml:brushProperty name="width" value="0.4" units="cm"/>
      <inkml:brushProperty name="height" value="0.8" units="cm"/>
      <inkml:brushProperty name="color" value="#00F900"/>
      <inkml:brushProperty name="tip" value="rectangle"/>
      <inkml:brushProperty name="rasterOp" value="maskPen"/>
      <inkml:brushProperty name="ignorePressure" value="1"/>
    </inkml:brush>
  </inkml:definitions>
  <inkml:trace contextRef="#ctx0" brushRef="#br0">1 1,'13286'0,"-7412"0,-5862 0</inkml:trace>
</inkml:ink>
</file>

<file path=word/ink/ink1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2T00:24:24.210"/>
    </inkml:context>
    <inkml:brush xml:id="br0">
      <inkml:brushProperty name="width" value="0.4" units="cm"/>
      <inkml:brushProperty name="height" value="0.8" units="cm"/>
      <inkml:brushProperty name="color" value="#00F900"/>
      <inkml:brushProperty name="tip" value="rectangle"/>
      <inkml:brushProperty name="rasterOp" value="maskPen"/>
      <inkml:brushProperty name="ignorePressure" value="1"/>
    </inkml:brush>
  </inkml:definitions>
  <inkml:trace contextRef="#ctx0" brushRef="#br0">1 1,'19178'0,"-19198"0,-2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2:56:13.888"/>
    </inkml:context>
    <inkml:brush xml:id="br0">
      <inkml:brushProperty name="width" value="0.4" units="cm"/>
      <inkml:brushProperty name="height" value="0.8" units="cm"/>
      <inkml:brushProperty name="color" value="#00FDFF"/>
      <inkml:brushProperty name="tip" value="rectangle"/>
      <inkml:brushProperty name="rasterOp" value="maskPen"/>
      <inkml:brushProperty name="ignorePressure" value="1"/>
    </inkml:brush>
  </inkml:definitions>
  <inkml:trace contextRef="#ctx0" brushRef="#br0">1 0,'8362'0,"2348"0,-10699 0</inkml:trace>
</inkml:ink>
</file>

<file path=word/ink/ink1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2T00:26:14.703"/>
    </inkml:context>
    <inkml:brush xml:id="br0">
      <inkml:brushProperty name="width" value="0.4" units="cm"/>
      <inkml:brushProperty name="height" value="0.8" units="cm"/>
      <inkml:brushProperty name="color" value="#00F900"/>
      <inkml:brushProperty name="tip" value="rectangle"/>
      <inkml:brushProperty name="rasterOp" value="maskPen"/>
      <inkml:brushProperty name="ignorePressure" value="1"/>
    </inkml:brush>
  </inkml:definitions>
  <inkml:trace contextRef="#ctx0" brushRef="#br0">1 1,'11965'0,"-4775"0,-7206 0,-5 0</inkml:trace>
</inkml:ink>
</file>

<file path=word/ink/ink1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2T00:25:44.891"/>
    </inkml:context>
    <inkml:brush xml:id="br0">
      <inkml:brushProperty name="width" value="0.4" units="cm"/>
      <inkml:brushProperty name="height" value="0.8" units="cm"/>
      <inkml:brushProperty name="color" value="#00F900"/>
      <inkml:brushProperty name="tip" value="rectangle"/>
      <inkml:brushProperty name="rasterOp" value="maskPen"/>
      <inkml:brushProperty name="ignorePressure" value="1"/>
    </inkml:brush>
  </inkml:definitions>
  <inkml:trace contextRef="#ctx0" brushRef="#br0">1 1,'16309'0,"-13378"0,-3221 0,266 0</inkml:trace>
</inkml:ink>
</file>

<file path=word/ink/ink1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2T00:27:04.409"/>
    </inkml:context>
    <inkml:brush xml:id="br0">
      <inkml:brushProperty name="width" value="0.4" units="cm"/>
      <inkml:brushProperty name="height" value="0.8" units="cm"/>
      <inkml:brushProperty name="color" value="#00F900"/>
      <inkml:brushProperty name="tip" value="rectangle"/>
      <inkml:brushProperty name="rasterOp" value="maskPen"/>
      <inkml:brushProperty name="ignorePressure" value="1"/>
    </inkml:brush>
  </inkml:definitions>
  <inkml:trace contextRef="#ctx0" brushRef="#br0">1 1,'19150'0,"-19136"0</inkml:trace>
</inkml:ink>
</file>

<file path=word/ink/ink1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2T00:26:45.673"/>
    </inkml:context>
    <inkml:brush xml:id="br0">
      <inkml:brushProperty name="width" value="0.4" units="cm"/>
      <inkml:brushProperty name="height" value="0.8" units="cm"/>
      <inkml:brushProperty name="color" value="#00F900"/>
      <inkml:brushProperty name="tip" value="rectangle"/>
      <inkml:brushProperty name="rasterOp" value="maskPen"/>
      <inkml:brushProperty name="ignorePressure" value="1"/>
    </inkml:brush>
  </inkml:definitions>
  <inkml:trace contextRef="#ctx0" brushRef="#br0">1 1,'14839'0,"-10505"0,-4334 0</inkml:trace>
</inkml:ink>
</file>

<file path=word/ink/ink1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2T00:26:31.071"/>
    </inkml:context>
    <inkml:brush xml:id="br0">
      <inkml:brushProperty name="width" value="0.4" units="cm"/>
      <inkml:brushProperty name="height" value="0.8" units="cm"/>
      <inkml:brushProperty name="color" value="#00F900"/>
      <inkml:brushProperty name="tip" value="rectangle"/>
      <inkml:brushProperty name="rasterOp" value="maskPen"/>
      <inkml:brushProperty name="ignorePressure" value="1"/>
    </inkml:brush>
  </inkml:definitions>
  <inkml:trace contextRef="#ctx0" brushRef="#br0">1 0,'14547'0,"-9961"0,-4576 0</inkml:trace>
</inkml:ink>
</file>

<file path=word/ink/ink1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2T00:27:32.659"/>
    </inkml:context>
    <inkml:brush xml:id="br0">
      <inkml:brushProperty name="width" value="0.4" units="cm"/>
      <inkml:brushProperty name="height" value="0.8" units="cm"/>
      <inkml:brushProperty name="color" value="#00F900"/>
      <inkml:brushProperty name="tip" value="rectangle"/>
      <inkml:brushProperty name="rasterOp" value="maskPen"/>
      <inkml:brushProperty name="ignorePressure" value="1"/>
    </inkml:brush>
  </inkml:definitions>
  <inkml:trace contextRef="#ctx0" brushRef="#br0">1 1,'12391'0,"-5636"0,-6729 0</inkml:trace>
</inkml:ink>
</file>

<file path=word/ink/ink1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2T00:27:21.911"/>
    </inkml:context>
    <inkml:brush xml:id="br0">
      <inkml:brushProperty name="width" value="0.4" units="cm"/>
      <inkml:brushProperty name="height" value="0.8" units="cm"/>
      <inkml:brushProperty name="color" value="#00F900"/>
      <inkml:brushProperty name="tip" value="rectangle"/>
      <inkml:brushProperty name="rasterOp" value="maskPen"/>
      <inkml:brushProperty name="ignorePressure" value="1"/>
    </inkml:brush>
  </inkml:definitions>
  <inkml:trace contextRef="#ctx0" brushRef="#br0">1 1,'11915'0,"-4673"0,-7221 0</inkml:trace>
</inkml:ink>
</file>

<file path=word/ink/ink1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2T00:30:33.419"/>
    </inkml:context>
    <inkml:brush xml:id="br0">
      <inkml:brushProperty name="width" value="0.4" units="cm"/>
      <inkml:brushProperty name="height" value="0.8" units="cm"/>
      <inkml:brushProperty name="color" value="#00F900"/>
      <inkml:brushProperty name="tip" value="rectangle"/>
      <inkml:brushProperty name="rasterOp" value="maskPen"/>
      <inkml:brushProperty name="ignorePressure" value="1"/>
    </inkml:brush>
  </inkml:definitions>
  <inkml:trace contextRef="#ctx0" brushRef="#br0">1 1</inkml:trace>
</inkml:ink>
</file>

<file path=word/ink/ink1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2T00:29:37.111"/>
    </inkml:context>
    <inkml:brush xml:id="br0">
      <inkml:brushProperty name="width" value="0.4" units="cm"/>
      <inkml:brushProperty name="height" value="0.8" units="cm"/>
      <inkml:brushProperty name="color" value="#00F900"/>
      <inkml:brushProperty name="tip" value="rectangle"/>
      <inkml:brushProperty name="rasterOp" value="maskPen"/>
      <inkml:brushProperty name="ignorePressure" value="1"/>
    </inkml:brush>
  </inkml:definitions>
  <inkml:trace contextRef="#ctx0" brushRef="#br0">1 1,'19140'0,"-19123"0</inkml:trace>
</inkml:ink>
</file>

<file path=word/ink/ink1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2T00:29:23.242"/>
    </inkml:context>
    <inkml:brush xml:id="br0">
      <inkml:brushProperty name="width" value="0.4" units="cm"/>
      <inkml:brushProperty name="height" value="0.8" units="cm"/>
      <inkml:brushProperty name="color" value="#00F900"/>
      <inkml:brushProperty name="tip" value="rectangle"/>
      <inkml:brushProperty name="rasterOp" value="maskPen"/>
      <inkml:brushProperty name="ignorePressure" value="1"/>
    </inkml:brush>
  </inkml:definitions>
  <inkml:trace contextRef="#ctx0" brushRef="#br0">1 1,'18436'0,"-17698"0,-721 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2:55:49.406"/>
    </inkml:context>
    <inkml:brush xml:id="br0">
      <inkml:brushProperty name="width" value="0.4" units="cm"/>
      <inkml:brushProperty name="height" value="0.8" units="cm"/>
      <inkml:brushProperty name="color" value="#00FDFF"/>
      <inkml:brushProperty name="tip" value="rectangle"/>
      <inkml:brushProperty name="rasterOp" value="maskPen"/>
      <inkml:brushProperty name="ignorePressure" value="1"/>
    </inkml:brush>
  </inkml:definitions>
  <inkml:trace contextRef="#ctx0" brushRef="#br0">0 0,'19008'0,"-18992"0</inkml:trace>
</inkml:ink>
</file>

<file path=word/ink/ink1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2T00:28:47.521"/>
    </inkml:context>
    <inkml:brush xml:id="br0">
      <inkml:brushProperty name="width" value="0.4" units="cm"/>
      <inkml:brushProperty name="height" value="0.8" units="cm"/>
      <inkml:brushProperty name="color" value="#00F900"/>
      <inkml:brushProperty name="tip" value="rectangle"/>
      <inkml:brushProperty name="rasterOp" value="maskPen"/>
      <inkml:brushProperty name="ignorePressure" value="1"/>
    </inkml:brush>
  </inkml:definitions>
  <inkml:trace contextRef="#ctx0" brushRef="#br0">1 1,'11806'0,"-4429"0,-7380 0</inkml:trace>
</inkml:ink>
</file>

<file path=word/ink/ink1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2T00:28:34.020"/>
    </inkml:context>
    <inkml:brush xml:id="br0">
      <inkml:brushProperty name="width" value="0.4" units="cm"/>
      <inkml:brushProperty name="height" value="0.8" units="cm"/>
      <inkml:brushProperty name="color" value="#00F900"/>
      <inkml:brushProperty name="tip" value="rectangle"/>
      <inkml:brushProperty name="rasterOp" value="maskPen"/>
      <inkml:brushProperty name="ignorePressure" value="1"/>
    </inkml:brush>
  </inkml:definitions>
  <inkml:trace contextRef="#ctx0" brushRef="#br0">1 1,'120'0,"11730"0,-4656 0,-7172 0</inkml:trace>
</inkml:ink>
</file>

<file path=word/ink/ink1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2T00:27:59.381"/>
    </inkml:context>
    <inkml:brush xml:id="br0">
      <inkml:brushProperty name="width" value="0.4" units="cm"/>
      <inkml:brushProperty name="height" value="0.8" units="cm"/>
      <inkml:brushProperty name="color" value="#00F900"/>
      <inkml:brushProperty name="tip" value="rectangle"/>
      <inkml:brushProperty name="rasterOp" value="maskPen"/>
      <inkml:brushProperty name="ignorePressure" value="1"/>
    </inkml:brush>
  </inkml:definitions>
  <inkml:trace contextRef="#ctx0" brushRef="#br0">1 0,'12684'0,"-6203"0,-6464 0</inkml:trace>
</inkml:ink>
</file>

<file path=word/ink/ink1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2T00:30:29.845"/>
    </inkml:context>
    <inkml:brush xml:id="br0">
      <inkml:brushProperty name="width" value="0.4" units="cm"/>
      <inkml:brushProperty name="height" value="0.8" units="cm"/>
      <inkml:brushProperty name="color" value="#00F900"/>
      <inkml:brushProperty name="tip" value="rectangle"/>
      <inkml:brushProperty name="rasterOp" value="maskPen"/>
      <inkml:brushProperty name="ignorePressure" value="1"/>
    </inkml:brush>
  </inkml:definitions>
  <inkml:trace contextRef="#ctx0" brushRef="#br0">0 0,'15075'0,"-10963"0,-4099 0</inkml:trace>
</inkml:ink>
</file>

<file path=word/ink/ink1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2T00:30:06.577"/>
    </inkml:context>
    <inkml:brush xml:id="br0">
      <inkml:brushProperty name="width" value="0.4" units="cm"/>
      <inkml:brushProperty name="height" value="0.8" units="cm"/>
      <inkml:brushProperty name="color" value="#00F900"/>
      <inkml:brushProperty name="tip" value="rectangle"/>
      <inkml:brushProperty name="rasterOp" value="maskPen"/>
      <inkml:brushProperty name="ignorePressure" value="1"/>
    </inkml:brush>
  </inkml:definitions>
  <inkml:trace contextRef="#ctx0" brushRef="#br0">1 0,'18890'0,"-18570"0,-318 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2:55:27.334"/>
    </inkml:context>
    <inkml:brush xml:id="br0">
      <inkml:brushProperty name="width" value="0.4" units="cm"/>
      <inkml:brushProperty name="height" value="0.8" units="cm"/>
      <inkml:brushProperty name="color" value="#00FDFF"/>
      <inkml:brushProperty name="tip" value="rectangle"/>
      <inkml:brushProperty name="rasterOp" value="maskPen"/>
      <inkml:brushProperty name="ignorePressure" value="1"/>
    </inkml:brush>
  </inkml:definitions>
  <inkml:trace contextRef="#ctx0" brushRef="#br0">0 0,'19035'0,"-19023"0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2:55:08.362"/>
    </inkml:context>
    <inkml:brush xml:id="br0">
      <inkml:brushProperty name="width" value="0.4" units="cm"/>
      <inkml:brushProperty name="height" value="0.8" units="cm"/>
      <inkml:brushProperty name="color" value="#00FDFF"/>
      <inkml:brushProperty name="tip" value="rectangle"/>
      <inkml:brushProperty name="rasterOp" value="maskPen"/>
      <inkml:brushProperty name="ignorePressure" value="1"/>
    </inkml:brush>
  </inkml:definitions>
  <inkml:trace contextRef="#ctx0" brushRef="#br0">0 0,'19039'0,"-19024"0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2:54:38.191"/>
    </inkml:context>
    <inkml:brush xml:id="br0">
      <inkml:brushProperty name="width" value="0.4" units="cm"/>
      <inkml:brushProperty name="height" value="0.8" units="cm"/>
      <inkml:brushProperty name="color" value="#00FDFF"/>
      <inkml:brushProperty name="tip" value="rectangle"/>
      <inkml:brushProperty name="rasterOp" value="maskPen"/>
      <inkml:brushProperty name="ignorePressure" value="1"/>
    </inkml:brush>
  </inkml:definitions>
  <inkml:trace contextRef="#ctx0" brushRef="#br0">1 0,'19091'0,"-19087"0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2:48:31.827"/>
    </inkml:context>
    <inkml:brush xml:id="br0">
      <inkml:brushProperty name="width" value="0.4" units="cm"/>
      <inkml:brushProperty name="height" value="0.8" units="cm"/>
      <inkml:brushProperty name="color" value="#D9AEFF"/>
      <inkml:brushProperty name="tip" value="rectangle"/>
      <inkml:brushProperty name="rasterOp" value="maskPen"/>
      <inkml:brushProperty name="ignorePressure" value="1"/>
    </inkml:brush>
  </inkml:definitions>
  <inkml:trace contextRef="#ctx0" brushRef="#br0">1 0,'0'2336,"0"-2313</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2:59:06.386"/>
    </inkml:context>
    <inkml:brush xml:id="br0">
      <inkml:brushProperty name="width" value="0.4" units="cm"/>
      <inkml:brushProperty name="height" value="0.8" units="cm"/>
      <inkml:brushProperty name="color" value="#00FDFF"/>
      <inkml:brushProperty name="tip" value="rectangle"/>
      <inkml:brushProperty name="rasterOp" value="maskPen"/>
      <inkml:brushProperty name="ignorePressure" value="1"/>
    </inkml:brush>
  </inkml:definitions>
  <inkml:trace contextRef="#ctx0" brushRef="#br0">0 0,'12627'0,"-6232"0,-6379 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2:58:50.867"/>
    </inkml:context>
    <inkml:brush xml:id="br0">
      <inkml:brushProperty name="width" value="0.4" units="cm"/>
      <inkml:brushProperty name="height" value="0.8" units="cm"/>
      <inkml:brushProperty name="color" value="#00FDFF"/>
      <inkml:brushProperty name="tip" value="rectangle"/>
      <inkml:brushProperty name="rasterOp" value="maskPen"/>
      <inkml:brushProperty name="ignorePressure" value="1"/>
    </inkml:brush>
  </inkml:definitions>
  <inkml:trace contextRef="#ctx0" brushRef="#br0">0 0,'19053'0,"-19035"0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2:57:49.370"/>
    </inkml:context>
    <inkml:brush xml:id="br0">
      <inkml:brushProperty name="width" value="0.4" units="cm"/>
      <inkml:brushProperty name="height" value="0.8" units="cm"/>
      <inkml:brushProperty name="color" value="#00FDFF"/>
      <inkml:brushProperty name="tip" value="rectangle"/>
      <inkml:brushProperty name="rasterOp" value="maskPen"/>
      <inkml:brushProperty name="ignorePressure" value="1"/>
    </inkml:brush>
  </inkml:definitions>
  <inkml:trace contextRef="#ctx0" brushRef="#br0">0 1,'19066'0,"-19093"0,-2 0</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2:57:21.556"/>
    </inkml:context>
    <inkml:brush xml:id="br0">
      <inkml:brushProperty name="width" value="0.4" units="cm"/>
      <inkml:brushProperty name="height" value="0.8" units="cm"/>
      <inkml:brushProperty name="color" value="#00FDFF"/>
      <inkml:brushProperty name="tip" value="rectangle"/>
      <inkml:brushProperty name="rasterOp" value="maskPen"/>
      <inkml:brushProperty name="ignorePressure" value="1"/>
    </inkml:brush>
  </inkml:definitions>
  <inkml:trace contextRef="#ctx0" brushRef="#br0">1 0,'19078'0,"-19068"0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2:56:44.653"/>
    </inkml:context>
    <inkml:brush xml:id="br0">
      <inkml:brushProperty name="width" value="0.4" units="cm"/>
      <inkml:brushProperty name="height" value="0.8" units="cm"/>
      <inkml:brushProperty name="color" value="#00FDFF"/>
      <inkml:brushProperty name="tip" value="rectangle"/>
      <inkml:brushProperty name="rasterOp" value="maskPen"/>
      <inkml:brushProperty name="ignorePressure" value="1"/>
    </inkml:brush>
  </inkml:definitions>
  <inkml:trace contextRef="#ctx0" brushRef="#br0">0 0,'19051'0,"-19043"0</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2:59:47.116"/>
    </inkml:context>
    <inkml:brush xml:id="br0">
      <inkml:brushProperty name="width" value="0.4" units="cm"/>
      <inkml:brushProperty name="height" value="0.8" units="cm"/>
      <inkml:brushProperty name="color" value="#00FDFF"/>
      <inkml:brushProperty name="tip" value="rectangle"/>
      <inkml:brushProperty name="rasterOp" value="maskPen"/>
      <inkml:brushProperty name="ignorePressure" value="1"/>
    </inkml:brush>
  </inkml:definitions>
  <inkml:trace contextRef="#ctx0" brushRef="#br0">0 0,'19061'0,"-19054"0</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2:59:23.207"/>
    </inkml:context>
    <inkml:brush xml:id="br0">
      <inkml:brushProperty name="width" value="0.4" units="cm"/>
      <inkml:brushProperty name="height" value="0.8" units="cm"/>
      <inkml:brushProperty name="color" value="#00FDFF"/>
      <inkml:brushProperty name="tip" value="rectangle"/>
      <inkml:brushProperty name="rasterOp" value="maskPen"/>
      <inkml:brushProperty name="ignorePressure" value="1"/>
    </inkml:brush>
  </inkml:definitions>
  <inkml:trace contextRef="#ctx0" brushRef="#br0">1 1,'19080'0,"-19071"0</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3:00:53.396"/>
    </inkml:context>
    <inkml:brush xml:id="br0">
      <inkml:brushProperty name="width" value="0.4" units="cm"/>
      <inkml:brushProperty name="height" value="0.8" units="cm"/>
      <inkml:brushProperty name="color" value="#00FDFF"/>
      <inkml:brushProperty name="tip" value="rectangle"/>
      <inkml:brushProperty name="rasterOp" value="maskPen"/>
      <inkml:brushProperty name="ignorePressure" value="1"/>
    </inkml:brush>
  </inkml:definitions>
  <inkml:trace contextRef="#ctx0" brushRef="#br0">0 0,'13697'0,"-8295"0,-5406 0</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3:00:28.977"/>
    </inkml:context>
    <inkml:brush xml:id="br0">
      <inkml:brushProperty name="width" value="0.4" units="cm"/>
      <inkml:brushProperty name="height" value="0.8" units="cm"/>
      <inkml:brushProperty name="color" value="#00FDFF"/>
      <inkml:brushProperty name="tip" value="rectangle"/>
      <inkml:brushProperty name="rasterOp" value="maskPen"/>
      <inkml:brushProperty name="ignorePressure" value="1"/>
    </inkml:brush>
  </inkml:definitions>
  <inkml:trace contextRef="#ctx0" brushRef="#br0">0 1,'19055'0,"-19048"0</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3:00:06.534"/>
    </inkml:context>
    <inkml:brush xml:id="br0">
      <inkml:brushProperty name="width" value="0.4" units="cm"/>
      <inkml:brushProperty name="height" value="0.8" units="cm"/>
      <inkml:brushProperty name="color" value="#00FDFF"/>
      <inkml:brushProperty name="tip" value="rectangle"/>
      <inkml:brushProperty name="rasterOp" value="maskPen"/>
      <inkml:brushProperty name="ignorePressure" value="1"/>
    </inkml:brush>
  </inkml:definitions>
  <inkml:trace contextRef="#ctx0" brushRef="#br0">0 1,'19083'0,"-19077"0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2:28:11.774"/>
    </inkml:context>
    <inkml:brush xml:id="br0">
      <inkml:brushProperty name="width" value="0.4" units="cm"/>
      <inkml:brushProperty name="height" value="0.8" units="cm"/>
      <inkml:brushProperty name="color" value="#D9AEFF"/>
      <inkml:brushProperty name="tip" value="rectangle"/>
      <inkml:brushProperty name="rasterOp" value="maskPen"/>
      <inkml:brushProperty name="ignorePressure" value="1"/>
    </inkml:brush>
  </inkml:definitions>
  <inkml:trace contextRef="#ctx0" brushRef="#br0">0 0,'18943'0,"-18924"0</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3:08:42.235"/>
    </inkml:context>
    <inkml:brush xml:id="br0">
      <inkml:brushProperty name="width" value="0.4" units="cm"/>
      <inkml:brushProperty name="height" value="0.8" units="cm"/>
      <inkml:brushProperty name="color" value="#FFFC00"/>
      <inkml:brushProperty name="tip" value="rectangle"/>
      <inkml:brushProperty name="rasterOp" value="maskPen"/>
      <inkml:brushProperty name="ignorePressure" value="1"/>
    </inkml:brush>
  </inkml:definitions>
  <inkml:trace contextRef="#ctx0" brushRef="#br0">1 0,'19055'0,"-19051"0</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3:07:59.983"/>
    </inkml:context>
    <inkml:brush xml:id="br0">
      <inkml:brushProperty name="width" value="0.4" units="cm"/>
      <inkml:brushProperty name="height" value="0.8" units="cm"/>
      <inkml:brushProperty name="color" value="#FFFC00"/>
      <inkml:brushProperty name="tip" value="rectangle"/>
      <inkml:brushProperty name="rasterOp" value="maskPen"/>
      <inkml:brushProperty name="ignorePressure" value="1"/>
    </inkml:brush>
  </inkml:definitions>
  <inkml:trace contextRef="#ctx0" brushRef="#br0">0 1,'19076'0,"-19052"0</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3:08:59.418"/>
    </inkml:context>
    <inkml:brush xml:id="br0">
      <inkml:brushProperty name="width" value="0.4" units="cm"/>
      <inkml:brushProperty name="height" value="0.8" units="cm"/>
      <inkml:brushProperty name="color" value="#FFFC00"/>
      <inkml:brushProperty name="tip" value="rectangle"/>
      <inkml:brushProperty name="rasterOp" value="maskPen"/>
      <inkml:brushProperty name="ignorePressure" value="1"/>
    </inkml:brush>
  </inkml:definitions>
  <inkml:trace contextRef="#ctx0" brushRef="#br0">0 0,'16483'0,"-13895"0,-2564 0</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3:17:43.421"/>
    </inkml:context>
    <inkml:brush xml:id="br0">
      <inkml:brushProperty name="width" value="0.4" units="cm"/>
      <inkml:brushProperty name="height" value="0.8" units="cm"/>
      <inkml:brushProperty name="color" value="#FFACD5"/>
      <inkml:brushProperty name="tip" value="rectangle"/>
      <inkml:brushProperty name="rasterOp" value="maskPen"/>
      <inkml:brushProperty name="ignorePressure" value="1"/>
    </inkml:brush>
  </inkml:definitions>
  <inkml:trace contextRef="#ctx0" brushRef="#br0">0 1,'19104'0,"-19087"0</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3:17:13.435"/>
    </inkml:context>
    <inkml:brush xml:id="br0">
      <inkml:brushProperty name="width" value="0.4" units="cm"/>
      <inkml:brushProperty name="height" value="0.8" units="cm"/>
      <inkml:brushProperty name="color" value="#FFACD5"/>
      <inkml:brushProperty name="tip" value="rectangle"/>
      <inkml:brushProperty name="rasterOp" value="maskPen"/>
      <inkml:brushProperty name="ignorePressure" value="1"/>
    </inkml:brush>
  </inkml:definitions>
  <inkml:trace contextRef="#ctx0" brushRef="#br0">0 0,'19093'0,"-19072"0</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3:21:49.551"/>
    </inkml:context>
    <inkml:brush xml:id="br0">
      <inkml:brushProperty name="width" value="0.4" units="cm"/>
      <inkml:brushProperty name="height" value="0.8" units="cm"/>
      <inkml:brushProperty name="color" value="#FFACD5"/>
      <inkml:brushProperty name="tip" value="rectangle"/>
      <inkml:brushProperty name="rasterOp" value="maskPen"/>
      <inkml:brushProperty name="ignorePressure" value="1"/>
    </inkml:brush>
  </inkml:definitions>
  <inkml:trace contextRef="#ctx0" brushRef="#br0">1 1,'19084'0,"-19075"0</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3:21:13.385"/>
    </inkml:context>
    <inkml:brush xml:id="br0">
      <inkml:brushProperty name="width" value="0.4" units="cm"/>
      <inkml:brushProperty name="height" value="0.8" units="cm"/>
      <inkml:brushProperty name="color" value="#FFACD5"/>
      <inkml:brushProperty name="tip" value="rectangle"/>
      <inkml:brushProperty name="rasterOp" value="maskPen"/>
      <inkml:brushProperty name="ignorePressure" value="1"/>
    </inkml:brush>
  </inkml:definitions>
  <inkml:trace contextRef="#ctx0" brushRef="#br0">0 0,'19105'0,"-19085"0</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3:20:50.828"/>
    </inkml:context>
    <inkml:brush xml:id="br0">
      <inkml:brushProperty name="width" value="0.4" units="cm"/>
      <inkml:brushProperty name="height" value="0.8" units="cm"/>
      <inkml:brushProperty name="color" value="#FFACD5"/>
      <inkml:brushProperty name="tip" value="rectangle"/>
      <inkml:brushProperty name="rasterOp" value="maskPen"/>
      <inkml:brushProperty name="ignorePressure" value="1"/>
    </inkml:brush>
  </inkml:definitions>
  <inkml:trace contextRef="#ctx0" brushRef="#br0">0 1,'8931'0,"1235"0,-10146 0</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3:20:30.098"/>
    </inkml:context>
    <inkml:brush xml:id="br0">
      <inkml:brushProperty name="width" value="0.4" units="cm"/>
      <inkml:brushProperty name="height" value="0.8" units="cm"/>
      <inkml:brushProperty name="color" value="#FFACD5"/>
      <inkml:brushProperty name="tip" value="rectangle"/>
      <inkml:brushProperty name="rasterOp" value="maskPen"/>
      <inkml:brushProperty name="ignorePressure" value="1"/>
    </inkml:brush>
  </inkml:definitions>
  <inkml:trace contextRef="#ctx0" brushRef="#br0">0 1,'19173'-1,"-26086"1,6882 0</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3:20:11.171"/>
    </inkml:context>
    <inkml:brush xml:id="br0">
      <inkml:brushProperty name="width" value="0.4" units="cm"/>
      <inkml:brushProperty name="height" value="0.8" units="cm"/>
      <inkml:brushProperty name="color" value="#FFACD5"/>
      <inkml:brushProperty name="tip" value="rectangle"/>
      <inkml:brushProperty name="rasterOp" value="maskPen"/>
      <inkml:brushProperty name="ignorePressure" value="1"/>
    </inkml:brush>
  </inkml:definitions>
  <inkml:trace contextRef="#ctx0" brushRef="#br0">1 0,'19101'0,"-19418"0,292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2:27:39.606"/>
    </inkml:context>
    <inkml:brush xml:id="br0">
      <inkml:brushProperty name="width" value="0.2" units="cm"/>
      <inkml:brushProperty name="height" value="0.4" units="cm"/>
      <inkml:brushProperty name="color" value="#D9AEFF"/>
      <inkml:brushProperty name="tip" value="rectangle"/>
      <inkml:brushProperty name="rasterOp" value="maskPen"/>
      <inkml:brushProperty name="ignorePressure" value="1"/>
    </inkml:brush>
  </inkml:definitions>
  <inkml:trace contextRef="#ctx0" brushRef="#br0">0 1,'16123'0,"-13097"0,-3004 0</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3:19:52.808"/>
    </inkml:context>
    <inkml:brush xml:id="br0">
      <inkml:brushProperty name="width" value="0.4" units="cm"/>
      <inkml:brushProperty name="height" value="0.8" units="cm"/>
      <inkml:brushProperty name="color" value="#FFACD5"/>
      <inkml:brushProperty name="tip" value="rectangle"/>
      <inkml:brushProperty name="rasterOp" value="maskPen"/>
      <inkml:brushProperty name="ignorePressure" value="1"/>
    </inkml:brush>
  </inkml:definitions>
  <inkml:trace contextRef="#ctx0" brushRef="#br0">1 0,'19093'0,"-19078"0</inkml:trace>
</inkml:ink>
</file>

<file path=word/ink/ink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3:19:29.593"/>
    </inkml:context>
    <inkml:brush xml:id="br0">
      <inkml:brushProperty name="width" value="0.4" units="cm"/>
      <inkml:brushProperty name="height" value="0.8" units="cm"/>
      <inkml:brushProperty name="color" value="#FFACD5"/>
      <inkml:brushProperty name="tip" value="rectangle"/>
      <inkml:brushProperty name="rasterOp" value="maskPen"/>
      <inkml:brushProperty name="ignorePressure" value="1"/>
    </inkml:brush>
  </inkml:definitions>
  <inkml:trace contextRef="#ctx0" brushRef="#br0">1 0,'19068'0,"-19038"0</inkml:trace>
</inkml:ink>
</file>

<file path=word/ink/ink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3:19:13.162"/>
    </inkml:context>
    <inkml:brush xml:id="br0">
      <inkml:brushProperty name="width" value="0.4" units="cm"/>
      <inkml:brushProperty name="height" value="0.8" units="cm"/>
      <inkml:brushProperty name="color" value="#FFACD5"/>
      <inkml:brushProperty name="tip" value="rectangle"/>
      <inkml:brushProperty name="rasterOp" value="maskPen"/>
      <inkml:brushProperty name="ignorePressure" value="1"/>
    </inkml:brush>
  </inkml:definitions>
  <inkml:trace contextRef="#ctx0" brushRef="#br0">1 0,'19109'0,"-19099"0</inkml:trace>
</inkml:ink>
</file>

<file path=word/ink/ink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3:19:03.314"/>
    </inkml:context>
    <inkml:brush xml:id="br0">
      <inkml:brushProperty name="width" value="0.4" units="cm"/>
      <inkml:brushProperty name="height" value="0.8" units="cm"/>
      <inkml:brushProperty name="color" value="#FFACD5"/>
      <inkml:brushProperty name="tip" value="rectangle"/>
      <inkml:brushProperty name="rasterOp" value="maskPen"/>
      <inkml:brushProperty name="ignorePressure" value="1"/>
    </inkml:brush>
  </inkml:definitions>
  <inkml:trace contextRef="#ctx0" brushRef="#br0">0 0,'0'0</inkml:trace>
</inkml:ink>
</file>

<file path=word/ink/ink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3:18:18.782"/>
    </inkml:context>
    <inkml:brush xml:id="br0">
      <inkml:brushProperty name="width" value="0.4" units="cm"/>
      <inkml:brushProperty name="height" value="0.8" units="cm"/>
      <inkml:brushProperty name="color" value="#FFACD5"/>
      <inkml:brushProperty name="tip" value="rectangle"/>
      <inkml:brushProperty name="rasterOp" value="maskPen"/>
      <inkml:brushProperty name="ignorePressure" value="1"/>
    </inkml:brush>
  </inkml:definitions>
  <inkml:trace contextRef="#ctx0" brushRef="#br0">1 0,'19089'0,"-19074"0</inkml:trace>
</inkml:ink>
</file>

<file path=word/ink/ink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3:22:05.619"/>
    </inkml:context>
    <inkml:brush xml:id="br0">
      <inkml:brushProperty name="width" value="0.4" units="cm"/>
      <inkml:brushProperty name="height" value="0.8" units="cm"/>
      <inkml:brushProperty name="color" value="#FFACD5"/>
      <inkml:brushProperty name="tip" value="rectangle"/>
      <inkml:brushProperty name="rasterOp" value="maskPen"/>
      <inkml:brushProperty name="ignorePressure" value="1"/>
    </inkml:brush>
  </inkml:definitions>
  <inkml:trace contextRef="#ctx0" brushRef="#br0">1 1,'19084'0,"-19069"0</inkml:trace>
</inkml:ink>
</file>

<file path=word/ink/ink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3:22:29.687"/>
    </inkml:context>
    <inkml:brush xml:id="br0">
      <inkml:brushProperty name="width" value="0.4" units="cm"/>
      <inkml:brushProperty name="height" value="0.8" units="cm"/>
      <inkml:brushProperty name="color" value="#FFACD5"/>
      <inkml:brushProperty name="tip" value="rectangle"/>
      <inkml:brushProperty name="rasterOp" value="maskPen"/>
      <inkml:brushProperty name="ignorePressure" value="1"/>
    </inkml:brush>
  </inkml:definitions>
  <inkml:trace contextRef="#ctx0" brushRef="#br0">0 1,'19092'0,"-19087"0</inkml:trace>
</inkml:ink>
</file>

<file path=word/ink/ink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3:22:44.921"/>
    </inkml:context>
    <inkml:brush xml:id="br0">
      <inkml:brushProperty name="width" value="0.4" units="cm"/>
      <inkml:brushProperty name="height" value="0.8" units="cm"/>
      <inkml:brushProperty name="color" value="#FFACD5"/>
      <inkml:brushProperty name="tip" value="rectangle"/>
      <inkml:brushProperty name="rasterOp" value="maskPen"/>
      <inkml:brushProperty name="ignorePressure" value="1"/>
    </inkml:brush>
  </inkml:definitions>
  <inkml:trace contextRef="#ctx0" brushRef="#br0">1 1,'11038'0,"-2955"0,-8064 0</inkml:trace>
</inkml:ink>
</file>

<file path=word/ink/ink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3:23:30.688"/>
    </inkml:context>
    <inkml:brush xml:id="br0">
      <inkml:brushProperty name="width" value="0.4" units="cm"/>
      <inkml:brushProperty name="height" value="0.8" units="cm"/>
      <inkml:brushProperty name="color" value="#FFACD5"/>
      <inkml:brushProperty name="tip" value="rectangle"/>
      <inkml:brushProperty name="rasterOp" value="maskPen"/>
      <inkml:brushProperty name="ignorePressure" value="1"/>
    </inkml:brush>
  </inkml:definitions>
  <inkml:trace contextRef="#ctx0" brushRef="#br0">1 0,'19131'0,"-19103"0</inkml:trace>
</inkml:ink>
</file>

<file path=word/ink/ink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3:23:11.621"/>
    </inkml:context>
    <inkml:brush xml:id="br0">
      <inkml:brushProperty name="width" value="0.4" units="cm"/>
      <inkml:brushProperty name="height" value="0.8" units="cm"/>
      <inkml:brushProperty name="color" value="#FFACD5"/>
      <inkml:brushProperty name="tip" value="rectangle"/>
      <inkml:brushProperty name="rasterOp" value="maskPen"/>
      <inkml:brushProperty name="ignorePressure" value="1"/>
    </inkml:brush>
  </inkml:definitions>
  <inkml:trace contextRef="#ctx0" brushRef="#br0">1 1,'14453'0,"-9766"0,-4680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2:49:56.262"/>
    </inkml:context>
    <inkml:brush xml:id="br0">
      <inkml:brushProperty name="width" value="0.4" units="cm"/>
      <inkml:brushProperty name="height" value="0.8" units="cm"/>
      <inkml:brushProperty name="color" value="#D9AEFF"/>
      <inkml:brushProperty name="tip" value="rectangle"/>
      <inkml:brushProperty name="rasterOp" value="maskPen"/>
      <inkml:brushProperty name="ignorePressure" value="1"/>
    </inkml:brush>
  </inkml:definitions>
  <inkml:trace contextRef="#ctx0" brushRef="#br0">0 1,'19034'0,"-19017"0</inkml:trace>
</inkml:ink>
</file>

<file path=word/ink/ink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3:24:44.595"/>
    </inkml:context>
    <inkml:brush xml:id="br0">
      <inkml:brushProperty name="width" value="0.4" units="cm"/>
      <inkml:brushProperty name="height" value="0.8" units="cm"/>
      <inkml:brushProperty name="color" value="#FFACD5"/>
      <inkml:brushProperty name="tip" value="rectangle"/>
      <inkml:brushProperty name="rasterOp" value="maskPen"/>
      <inkml:brushProperty name="ignorePressure" value="1"/>
    </inkml:brush>
  </inkml:definitions>
  <inkml:trace contextRef="#ctx0" brushRef="#br0">1 0,'13256'0,"-7375"0,-5862 0</inkml:trace>
</inkml:ink>
</file>

<file path=word/ink/ink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3:24:31.199"/>
    </inkml:context>
    <inkml:brush xml:id="br0">
      <inkml:brushProperty name="width" value="0.4" units="cm"/>
      <inkml:brushProperty name="height" value="0.8" units="cm"/>
      <inkml:brushProperty name="color" value="#FFACD5"/>
      <inkml:brushProperty name="tip" value="rectangle"/>
      <inkml:brushProperty name="rasterOp" value="maskPen"/>
      <inkml:brushProperty name="ignorePressure" value="1"/>
    </inkml:brush>
  </inkml:definitions>
  <inkml:trace contextRef="#ctx0" brushRef="#br0">0 1,'9597'0,"-2681"0,-4309 0,-2589 0</inkml:trace>
</inkml:ink>
</file>

<file path=word/ink/ink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3:23:58.261"/>
    </inkml:context>
    <inkml:brush xml:id="br0">
      <inkml:brushProperty name="width" value="0.4" units="cm"/>
      <inkml:brushProperty name="height" value="0.8" units="cm"/>
      <inkml:brushProperty name="color" value="#FFACD5"/>
      <inkml:brushProperty name="tip" value="rectangle"/>
      <inkml:brushProperty name="rasterOp" value="maskPen"/>
      <inkml:brushProperty name="ignorePressure" value="1"/>
    </inkml:brush>
  </inkml:definitions>
  <inkml:trace contextRef="#ctx0" brushRef="#br0">1 1,'19130'0,"-19101"0</inkml:trace>
</inkml:ink>
</file>

<file path=word/ink/ink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3:47:33.941"/>
    </inkml:context>
    <inkml:brush xml:id="br0">
      <inkml:brushProperty name="width" value="0.4" units="cm"/>
      <inkml:brushProperty name="height" value="0.8" units="cm"/>
      <inkml:brushProperty name="color" value="#E6E6E6"/>
      <inkml:brushProperty name="tip" value="rectangle"/>
      <inkml:brushProperty name="rasterOp" value="maskPen"/>
      <inkml:brushProperty name="ignorePressure" value="1"/>
    </inkml:brush>
  </inkml:definitions>
  <inkml:trace contextRef="#ctx0" brushRef="#br0">0 1,'19072'0,"-19058"0</inkml:trace>
</inkml:ink>
</file>

<file path=word/ink/ink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3:47:06.091"/>
    </inkml:context>
    <inkml:brush xml:id="br0">
      <inkml:brushProperty name="width" value="0.4" units="cm"/>
      <inkml:brushProperty name="height" value="0.8" units="cm"/>
      <inkml:brushProperty name="color" value="#E6E6E6"/>
      <inkml:brushProperty name="tip" value="rectangle"/>
      <inkml:brushProperty name="rasterOp" value="maskPen"/>
      <inkml:brushProperty name="ignorePressure" value="1"/>
    </inkml:brush>
  </inkml:definitions>
  <inkml:trace contextRef="#ctx0" brushRef="#br0">1 0,'19160'0,"-19130"0</inkml:trace>
</inkml:ink>
</file>

<file path=word/ink/ink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3:49:59.961"/>
    </inkml:context>
    <inkml:brush xml:id="br0">
      <inkml:brushProperty name="width" value="0.4" units="cm"/>
      <inkml:brushProperty name="height" value="0.8" units="cm"/>
      <inkml:brushProperty name="color" value="#E6E6E6"/>
      <inkml:brushProperty name="tip" value="rectangle"/>
      <inkml:brushProperty name="rasterOp" value="maskPen"/>
      <inkml:brushProperty name="ignorePressure" value="1"/>
    </inkml:brush>
  </inkml:definitions>
  <inkml:trace contextRef="#ctx0" brushRef="#br0">0 0,'19108'0,"-19098"0</inkml:trace>
</inkml:ink>
</file>

<file path=word/ink/ink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3:49:44.358"/>
    </inkml:context>
    <inkml:brush xml:id="br0">
      <inkml:brushProperty name="width" value="0.4" units="cm"/>
      <inkml:brushProperty name="height" value="0.8" units="cm"/>
      <inkml:brushProperty name="color" value="#E6E6E6"/>
      <inkml:brushProperty name="tip" value="rectangle"/>
      <inkml:brushProperty name="rasterOp" value="maskPen"/>
      <inkml:brushProperty name="ignorePressure" value="1"/>
    </inkml:brush>
  </inkml:definitions>
  <inkml:trace contextRef="#ctx0" brushRef="#br0">1 0,'19138'0,"-19121"0</inkml:trace>
</inkml:ink>
</file>

<file path=word/ink/ink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3:49:29.494"/>
    </inkml:context>
    <inkml:brush xml:id="br0">
      <inkml:brushProperty name="width" value="0.4" units="cm"/>
      <inkml:brushProperty name="height" value="0.8" units="cm"/>
      <inkml:brushProperty name="color" value="#E6E6E6"/>
      <inkml:brushProperty name="tip" value="rectangle"/>
      <inkml:brushProperty name="rasterOp" value="maskPen"/>
      <inkml:brushProperty name="ignorePressure" value="1"/>
    </inkml:brush>
  </inkml:definitions>
  <inkml:trace contextRef="#ctx0" brushRef="#br0">0 0,'19097'0,"-19073"0</inkml:trace>
</inkml:ink>
</file>

<file path=word/ink/ink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3:49:14.195"/>
    </inkml:context>
    <inkml:brush xml:id="br0">
      <inkml:brushProperty name="width" value="0.4" units="cm"/>
      <inkml:brushProperty name="height" value="0.8" units="cm"/>
      <inkml:brushProperty name="color" value="#E6E6E6"/>
      <inkml:brushProperty name="tip" value="rectangle"/>
      <inkml:brushProperty name="rasterOp" value="maskPen"/>
      <inkml:brushProperty name="ignorePressure" value="1"/>
    </inkml:brush>
  </inkml:definitions>
  <inkml:trace contextRef="#ctx0" brushRef="#br0">1 0,'19153'0,"-19147"0</inkml:trace>
</inkml:ink>
</file>

<file path=word/ink/ink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3:48:56.797"/>
    </inkml:context>
    <inkml:brush xml:id="br0">
      <inkml:brushProperty name="width" value="0.4" units="cm"/>
      <inkml:brushProperty name="height" value="0.8" units="cm"/>
      <inkml:brushProperty name="color" value="#E6E6E6"/>
      <inkml:brushProperty name="tip" value="rectangle"/>
      <inkml:brushProperty name="rasterOp" value="maskPen"/>
      <inkml:brushProperty name="ignorePressure" value="1"/>
    </inkml:brush>
  </inkml:definitions>
  <inkml:trace contextRef="#ctx0" brushRef="#br0">0 1,'19096'0,"-19081"0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2:35:14.485"/>
    </inkml:context>
    <inkml:brush xml:id="br0">
      <inkml:brushProperty name="width" value="0.4" units="cm"/>
      <inkml:brushProperty name="height" value="0.8" units="cm"/>
      <inkml:brushProperty name="color" value="#D9AEFF"/>
      <inkml:brushProperty name="tip" value="rectangle"/>
      <inkml:brushProperty name="rasterOp" value="maskPen"/>
      <inkml:brushProperty name="ignorePressure" value="1"/>
    </inkml:brush>
  </inkml:definitions>
  <inkml:trace contextRef="#ctx0" brushRef="#br0">0 0,'18950'0,"-18925"0</inkml:trace>
</inkml:ink>
</file>

<file path=word/ink/ink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3:48:43.431"/>
    </inkml:context>
    <inkml:brush xml:id="br0">
      <inkml:brushProperty name="width" value="0.4" units="cm"/>
      <inkml:brushProperty name="height" value="0.8" units="cm"/>
      <inkml:brushProperty name="color" value="#E6E6E6"/>
      <inkml:brushProperty name="tip" value="rectangle"/>
      <inkml:brushProperty name="rasterOp" value="maskPen"/>
      <inkml:brushProperty name="ignorePressure" value="1"/>
    </inkml:brush>
  </inkml:definitions>
  <inkml:trace contextRef="#ctx0" brushRef="#br0">0 1,'19128'0,"-19110"0</inkml:trace>
</inkml:ink>
</file>

<file path=word/ink/ink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3:48:26.946"/>
    </inkml:context>
    <inkml:brush xml:id="br0">
      <inkml:brushProperty name="width" value="0.4" units="cm"/>
      <inkml:brushProperty name="height" value="0.8" units="cm"/>
      <inkml:brushProperty name="color" value="#E6E6E6"/>
      <inkml:brushProperty name="tip" value="rectangle"/>
      <inkml:brushProperty name="rasterOp" value="maskPen"/>
      <inkml:brushProperty name="ignorePressure" value="1"/>
    </inkml:brush>
  </inkml:definitions>
  <inkml:trace contextRef="#ctx0" brushRef="#br0">0 1,'19071'0,"-19050"0</inkml:trace>
</inkml:ink>
</file>

<file path=word/ink/ink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3:50:20.361"/>
    </inkml:context>
    <inkml:brush xml:id="br0">
      <inkml:brushProperty name="width" value="0.4" units="cm"/>
      <inkml:brushProperty name="height" value="0.8" units="cm"/>
      <inkml:brushProperty name="color" value="#E6E6E6"/>
      <inkml:brushProperty name="tip" value="rectangle"/>
      <inkml:brushProperty name="rasterOp" value="maskPen"/>
      <inkml:brushProperty name="ignorePressure" value="1"/>
    </inkml:brush>
  </inkml:definitions>
  <inkml:trace contextRef="#ctx0" brushRef="#br0">1 1,'19131'0,"-19100"0</inkml:trace>
</inkml:ink>
</file>

<file path=word/ink/ink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3:51:14.381"/>
    </inkml:context>
    <inkml:brush xml:id="br0">
      <inkml:brushProperty name="width" value="0.4" units="cm"/>
      <inkml:brushProperty name="height" value="0.8" units="cm"/>
      <inkml:brushProperty name="color" value="#A2D762"/>
      <inkml:brushProperty name="tip" value="rectangle"/>
      <inkml:brushProperty name="rasterOp" value="maskPen"/>
      <inkml:brushProperty name="ignorePressure" value="1"/>
    </inkml:brush>
  </inkml:definitions>
  <inkml:trace contextRef="#ctx0" brushRef="#br0">0 0,'14639'0,"-10171"0,-12121 0,7553 0</inkml:trace>
</inkml:ink>
</file>

<file path=word/ink/ink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3:50:57.641"/>
    </inkml:context>
    <inkml:brush xml:id="br0">
      <inkml:brushProperty name="width" value="0.4" units="cm"/>
      <inkml:brushProperty name="height" value="0.8" units="cm"/>
      <inkml:brushProperty name="color" value="#A2D762"/>
      <inkml:brushProperty name="tip" value="rectangle"/>
      <inkml:brushProperty name="rasterOp" value="maskPen"/>
      <inkml:brushProperty name="ignorePressure" value="1"/>
    </inkml:brush>
  </inkml:definitions>
  <inkml:trace contextRef="#ctx0" brushRef="#br0">0 1,'19137'0,"-19118"0</inkml:trace>
</inkml:ink>
</file>

<file path=word/ink/ink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3:52:45.482"/>
    </inkml:context>
    <inkml:brush xml:id="br0">
      <inkml:brushProperty name="width" value="0.4" units="cm"/>
      <inkml:brushProperty name="height" value="0.8" units="cm"/>
      <inkml:brushProperty name="color" value="#A2D762"/>
      <inkml:brushProperty name="tip" value="rectangle"/>
      <inkml:brushProperty name="rasterOp" value="maskPen"/>
      <inkml:brushProperty name="ignorePressure" value="1"/>
    </inkml:brush>
  </inkml:definitions>
  <inkml:trace contextRef="#ctx0" brushRef="#br0">1 1,'12793'0,"-6439"0,-6329 0</inkml:trace>
</inkml:ink>
</file>

<file path=word/ink/ink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3:52:24.345"/>
    </inkml:context>
    <inkml:brush xml:id="br0">
      <inkml:brushProperty name="width" value="0.4" units="cm"/>
      <inkml:brushProperty name="height" value="0.8" units="cm"/>
      <inkml:brushProperty name="color" value="#A2D762"/>
      <inkml:brushProperty name="tip" value="rectangle"/>
      <inkml:brushProperty name="rasterOp" value="maskPen"/>
      <inkml:brushProperty name="ignorePressure" value="1"/>
    </inkml:brush>
  </inkml:definitions>
  <inkml:trace contextRef="#ctx0" brushRef="#br0">0 1,'19166'0,"-19147"0</inkml:trace>
</inkml:ink>
</file>

<file path=word/ink/ink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3:51:26.992"/>
    </inkml:context>
    <inkml:brush xml:id="br0">
      <inkml:brushProperty name="width" value="0.4" units="cm"/>
      <inkml:brushProperty name="height" value="0.8" units="cm"/>
      <inkml:brushProperty name="color" value="#A2D762"/>
      <inkml:brushProperty name="tip" value="rectangle"/>
      <inkml:brushProperty name="rasterOp" value="maskPen"/>
      <inkml:brushProperty name="ignorePressure" value="1"/>
    </inkml:brush>
  </inkml:definitions>
  <inkml:trace contextRef="#ctx0" brushRef="#br0">1 0,'19149'0,"-19137"0</inkml:trace>
</inkml:ink>
</file>

<file path=word/ink/ink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2T00:16:41.947"/>
    </inkml:context>
    <inkml:brush xml:id="br0">
      <inkml:brushProperty name="width" value="0.4" units="cm"/>
      <inkml:brushProperty name="height" value="0.8" units="cm"/>
      <inkml:brushProperty name="color" value="#00F900"/>
      <inkml:brushProperty name="tip" value="rectangle"/>
      <inkml:brushProperty name="rasterOp" value="maskPen"/>
      <inkml:brushProperty name="ignorePressure" value="1"/>
    </inkml:brush>
  </inkml:definitions>
  <inkml:trace contextRef="#ctx0" brushRef="#br0">0 1</inkml:trace>
</inkml:ink>
</file>

<file path=word/ink/ink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3:33:36.828"/>
    </inkml:context>
    <inkml:brush xml:id="br0">
      <inkml:brushProperty name="width" value="0.4" units="cm"/>
      <inkml:brushProperty name="height" value="0.8" units="cm"/>
      <inkml:brushProperty name="color" value="#FFACD5"/>
      <inkml:brushProperty name="tip" value="rectangle"/>
      <inkml:brushProperty name="rasterOp" value="maskPen"/>
      <inkml:brushProperty name="ignorePressure" value="1"/>
    </inkml:brush>
  </inkml:definitions>
  <inkml:trace contextRef="#ctx0" brushRef="#br0">1 0,'19167'0,"-19151"0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2:34:50.123"/>
    </inkml:context>
    <inkml:brush xml:id="br0">
      <inkml:brushProperty name="width" value="0.4" units="cm"/>
      <inkml:brushProperty name="height" value="0.8" units="cm"/>
      <inkml:brushProperty name="color" value="#D9AEFF"/>
      <inkml:brushProperty name="tip" value="rectangle"/>
      <inkml:brushProperty name="rasterOp" value="maskPen"/>
      <inkml:brushProperty name="ignorePressure" value="1"/>
    </inkml:brush>
  </inkml:definitions>
  <inkml:trace contextRef="#ctx0" brushRef="#br0">1 1,'18939'0,"-18956"0</inkml:trace>
</inkml:ink>
</file>

<file path=word/ink/ink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3:33:25.165"/>
    </inkml:context>
    <inkml:brush xml:id="br0">
      <inkml:brushProperty name="width" value="0.4" units="cm"/>
      <inkml:brushProperty name="height" value="0.8" units="cm"/>
      <inkml:brushProperty name="color" value="#FFACD5"/>
      <inkml:brushProperty name="tip" value="rectangle"/>
      <inkml:brushProperty name="rasterOp" value="maskPen"/>
      <inkml:brushProperty name="ignorePressure" value="1"/>
    </inkml:brush>
  </inkml:definitions>
  <inkml:trace contextRef="#ctx0" brushRef="#br0">1 0,'13678'0,"-8128"0,-5547 0</inkml:trace>
</inkml:ink>
</file>

<file path=word/ink/ink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3:33:15.649"/>
    </inkml:context>
    <inkml:brush xml:id="br0">
      <inkml:brushProperty name="width" value="0.4" units="cm"/>
      <inkml:brushProperty name="height" value="0.8" units="cm"/>
      <inkml:brushProperty name="color" value="#FFACD5"/>
      <inkml:brushProperty name="tip" value="rectangle"/>
      <inkml:brushProperty name="rasterOp" value="maskPen"/>
      <inkml:brushProperty name="ignorePressure" value="1"/>
    </inkml:brush>
  </inkml:definitions>
  <inkml:trace contextRef="#ctx0" brushRef="#br0">0 0,'19199'0,"-19194"0</inkml:trace>
</inkml:ink>
</file>

<file path=word/ink/ink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3:31:02.918"/>
    </inkml:context>
    <inkml:brush xml:id="br0">
      <inkml:brushProperty name="width" value="0.4" units="cm"/>
      <inkml:brushProperty name="height" value="0.8" units="cm"/>
      <inkml:brushProperty name="color" value="#FFACD5"/>
      <inkml:brushProperty name="tip" value="rectangle"/>
      <inkml:brushProperty name="rasterOp" value="maskPen"/>
      <inkml:brushProperty name="ignorePressure" value="1"/>
    </inkml:brush>
  </inkml:definitions>
  <inkml:trace contextRef="#ctx0" brushRef="#br0">0 1,'19209'0,"-19179"0</inkml:trace>
</inkml:ink>
</file>

<file path=word/ink/ink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3:30:20.917"/>
    </inkml:context>
    <inkml:brush xml:id="br0">
      <inkml:brushProperty name="width" value="0.4" units="cm"/>
      <inkml:brushProperty name="height" value="0.8" units="cm"/>
      <inkml:brushProperty name="color" value="#FFACD5"/>
      <inkml:brushProperty name="tip" value="rectangle"/>
      <inkml:brushProperty name="rasterOp" value="maskPen"/>
      <inkml:brushProperty name="ignorePressure" value="1"/>
    </inkml:brush>
  </inkml:definitions>
  <inkml:trace contextRef="#ctx0" brushRef="#br0">1 0,'19159'0,"-19134"0</inkml:trace>
</inkml:ink>
</file>

<file path=word/ink/ink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3:30:08.255"/>
    </inkml:context>
    <inkml:brush xml:id="br0">
      <inkml:brushProperty name="width" value="0.4" units="cm"/>
      <inkml:brushProperty name="height" value="0.8" units="cm"/>
      <inkml:brushProperty name="color" value="#FFACD5"/>
      <inkml:brushProperty name="tip" value="rectangle"/>
      <inkml:brushProperty name="rasterOp" value="maskPen"/>
      <inkml:brushProperty name="ignorePressure" value="1"/>
    </inkml:brush>
  </inkml:definitions>
  <inkml:trace contextRef="#ctx0" brushRef="#br0">1 0,'19131'0,"-19108"0</inkml:trace>
</inkml:ink>
</file>

<file path=word/ink/ink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3:29:57.259"/>
    </inkml:context>
    <inkml:brush xml:id="br0">
      <inkml:brushProperty name="width" value="0.4" units="cm"/>
      <inkml:brushProperty name="height" value="0.8" units="cm"/>
      <inkml:brushProperty name="color" value="#FFACD5"/>
      <inkml:brushProperty name="tip" value="rectangle"/>
      <inkml:brushProperty name="rasterOp" value="maskPen"/>
      <inkml:brushProperty name="ignorePressure" value="1"/>
    </inkml:brush>
  </inkml:definitions>
  <inkml:trace contextRef="#ctx0" brushRef="#br0">1 1,'12626'0,"-6102"0,-6523 0</inkml:trace>
</inkml:ink>
</file>

<file path=word/ink/ink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3:29:24.673"/>
    </inkml:context>
    <inkml:brush xml:id="br0">
      <inkml:brushProperty name="width" value="0.4" units="cm"/>
      <inkml:brushProperty name="height" value="0.8" units="cm"/>
      <inkml:brushProperty name="color" value="#FFACD5"/>
      <inkml:brushProperty name="tip" value="rectangle"/>
      <inkml:brushProperty name="rasterOp" value="maskPen"/>
      <inkml:brushProperty name="ignorePressure" value="1"/>
    </inkml:brush>
  </inkml:definitions>
  <inkml:trace contextRef="#ctx0" brushRef="#br0">1 1,'12256'0,"-5363"0,-6884 0</inkml:trace>
</inkml:ink>
</file>

<file path=word/ink/ink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3:29:06.286"/>
    </inkml:context>
    <inkml:brush xml:id="br0">
      <inkml:brushProperty name="width" value="0.4" units="cm"/>
      <inkml:brushProperty name="height" value="0.8" units="cm"/>
      <inkml:brushProperty name="color" value="#FFACD5"/>
      <inkml:brushProperty name="tip" value="rectangle"/>
      <inkml:brushProperty name="rasterOp" value="maskPen"/>
      <inkml:brushProperty name="ignorePressure" value="1"/>
    </inkml:brush>
  </inkml:definitions>
  <inkml:trace contextRef="#ctx0" brushRef="#br0">0 0,'18862'0,"-18639"0,-3624 0,3261 0</inkml:trace>
</inkml:ink>
</file>

<file path=word/ink/ink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3:28:50.500"/>
    </inkml:context>
    <inkml:brush xml:id="br0">
      <inkml:brushProperty name="width" value="0.4" units="cm"/>
      <inkml:brushProperty name="height" value="0.8" units="cm"/>
      <inkml:brushProperty name="color" value="#FFACD5"/>
      <inkml:brushProperty name="tip" value="rectangle"/>
      <inkml:brushProperty name="rasterOp" value="maskPen"/>
      <inkml:brushProperty name="ignorePressure" value="1"/>
    </inkml:brush>
  </inkml:definitions>
  <inkml:trace contextRef="#ctx0" brushRef="#br0">1 1,'11280'0,"-3401"0,-8684 0,719 0</inkml:trace>
</inkml:ink>
</file>

<file path=word/ink/ink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3:28:36.066"/>
    </inkml:context>
    <inkml:brush xml:id="br0">
      <inkml:brushProperty name="width" value="0.4" units="cm"/>
      <inkml:brushProperty name="height" value="0.8" units="cm"/>
      <inkml:brushProperty name="color" value="#FFACD5"/>
      <inkml:brushProperty name="tip" value="rectangle"/>
      <inkml:brushProperty name="rasterOp" value="maskPen"/>
      <inkml:brushProperty name="ignorePressure" value="1"/>
    </inkml:brush>
  </inkml:definitions>
  <inkml:trace contextRef="#ctx0" brushRef="#br0">1 1,'15014'0,"-10867"0,-4142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2:28:38.642"/>
    </inkml:context>
    <inkml:brush xml:id="br0">
      <inkml:brushProperty name="width" value="0.4" units="cm"/>
      <inkml:brushProperty name="height" value="0.8" units="cm"/>
      <inkml:brushProperty name="color" value="#D9AEFF"/>
      <inkml:brushProperty name="tip" value="rectangle"/>
      <inkml:brushProperty name="rasterOp" value="maskPen"/>
      <inkml:brushProperty name="ignorePressure" value="1"/>
    </inkml:brush>
  </inkml:definitions>
  <inkml:trace contextRef="#ctx0" brushRef="#br0">0 1,'18926'0,"-18915"0</inkml:trace>
</inkml:ink>
</file>

<file path=word/ink/ink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3:28:08.301"/>
    </inkml:context>
    <inkml:brush xml:id="br0">
      <inkml:brushProperty name="width" value="0.4" units="cm"/>
      <inkml:brushProperty name="height" value="0.8" units="cm"/>
      <inkml:brushProperty name="color" value="#FFACD5"/>
      <inkml:brushProperty name="tip" value="rectangle"/>
      <inkml:brushProperty name="rasterOp" value="maskPen"/>
      <inkml:brushProperty name="ignorePressure" value="1"/>
    </inkml:brush>
  </inkml:definitions>
  <inkml:trace contextRef="#ctx0" brushRef="#br0">1 0,'13525'0,"-7919"0,-5575 0</inkml:trace>
</inkml:ink>
</file>

<file path=word/ink/ink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3:27:31.908"/>
    </inkml:context>
    <inkml:brush xml:id="br0">
      <inkml:brushProperty name="width" value="0.4" units="cm"/>
      <inkml:brushProperty name="height" value="0.8" units="cm"/>
      <inkml:brushProperty name="color" value="#FFACD5"/>
      <inkml:brushProperty name="tip" value="rectangle"/>
      <inkml:brushProperty name="rasterOp" value="maskPen"/>
      <inkml:brushProperty name="ignorePressure" value="1"/>
    </inkml:brush>
  </inkml:definitions>
  <inkml:trace contextRef="#ctx0" brushRef="#br0">1 0,'19160'0,"-19153"0</inkml:trace>
</inkml:ink>
</file>

<file path=word/ink/ink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3:26:57.612"/>
    </inkml:context>
    <inkml:brush xml:id="br0">
      <inkml:brushProperty name="width" value="0.4" units="cm"/>
      <inkml:brushProperty name="height" value="0.8" units="cm"/>
      <inkml:brushProperty name="color" value="#FFACD5"/>
      <inkml:brushProperty name="tip" value="rectangle"/>
      <inkml:brushProperty name="rasterOp" value="maskPen"/>
      <inkml:brushProperty name="ignorePressure" value="1"/>
    </inkml:brush>
  </inkml:definitions>
  <inkml:trace contextRef="#ctx0" brushRef="#br0">0 0,'19200'0,"-19196"0</inkml:trace>
</inkml:ink>
</file>

<file path=word/ink/ink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3:26:35.739"/>
    </inkml:context>
    <inkml:brush xml:id="br0">
      <inkml:brushProperty name="width" value="0.4" units="cm"/>
      <inkml:brushProperty name="height" value="0.8" units="cm"/>
      <inkml:brushProperty name="color" value="#FFACD5"/>
      <inkml:brushProperty name="tip" value="rectangle"/>
      <inkml:brushProperty name="rasterOp" value="maskPen"/>
      <inkml:brushProperty name="ignorePressure" value="1"/>
    </inkml:brush>
  </inkml:definitions>
  <inkml:trace contextRef="#ctx0" brushRef="#br0">0 1,'19174'0,"-19161"0</inkml:trace>
</inkml:ink>
</file>

<file path=word/ink/ink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3:26:20.897"/>
    </inkml:context>
    <inkml:brush xml:id="br0">
      <inkml:brushProperty name="width" value="0.4" units="cm"/>
      <inkml:brushProperty name="height" value="0.8" units="cm"/>
      <inkml:brushProperty name="color" value="#FFACD5"/>
      <inkml:brushProperty name="tip" value="rectangle"/>
      <inkml:brushProperty name="rasterOp" value="maskPen"/>
      <inkml:brushProperty name="ignorePressure" value="1"/>
    </inkml:brush>
  </inkml:definitions>
  <inkml:trace contextRef="#ctx0" brushRef="#br0">1 1,'19150'0,"-19143"0</inkml:trace>
</inkml:ink>
</file>

<file path=word/ink/ink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3:33:55.080"/>
    </inkml:context>
    <inkml:brush xml:id="br0">
      <inkml:brushProperty name="width" value="0.4" units="cm"/>
      <inkml:brushProperty name="height" value="0.8" units="cm"/>
      <inkml:brushProperty name="color" value="#FFACD5"/>
      <inkml:brushProperty name="tip" value="rectangle"/>
      <inkml:brushProperty name="rasterOp" value="maskPen"/>
      <inkml:brushProperty name="ignorePressure" value="1"/>
    </inkml:brush>
  </inkml:definitions>
  <inkml:trace contextRef="#ctx0" brushRef="#br0">1 0,'15197'0,"-11276"0,-3888 0</inkml:trace>
</inkml:ink>
</file>

<file path=word/ink/ink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3:40:21.533"/>
    </inkml:context>
    <inkml:brush xml:id="br0">
      <inkml:brushProperty name="width" value="0.4" units="cm"/>
      <inkml:brushProperty name="height" value="0.8" units="cm"/>
      <inkml:brushProperty name="color" value="#FFACD5"/>
      <inkml:brushProperty name="tip" value="rectangle"/>
      <inkml:brushProperty name="rasterOp" value="maskPen"/>
      <inkml:brushProperty name="ignorePressure" value="1"/>
    </inkml:brush>
  </inkml:definitions>
  <inkml:trace contextRef="#ctx0" brushRef="#br0">0 1,'14014'0,"-8835"0,-5162 0</inkml:trace>
</inkml:ink>
</file>

<file path=word/ink/ink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3:40:12.394"/>
    </inkml:context>
    <inkml:brush xml:id="br0">
      <inkml:brushProperty name="width" value="0.4" units="cm"/>
      <inkml:brushProperty name="height" value="0.8" units="cm"/>
      <inkml:brushProperty name="color" value="#FFACD5"/>
      <inkml:brushProperty name="tip" value="rectangle"/>
      <inkml:brushProperty name="rasterOp" value="maskPen"/>
      <inkml:brushProperty name="ignorePressure" value="1"/>
    </inkml:brush>
  </inkml:definitions>
  <inkml:trace contextRef="#ctx0" brushRef="#br0">0 1,'13577'0,"-7954"0,-5606 0</inkml:trace>
</inkml:ink>
</file>

<file path=word/ink/ink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3:39:56.754"/>
    </inkml:context>
    <inkml:brush xml:id="br0">
      <inkml:brushProperty name="width" value="0.4" units="cm"/>
      <inkml:brushProperty name="height" value="0.8" units="cm"/>
      <inkml:brushProperty name="color" value="#FFACD5"/>
      <inkml:brushProperty name="tip" value="rectangle"/>
      <inkml:brushProperty name="rasterOp" value="maskPen"/>
      <inkml:brushProperty name="ignorePressure" value="1"/>
    </inkml:brush>
  </inkml:definitions>
  <inkml:trace contextRef="#ctx0" brushRef="#br0">1 1,'19265'0,"-19259"0</inkml:trace>
</inkml:ink>
</file>

<file path=word/ink/ink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3:39:12.120"/>
    </inkml:context>
    <inkml:brush xml:id="br0">
      <inkml:brushProperty name="width" value="0.4" units="cm"/>
      <inkml:brushProperty name="height" value="0.8" units="cm"/>
      <inkml:brushProperty name="color" value="#FFACD5"/>
      <inkml:brushProperty name="tip" value="rectangle"/>
      <inkml:brushProperty name="rasterOp" value="maskPen"/>
      <inkml:brushProperty name="ignorePressure" value="1"/>
    </inkml:brush>
  </inkml:definitions>
  <inkml:trace contextRef="#ctx0" brushRef="#br0">0 0,'19193'0,"-19164"0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2:53:28.125"/>
    </inkml:context>
    <inkml:brush xml:id="br0">
      <inkml:brushProperty name="width" value="0.4" units="cm"/>
      <inkml:brushProperty name="height" value="0.8" units="cm"/>
      <inkml:brushProperty name="color" value="#00FDFF"/>
      <inkml:brushProperty name="tip" value="rectangle"/>
      <inkml:brushProperty name="rasterOp" value="maskPen"/>
      <inkml:brushProperty name="ignorePressure" value="1"/>
    </inkml:brush>
  </inkml:definitions>
  <inkml:trace contextRef="#ctx0" brushRef="#br0">0 0,'19064'0,"-19040"0</inkml:trace>
</inkml:ink>
</file>

<file path=word/ink/ink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3:38:53.508"/>
    </inkml:context>
    <inkml:brush xml:id="br0">
      <inkml:brushProperty name="width" value="0.4" units="cm"/>
      <inkml:brushProperty name="height" value="0.8" units="cm"/>
      <inkml:brushProperty name="color" value="#FFACD5"/>
      <inkml:brushProperty name="tip" value="rectangle"/>
      <inkml:brushProperty name="rasterOp" value="maskPen"/>
      <inkml:brushProperty name="ignorePressure" value="1"/>
    </inkml:brush>
  </inkml:definitions>
  <inkml:trace contextRef="#ctx0" brushRef="#br0">1 1,'19148'0,"-19125"0</inkml:trace>
</inkml:ink>
</file>

<file path=word/ink/ink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3:38:31.493"/>
    </inkml:context>
    <inkml:brush xml:id="br0">
      <inkml:brushProperty name="width" value="0.4" units="cm"/>
      <inkml:brushProperty name="height" value="0.8" units="cm"/>
      <inkml:brushProperty name="color" value="#FFACD5"/>
      <inkml:brushProperty name="tip" value="rectangle"/>
      <inkml:brushProperty name="rasterOp" value="maskPen"/>
      <inkml:brushProperty name="ignorePressure" value="1"/>
    </inkml:brush>
  </inkml:definitions>
  <inkml:trace contextRef="#ctx0" brushRef="#br0">1 1,'19224'0,"-19234"0</inkml:trace>
</inkml:ink>
</file>

<file path=word/ink/ink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3:37:58.791"/>
    </inkml:context>
    <inkml:brush xml:id="br0">
      <inkml:brushProperty name="width" value="0.4" units="cm"/>
      <inkml:brushProperty name="height" value="0.8" units="cm"/>
      <inkml:brushProperty name="color" value="#FFACD5"/>
      <inkml:brushProperty name="tip" value="rectangle"/>
      <inkml:brushProperty name="rasterOp" value="maskPen"/>
      <inkml:brushProperty name="ignorePressure" value="1"/>
    </inkml:brush>
  </inkml:definitions>
  <inkml:trace contextRef="#ctx0" brushRef="#br0">1 1,'13829'0,"-8510"0,-5296 0</inkml:trace>
</inkml:ink>
</file>

<file path=word/ink/ink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3:37:40.152"/>
    </inkml:context>
    <inkml:brush xml:id="br0">
      <inkml:brushProperty name="width" value="0.4" units="cm"/>
      <inkml:brushProperty name="height" value="0.8" units="cm"/>
      <inkml:brushProperty name="color" value="#FFACD5"/>
      <inkml:brushProperty name="tip" value="rectangle"/>
      <inkml:brushProperty name="rasterOp" value="maskPen"/>
      <inkml:brushProperty name="ignorePressure" value="1"/>
    </inkml:brush>
  </inkml:definitions>
  <inkml:trace contextRef="#ctx0" brushRef="#br0">1 0,'19160'0,"-19148"0</inkml:trace>
</inkml:ink>
</file>

<file path=word/ink/ink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3:37:18.820"/>
    </inkml:context>
    <inkml:brush xml:id="br0">
      <inkml:brushProperty name="width" value="0.4" units="cm"/>
      <inkml:brushProperty name="height" value="0.8" units="cm"/>
      <inkml:brushProperty name="color" value="#FFACD5"/>
      <inkml:brushProperty name="tip" value="rectangle"/>
      <inkml:brushProperty name="rasterOp" value="maskPen"/>
      <inkml:brushProperty name="ignorePressure" value="1"/>
    </inkml:brush>
  </inkml:definitions>
  <inkml:trace contextRef="#ctx0" brushRef="#br0">1 0,'19151'0,"-19137"0</inkml:trace>
</inkml:ink>
</file>

<file path=word/ink/ink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3:37:02.840"/>
    </inkml:context>
    <inkml:brush xml:id="br0">
      <inkml:brushProperty name="width" value="0.4" units="cm"/>
      <inkml:brushProperty name="height" value="0.8" units="cm"/>
      <inkml:brushProperty name="color" value="#FFACD5"/>
      <inkml:brushProperty name="tip" value="rectangle"/>
      <inkml:brushProperty name="rasterOp" value="maskPen"/>
      <inkml:brushProperty name="ignorePressure" value="1"/>
    </inkml:brush>
  </inkml:definitions>
  <inkml:trace contextRef="#ctx0" brushRef="#br0">1 0,'9657'0,"-166"0,-9469 0</inkml:trace>
</inkml:ink>
</file>

<file path=word/ink/ink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3:36:39.925"/>
    </inkml:context>
    <inkml:brush xml:id="br0">
      <inkml:brushProperty name="width" value="0.4" units="cm"/>
      <inkml:brushProperty name="height" value="0.8" units="cm"/>
      <inkml:brushProperty name="color" value="#FFACD5"/>
      <inkml:brushProperty name="tip" value="rectangle"/>
      <inkml:brushProperty name="rasterOp" value="maskPen"/>
      <inkml:brushProperty name="ignorePressure" value="1"/>
    </inkml:brush>
  </inkml:definitions>
  <inkml:trace contextRef="#ctx0" brushRef="#br0">1 1,'10291'0,"-1473"0,-8793 0</inkml:trace>
</inkml:ink>
</file>

<file path=word/ink/ink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3:36:16.894"/>
    </inkml:context>
    <inkml:brush xml:id="br0">
      <inkml:brushProperty name="width" value="0.4" units="cm"/>
      <inkml:brushProperty name="height" value="0.8" units="cm"/>
      <inkml:brushProperty name="color" value="#FFACD5"/>
      <inkml:brushProperty name="tip" value="rectangle"/>
      <inkml:brushProperty name="rasterOp" value="maskPen"/>
      <inkml:brushProperty name="ignorePressure" value="1"/>
    </inkml:brush>
  </inkml:definitions>
  <inkml:trace contextRef="#ctx0" brushRef="#br0">0 1,'10253'0,"-1266"0,-8983 0</inkml:trace>
</inkml:ink>
</file>

<file path=word/ink/ink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3:36:01.960"/>
    </inkml:context>
    <inkml:brush xml:id="br0">
      <inkml:brushProperty name="width" value="0.4" units="cm"/>
      <inkml:brushProperty name="height" value="0.8" units="cm"/>
      <inkml:brushProperty name="color" value="#FFACD5"/>
      <inkml:brushProperty name="tip" value="rectangle"/>
      <inkml:brushProperty name="rasterOp" value="maskPen"/>
      <inkml:brushProperty name="ignorePressure" value="1"/>
    </inkml:brush>
  </inkml:definitions>
  <inkml:trace contextRef="#ctx0" brushRef="#br0">1 0,'16920'0,"-14688"0,-2212 0</inkml:trace>
</inkml:ink>
</file>

<file path=word/ink/ink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01T23:35:41.199"/>
    </inkml:context>
    <inkml:brush xml:id="br0">
      <inkml:brushProperty name="width" value="0.4" units="cm"/>
      <inkml:brushProperty name="height" value="0.8" units="cm"/>
      <inkml:brushProperty name="color" value="#FFACD5"/>
      <inkml:brushProperty name="tip" value="rectangle"/>
      <inkml:brushProperty name="rasterOp" value="maskPen"/>
      <inkml:brushProperty name="ignorePressure" value="1"/>
    </inkml:brush>
  </inkml:definitions>
  <inkml:trace contextRef="#ctx0" brushRef="#br0">1 1,'15643'0,"-12143"0,-3475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TotalTime>
  <Pages>14</Pages>
  <Words>2371</Words>
  <Characters>13516</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15856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Rickye Henderson</cp:lastModifiedBy>
  <cp:revision>100</cp:revision>
  <dcterms:created xsi:type="dcterms:W3CDTF">2025-05-01T14:27:00Z</dcterms:created>
  <dcterms:modified xsi:type="dcterms:W3CDTF">2025-05-02T20:16:00Z</dcterms:modified>
  <cp:category/>
</cp:coreProperties>
</file>